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7A67B" w14:textId="26C2266F" w:rsidR="006D2223" w:rsidRDefault="006D2223" w:rsidP="006D2223">
      <w:pPr>
        <w:spacing w:line="240" w:lineRule="auto"/>
        <w:jc w:val="center"/>
        <w:rPr>
          <w:rFonts w:cs="Times New Roman"/>
          <w:b/>
          <w:bCs/>
        </w:rPr>
      </w:pPr>
      <w:r>
        <w:rPr>
          <w:rFonts w:cs="Times New Roman"/>
          <w:b/>
          <w:bCs/>
        </w:rPr>
        <w:t xml:space="preserve">Know Your </w:t>
      </w:r>
      <w:r w:rsidR="00DE765D">
        <w:rPr>
          <w:rFonts w:cs="Times New Roman"/>
          <w:b/>
          <w:bCs/>
        </w:rPr>
        <w:t>Client</w:t>
      </w:r>
      <w:r>
        <w:rPr>
          <w:rFonts w:cs="Times New Roman"/>
          <w:b/>
          <w:bCs/>
        </w:rPr>
        <w:t xml:space="preserve"> Questionnaire – Natural Person</w:t>
      </w:r>
      <w:r w:rsidR="002E4A6B">
        <w:rPr>
          <w:rStyle w:val="Allmrkuseviide"/>
          <w:rFonts w:cs="Times New Roman"/>
          <w:b/>
          <w:bCs/>
        </w:rPr>
        <w:footnoteReference w:id="1"/>
      </w:r>
    </w:p>
    <w:p w14:paraId="7652560D" w14:textId="77777777" w:rsidR="0086220A" w:rsidRPr="00AC7210" w:rsidRDefault="0086220A" w:rsidP="0086220A">
      <w:pPr>
        <w:spacing w:line="240" w:lineRule="auto"/>
        <w:jc w:val="center"/>
        <w:rPr>
          <w:rFonts w:cs="Times New Roman"/>
          <w:szCs w:val="24"/>
        </w:rPr>
      </w:pPr>
      <w:r w:rsidRPr="00AC7210">
        <w:rPr>
          <w:rFonts w:cs="Times New Roman"/>
          <w:szCs w:val="24"/>
        </w:rPr>
        <w:t>(SAMPLE FOR LAW FIRMS)</w:t>
      </w:r>
    </w:p>
    <w:p w14:paraId="1C29B36E" w14:textId="055F88D6" w:rsidR="00167E14" w:rsidRDefault="0075598F" w:rsidP="00C01784">
      <w:pPr>
        <w:rPr>
          <w:rFonts w:cs="Times New Roman"/>
          <w:bCs/>
          <w:szCs w:val="24"/>
        </w:rPr>
      </w:pPr>
      <w:r w:rsidRPr="0075598F">
        <w:rPr>
          <w:rFonts w:cs="Times New Roman"/>
          <w:bCs/>
          <w:szCs w:val="24"/>
        </w:rPr>
        <w:t xml:space="preserve">The purpose of the questionnaire is to collect the necessary data from the client </w:t>
      </w:r>
      <w:r w:rsidR="0057531F" w:rsidRPr="0075598F">
        <w:rPr>
          <w:rFonts w:cs="Times New Roman"/>
          <w:bCs/>
          <w:szCs w:val="24"/>
        </w:rPr>
        <w:t>for</w:t>
      </w:r>
      <w:r w:rsidRPr="0075598F">
        <w:rPr>
          <w:rFonts w:cs="Times New Roman"/>
          <w:bCs/>
          <w:szCs w:val="24"/>
        </w:rPr>
        <w:t xml:space="preserve"> the law firm to fulfil the due diligence measures arising from the Money Laundering and Terrorist Financing Prevention Act.</w:t>
      </w:r>
    </w:p>
    <w:p w14:paraId="4F5B4D6F" w14:textId="38FC79BF" w:rsidR="005D36A7" w:rsidRPr="00AC7210" w:rsidRDefault="00BC07F2" w:rsidP="00C01784">
      <w:pPr>
        <w:rPr>
          <w:rFonts w:cs="Times New Roman"/>
        </w:rPr>
      </w:pPr>
      <w:r w:rsidRPr="00BC07F2">
        <w:rPr>
          <w:rFonts w:cs="Times New Roman"/>
          <w:b/>
          <w:bCs/>
        </w:rPr>
        <w:t>DATA OF THE CLIENT</w:t>
      </w:r>
      <w:r w:rsidR="00B257EE" w:rsidRPr="00B257EE">
        <w:t xml:space="preserve"> </w:t>
      </w:r>
      <w:r w:rsidR="00B257EE" w:rsidRPr="00B257EE">
        <w:rPr>
          <w:rFonts w:cs="Times New Roman"/>
          <w:b/>
          <w:bCs/>
        </w:rPr>
        <w:t>WHO IS A NATURAL PERSON</w:t>
      </w:r>
    </w:p>
    <w:tbl>
      <w:tblPr>
        <w:tblStyle w:val="Kontuurtabel"/>
        <w:tblW w:w="9039" w:type="dxa"/>
        <w:tblLook w:val="04A0" w:firstRow="1" w:lastRow="0" w:firstColumn="1" w:lastColumn="0" w:noHBand="0" w:noVBand="1"/>
      </w:tblPr>
      <w:tblGrid>
        <w:gridCol w:w="4320"/>
        <w:gridCol w:w="4719"/>
      </w:tblGrid>
      <w:tr w:rsidR="005D36A7" w:rsidRPr="00AC7210" w14:paraId="6B5E3696" w14:textId="77777777" w:rsidTr="42288BB1">
        <w:tc>
          <w:tcPr>
            <w:tcW w:w="4320" w:type="dxa"/>
          </w:tcPr>
          <w:p w14:paraId="74AA8125" w14:textId="5F578C8C" w:rsidR="005D36A7" w:rsidRPr="00AC7210" w:rsidRDefault="00D22622" w:rsidP="3E5B4943">
            <w:pPr>
              <w:rPr>
                <w:rFonts w:cs="Times New Roman"/>
              </w:rPr>
            </w:pPr>
            <w:r w:rsidRPr="00AC7210">
              <w:rPr>
                <w:rFonts w:cs="Times New Roman"/>
              </w:rPr>
              <w:t>First name and surname</w:t>
            </w:r>
          </w:p>
        </w:tc>
        <w:tc>
          <w:tcPr>
            <w:tcW w:w="4719" w:type="dxa"/>
          </w:tcPr>
          <w:p w14:paraId="4C2966EC" w14:textId="77777777" w:rsidR="005D36A7" w:rsidRPr="00AC7210" w:rsidRDefault="005D36A7" w:rsidP="3E5B4943">
            <w:pPr>
              <w:rPr>
                <w:rFonts w:cs="Times New Roman"/>
              </w:rPr>
            </w:pPr>
          </w:p>
        </w:tc>
      </w:tr>
      <w:tr w:rsidR="005F1913" w:rsidRPr="00AC7210" w14:paraId="3DEF86A9" w14:textId="77777777" w:rsidTr="42288BB1">
        <w:tc>
          <w:tcPr>
            <w:tcW w:w="4320" w:type="dxa"/>
          </w:tcPr>
          <w:p w14:paraId="186103F1" w14:textId="5C7D6524" w:rsidR="005F1913" w:rsidRPr="00AC7210" w:rsidRDefault="005F1913" w:rsidP="005F1913">
            <w:pPr>
              <w:rPr>
                <w:rFonts w:cs="Times New Roman"/>
              </w:rPr>
            </w:pPr>
            <w:r w:rsidRPr="00AC7210">
              <w:rPr>
                <w:rFonts w:cs="Times New Roman"/>
                <w:szCs w:val="24"/>
              </w:rPr>
              <w:t xml:space="preserve">Personal identification code </w:t>
            </w:r>
            <w:r w:rsidR="00837BEF" w:rsidRPr="00837BEF">
              <w:rPr>
                <w:rFonts w:cs="Times New Roman"/>
                <w:szCs w:val="24"/>
              </w:rPr>
              <w:t>(or date of birth in the case of a non-resident)</w:t>
            </w:r>
          </w:p>
        </w:tc>
        <w:tc>
          <w:tcPr>
            <w:tcW w:w="4719" w:type="dxa"/>
          </w:tcPr>
          <w:p w14:paraId="5CE0FA4F" w14:textId="77777777" w:rsidR="005F1913" w:rsidRPr="00AC7210" w:rsidRDefault="005F1913" w:rsidP="005F1913">
            <w:pPr>
              <w:rPr>
                <w:rFonts w:cs="Times New Roman"/>
              </w:rPr>
            </w:pPr>
          </w:p>
        </w:tc>
      </w:tr>
      <w:tr w:rsidR="005F1913" w:rsidRPr="00AC7210" w14:paraId="6EF9D372" w14:textId="77777777" w:rsidTr="42288BB1">
        <w:tc>
          <w:tcPr>
            <w:tcW w:w="4320" w:type="dxa"/>
          </w:tcPr>
          <w:p w14:paraId="290DD2B2" w14:textId="36D95B13" w:rsidR="005F1913" w:rsidRPr="00AC7210" w:rsidRDefault="00622321" w:rsidP="005F1913">
            <w:pPr>
              <w:rPr>
                <w:rFonts w:cs="Times New Roman"/>
              </w:rPr>
            </w:pPr>
            <w:r w:rsidRPr="00622321">
              <w:rPr>
                <w:rFonts w:cs="Times New Roman"/>
                <w:szCs w:val="24"/>
              </w:rPr>
              <w:t>Citizenship(s)</w:t>
            </w:r>
          </w:p>
        </w:tc>
        <w:tc>
          <w:tcPr>
            <w:tcW w:w="4719" w:type="dxa"/>
          </w:tcPr>
          <w:p w14:paraId="1258AD37" w14:textId="77777777" w:rsidR="005F1913" w:rsidRPr="00AC7210" w:rsidRDefault="005F1913" w:rsidP="005F1913">
            <w:pPr>
              <w:rPr>
                <w:rFonts w:cs="Times New Roman"/>
              </w:rPr>
            </w:pPr>
          </w:p>
        </w:tc>
      </w:tr>
      <w:tr w:rsidR="005F1913" w:rsidRPr="00AC7210" w14:paraId="0890E838" w14:textId="77777777" w:rsidTr="42288BB1">
        <w:tc>
          <w:tcPr>
            <w:tcW w:w="4320" w:type="dxa"/>
          </w:tcPr>
          <w:p w14:paraId="33C97EBE" w14:textId="34CB7A00" w:rsidR="005F1913" w:rsidRPr="00AC7210" w:rsidRDefault="005F1913" w:rsidP="005F1913">
            <w:pPr>
              <w:rPr>
                <w:rFonts w:cs="Times New Roman"/>
              </w:rPr>
            </w:pPr>
            <w:r w:rsidRPr="00AC7210">
              <w:rPr>
                <w:rFonts w:cs="Times New Roman"/>
                <w:szCs w:val="24"/>
              </w:rPr>
              <w:t>Type of identity document (passport etc.)</w:t>
            </w:r>
          </w:p>
        </w:tc>
        <w:tc>
          <w:tcPr>
            <w:tcW w:w="4719" w:type="dxa"/>
          </w:tcPr>
          <w:p w14:paraId="541018B6" w14:textId="77777777" w:rsidR="005F1913" w:rsidRPr="00AC7210" w:rsidRDefault="005F1913" w:rsidP="005F1913">
            <w:pPr>
              <w:rPr>
                <w:rFonts w:cs="Times New Roman"/>
              </w:rPr>
            </w:pPr>
          </w:p>
        </w:tc>
      </w:tr>
      <w:tr w:rsidR="005F1913" w:rsidRPr="00AC7210" w14:paraId="7057D762" w14:textId="77777777" w:rsidTr="42288BB1">
        <w:tc>
          <w:tcPr>
            <w:tcW w:w="4320" w:type="dxa"/>
          </w:tcPr>
          <w:p w14:paraId="3A29679D" w14:textId="207D2A66" w:rsidR="005F1913" w:rsidRPr="00AC7210" w:rsidRDefault="005F1913" w:rsidP="005F1913">
            <w:pPr>
              <w:rPr>
                <w:rFonts w:cs="Times New Roman"/>
              </w:rPr>
            </w:pPr>
            <w:r w:rsidRPr="00AC7210">
              <w:rPr>
                <w:rFonts w:cs="Times New Roman"/>
                <w:szCs w:val="24"/>
              </w:rPr>
              <w:t>Document number</w:t>
            </w:r>
          </w:p>
        </w:tc>
        <w:tc>
          <w:tcPr>
            <w:tcW w:w="4719" w:type="dxa"/>
          </w:tcPr>
          <w:p w14:paraId="6178BF82" w14:textId="77777777" w:rsidR="005F1913" w:rsidRPr="00AC7210" w:rsidRDefault="005F1913" w:rsidP="005F1913">
            <w:pPr>
              <w:rPr>
                <w:rFonts w:cs="Times New Roman"/>
              </w:rPr>
            </w:pPr>
          </w:p>
        </w:tc>
      </w:tr>
      <w:tr w:rsidR="005F1913" w:rsidRPr="00AC7210" w14:paraId="744F10C3" w14:textId="77777777" w:rsidTr="42288BB1">
        <w:tc>
          <w:tcPr>
            <w:tcW w:w="4320" w:type="dxa"/>
          </w:tcPr>
          <w:p w14:paraId="74EEBFC9" w14:textId="2536D24B" w:rsidR="005F1913" w:rsidRPr="00AC7210" w:rsidRDefault="005F1913" w:rsidP="005F1913">
            <w:pPr>
              <w:rPr>
                <w:rFonts w:cs="Times New Roman"/>
              </w:rPr>
            </w:pPr>
            <w:r w:rsidRPr="00AC7210">
              <w:rPr>
                <w:rFonts w:cs="Times New Roman"/>
                <w:szCs w:val="24"/>
              </w:rPr>
              <w:t>Date of issue</w:t>
            </w:r>
          </w:p>
        </w:tc>
        <w:tc>
          <w:tcPr>
            <w:tcW w:w="4719" w:type="dxa"/>
          </w:tcPr>
          <w:p w14:paraId="06408586" w14:textId="77777777" w:rsidR="005F1913" w:rsidRPr="00AC7210" w:rsidRDefault="005F1913" w:rsidP="005F1913">
            <w:pPr>
              <w:rPr>
                <w:rFonts w:cs="Times New Roman"/>
              </w:rPr>
            </w:pPr>
          </w:p>
        </w:tc>
      </w:tr>
      <w:tr w:rsidR="005F1913" w:rsidRPr="00AC7210" w14:paraId="11FAA26B" w14:textId="77777777" w:rsidTr="42288BB1">
        <w:tc>
          <w:tcPr>
            <w:tcW w:w="4320" w:type="dxa"/>
          </w:tcPr>
          <w:p w14:paraId="1842F3B1" w14:textId="3B0A2912" w:rsidR="005F1913" w:rsidRPr="00AC7210" w:rsidRDefault="005F1913" w:rsidP="005F1913">
            <w:pPr>
              <w:rPr>
                <w:rFonts w:cs="Times New Roman"/>
              </w:rPr>
            </w:pPr>
            <w:r w:rsidRPr="00AC7210">
              <w:rPr>
                <w:rFonts w:cs="Times New Roman"/>
                <w:szCs w:val="24"/>
              </w:rPr>
              <w:t>Date of expiry</w:t>
            </w:r>
            <w:r w:rsidR="007D3CC6">
              <w:t xml:space="preserve"> </w:t>
            </w:r>
            <w:r w:rsidR="007D3CC6" w:rsidRPr="007D3CC6">
              <w:rPr>
                <w:rFonts w:cs="Times New Roman"/>
                <w:szCs w:val="24"/>
              </w:rPr>
              <w:t>of the document</w:t>
            </w:r>
          </w:p>
        </w:tc>
        <w:tc>
          <w:tcPr>
            <w:tcW w:w="4719" w:type="dxa"/>
          </w:tcPr>
          <w:p w14:paraId="5B8B81AD" w14:textId="77777777" w:rsidR="005F1913" w:rsidRPr="00AC7210" w:rsidRDefault="005F1913" w:rsidP="005F1913">
            <w:pPr>
              <w:rPr>
                <w:rFonts w:cs="Times New Roman"/>
              </w:rPr>
            </w:pPr>
          </w:p>
        </w:tc>
      </w:tr>
      <w:tr w:rsidR="005F1913" w:rsidRPr="00AC7210" w14:paraId="71F29A96" w14:textId="77777777" w:rsidTr="42288BB1">
        <w:tc>
          <w:tcPr>
            <w:tcW w:w="4320" w:type="dxa"/>
          </w:tcPr>
          <w:p w14:paraId="57358ACF" w14:textId="29F8F570" w:rsidR="005F1913" w:rsidRPr="00AC7210" w:rsidRDefault="005F1913" w:rsidP="005F1913">
            <w:pPr>
              <w:rPr>
                <w:rFonts w:cs="Times New Roman"/>
              </w:rPr>
            </w:pPr>
            <w:r w:rsidRPr="00AC7210">
              <w:rPr>
                <w:rFonts w:cs="Times New Roman"/>
                <w:szCs w:val="24"/>
              </w:rPr>
              <w:t>Country of issue of the document</w:t>
            </w:r>
          </w:p>
        </w:tc>
        <w:tc>
          <w:tcPr>
            <w:tcW w:w="4719" w:type="dxa"/>
          </w:tcPr>
          <w:p w14:paraId="3C1AF9EC" w14:textId="77777777" w:rsidR="005F1913" w:rsidRPr="00AC7210" w:rsidRDefault="005F1913" w:rsidP="005F1913">
            <w:pPr>
              <w:rPr>
                <w:rFonts w:cs="Times New Roman"/>
              </w:rPr>
            </w:pPr>
          </w:p>
        </w:tc>
      </w:tr>
      <w:tr w:rsidR="004F2037" w:rsidRPr="00AC7210" w14:paraId="3061018D" w14:textId="77777777" w:rsidTr="42288BB1">
        <w:tc>
          <w:tcPr>
            <w:tcW w:w="4320" w:type="dxa"/>
          </w:tcPr>
          <w:p w14:paraId="0321741E" w14:textId="04CDF7A6" w:rsidR="004F2037" w:rsidRPr="00AC7210" w:rsidRDefault="004A1CDB" w:rsidP="004F2037">
            <w:pPr>
              <w:rPr>
                <w:rFonts w:cs="Times New Roman"/>
              </w:rPr>
            </w:pPr>
            <w:r w:rsidRPr="004A1CDB">
              <w:rPr>
                <w:rFonts w:eastAsia="Times New Roman" w:cs="Times New Roman"/>
                <w:color w:val="1B1C1D"/>
                <w:szCs w:val="24"/>
                <w:lang w:eastAsia="et-EE"/>
              </w:rPr>
              <w:t>Permanent address, place of activity or residence</w:t>
            </w:r>
          </w:p>
        </w:tc>
        <w:tc>
          <w:tcPr>
            <w:tcW w:w="4719" w:type="dxa"/>
          </w:tcPr>
          <w:p w14:paraId="35704DAF" w14:textId="77777777" w:rsidR="004F2037" w:rsidRPr="00AC7210" w:rsidRDefault="004F2037" w:rsidP="004F2037">
            <w:pPr>
              <w:rPr>
                <w:rFonts w:cs="Times New Roman"/>
              </w:rPr>
            </w:pPr>
          </w:p>
        </w:tc>
      </w:tr>
      <w:tr w:rsidR="004F2037" w:rsidRPr="00AC7210" w14:paraId="42632752" w14:textId="77777777" w:rsidTr="42288BB1">
        <w:tc>
          <w:tcPr>
            <w:tcW w:w="4320" w:type="dxa"/>
          </w:tcPr>
          <w:p w14:paraId="3E94C636" w14:textId="63551D79" w:rsidR="004F2037" w:rsidRPr="00AC7210" w:rsidRDefault="004F2037" w:rsidP="004F2037">
            <w:pPr>
              <w:rPr>
                <w:rFonts w:cs="Times New Roman"/>
              </w:rPr>
            </w:pPr>
            <w:r w:rsidRPr="00AC7210">
              <w:rPr>
                <w:rFonts w:eastAsia="Times New Roman" w:cs="Times New Roman"/>
                <w:color w:val="1B1C1D"/>
                <w:szCs w:val="24"/>
                <w:lang w:eastAsia="et-EE"/>
              </w:rPr>
              <w:t>Field of activity / profession</w:t>
            </w:r>
          </w:p>
        </w:tc>
        <w:tc>
          <w:tcPr>
            <w:tcW w:w="4719" w:type="dxa"/>
          </w:tcPr>
          <w:p w14:paraId="6C84EC1E" w14:textId="77777777" w:rsidR="004F2037" w:rsidRPr="00AC7210" w:rsidRDefault="004F2037" w:rsidP="004F2037">
            <w:pPr>
              <w:rPr>
                <w:rFonts w:cs="Times New Roman"/>
              </w:rPr>
            </w:pPr>
          </w:p>
        </w:tc>
      </w:tr>
      <w:tr w:rsidR="00D111FE" w:rsidRPr="00AC7210" w14:paraId="4656C47A" w14:textId="77777777" w:rsidTr="42288BB1">
        <w:tc>
          <w:tcPr>
            <w:tcW w:w="4320" w:type="dxa"/>
          </w:tcPr>
          <w:p w14:paraId="113848FC" w14:textId="2B2CC3D0" w:rsidR="00D111FE" w:rsidRPr="00AC7210" w:rsidRDefault="00D111FE" w:rsidP="00D111FE">
            <w:pPr>
              <w:rPr>
                <w:rFonts w:cs="Times New Roman"/>
              </w:rPr>
            </w:pPr>
            <w:r w:rsidRPr="00AC7210">
              <w:rPr>
                <w:rFonts w:cs="Times New Roman"/>
                <w:szCs w:val="24"/>
              </w:rPr>
              <w:t>Telephone</w:t>
            </w:r>
          </w:p>
        </w:tc>
        <w:tc>
          <w:tcPr>
            <w:tcW w:w="4719" w:type="dxa"/>
          </w:tcPr>
          <w:p w14:paraId="3754ABFC" w14:textId="77777777" w:rsidR="00D111FE" w:rsidRPr="00AC7210" w:rsidRDefault="00D111FE" w:rsidP="00D111FE">
            <w:pPr>
              <w:rPr>
                <w:rFonts w:cs="Times New Roman"/>
              </w:rPr>
            </w:pPr>
          </w:p>
        </w:tc>
      </w:tr>
      <w:tr w:rsidR="00D111FE" w:rsidRPr="00AC7210" w14:paraId="46D7176F" w14:textId="77777777" w:rsidTr="42288BB1">
        <w:tc>
          <w:tcPr>
            <w:tcW w:w="4320" w:type="dxa"/>
          </w:tcPr>
          <w:p w14:paraId="09BC65AC" w14:textId="7075DE4A" w:rsidR="00D111FE" w:rsidRPr="00AC7210" w:rsidRDefault="00D111FE" w:rsidP="00D111FE">
            <w:pPr>
              <w:rPr>
                <w:rFonts w:cs="Times New Roman"/>
              </w:rPr>
            </w:pPr>
            <w:r w:rsidRPr="00AC7210">
              <w:rPr>
                <w:rFonts w:cs="Times New Roman"/>
                <w:szCs w:val="24"/>
              </w:rPr>
              <w:t>E-mail</w:t>
            </w:r>
          </w:p>
        </w:tc>
        <w:tc>
          <w:tcPr>
            <w:tcW w:w="4719" w:type="dxa"/>
          </w:tcPr>
          <w:p w14:paraId="1B9539CC" w14:textId="77777777" w:rsidR="00D111FE" w:rsidRPr="00AC7210" w:rsidRDefault="00D111FE" w:rsidP="00D111FE">
            <w:pPr>
              <w:rPr>
                <w:rFonts w:cs="Times New Roman"/>
              </w:rPr>
            </w:pPr>
          </w:p>
        </w:tc>
      </w:tr>
      <w:tr w:rsidR="007239EC" w:rsidRPr="00AC7210" w14:paraId="5CED3C8D" w14:textId="77777777" w:rsidTr="42288BB1">
        <w:tc>
          <w:tcPr>
            <w:tcW w:w="4320" w:type="dxa"/>
          </w:tcPr>
          <w:p w14:paraId="16050167" w14:textId="4665091B" w:rsidR="007239EC" w:rsidRPr="00AC7210" w:rsidRDefault="00D60BCE" w:rsidP="007239EC">
            <w:pPr>
              <w:rPr>
                <w:rFonts w:cs="Times New Roman"/>
              </w:rPr>
            </w:pPr>
            <w:r w:rsidRPr="00AC7210">
              <w:rPr>
                <w:rFonts w:cs="Times New Roman"/>
              </w:rPr>
              <w:t>Are legal service invoices paid by the c</w:t>
            </w:r>
            <w:r w:rsidR="00622321">
              <w:rPr>
                <w:rFonts w:cs="Times New Roman"/>
              </w:rPr>
              <w:t>lient</w:t>
            </w:r>
            <w:r w:rsidRPr="00AC7210">
              <w:rPr>
                <w:rFonts w:cs="Times New Roman"/>
              </w:rPr>
              <w:t>?</w:t>
            </w:r>
          </w:p>
        </w:tc>
        <w:tc>
          <w:tcPr>
            <w:tcW w:w="4719" w:type="dxa"/>
          </w:tcPr>
          <w:p w14:paraId="50B34D52" w14:textId="77777777" w:rsidR="001C6792" w:rsidRPr="00AC7210" w:rsidRDefault="00403537" w:rsidP="001C6792">
            <w:pPr>
              <w:tabs>
                <w:tab w:val="left" w:pos="189"/>
                <w:tab w:val="left" w:pos="3544"/>
              </w:tabs>
              <w:rPr>
                <w:rFonts w:cs="Times New Roman"/>
                <w:szCs w:val="24"/>
              </w:rPr>
            </w:pPr>
            <w:sdt>
              <w:sdtPr>
                <w:rPr>
                  <w:rFonts w:cs="Times New Roman"/>
                  <w:szCs w:val="24"/>
                </w:rPr>
                <w:alias w:val="Are legal service invoices paid by the customer? Yes"/>
                <w:tag w:val="Are legal service invoices paid by the customer? Yes"/>
                <w:id w:val="1787392301"/>
                <w14:checkbox>
                  <w14:checked w14:val="1"/>
                  <w14:checkedState w14:val="2612" w14:font="MS Gothic"/>
                  <w14:uncheckedState w14:val="2610" w14:font="MS Gothic"/>
                </w14:checkbox>
              </w:sdtPr>
              <w:sdtEndPr/>
              <w:sdtContent>
                <w:r w:rsidR="001C6792" w:rsidRPr="00AC7210">
                  <w:rPr>
                    <w:rFonts w:eastAsia="MS Gothic" w:cs="Times New Roman"/>
                    <w:szCs w:val="24"/>
                  </w:rPr>
                  <w:t xml:space="preserve">   </w:t>
                </w:r>
                <w:r w:rsidR="001C6792" w:rsidRPr="00AC7210">
                  <w:rPr>
                    <w:rFonts w:ascii="Segoe UI Symbol" w:eastAsia="MS Gothic" w:hAnsi="Segoe UI Symbol" w:cs="Segoe UI Symbol"/>
                    <w:szCs w:val="24"/>
                  </w:rPr>
                  <w:t>☐</w:t>
                </w:r>
                <w:r w:rsidR="001C6792" w:rsidRPr="00AC7210">
                  <w:rPr>
                    <w:rFonts w:eastAsia="MS Gothic" w:cs="Times New Roman"/>
                    <w:szCs w:val="24"/>
                  </w:rPr>
                  <w:t xml:space="preserve"> </w:t>
                </w:r>
              </w:sdtContent>
            </w:sdt>
            <w:r w:rsidR="001C6792" w:rsidRPr="00AC7210">
              <w:rPr>
                <w:rFonts w:cs="Times New Roman"/>
                <w:szCs w:val="24"/>
              </w:rPr>
              <w:t>Yes</w:t>
            </w:r>
          </w:p>
          <w:p w14:paraId="5913854A" w14:textId="09AA289F" w:rsidR="007239EC" w:rsidRPr="00AC7210" w:rsidRDefault="00403537" w:rsidP="001C6792">
            <w:pPr>
              <w:rPr>
                <w:rFonts w:cs="Times New Roman"/>
              </w:rPr>
            </w:pPr>
            <w:sdt>
              <w:sdtPr>
                <w:rPr>
                  <w:rFonts w:cs="Times New Roman"/>
                  <w:szCs w:val="24"/>
                </w:rPr>
                <w:id w:val="469566186"/>
                <w14:checkbox>
                  <w14:checked w14:val="1"/>
                  <w14:checkedState w14:val="2612" w14:font="MS Gothic"/>
                  <w14:uncheckedState w14:val="2610" w14:font="MS Gothic"/>
                </w14:checkbox>
              </w:sdtPr>
              <w:sdtEndPr/>
              <w:sdtContent>
                <w:r w:rsidR="001C6792" w:rsidRPr="00AC7210">
                  <w:rPr>
                    <w:rFonts w:eastAsia="MS Gothic" w:cs="Times New Roman"/>
                    <w:szCs w:val="24"/>
                  </w:rPr>
                  <w:t xml:space="preserve">   </w:t>
                </w:r>
                <w:r w:rsidR="001C6792" w:rsidRPr="00AC7210">
                  <w:rPr>
                    <w:rFonts w:ascii="Segoe UI Symbol" w:eastAsia="MS Gothic" w:hAnsi="Segoe UI Symbol" w:cs="Segoe UI Symbol"/>
                    <w:szCs w:val="24"/>
                  </w:rPr>
                  <w:t>☐</w:t>
                </w:r>
                <w:r w:rsidR="001C6792" w:rsidRPr="00AC7210">
                  <w:rPr>
                    <w:rFonts w:eastAsia="MS Gothic" w:cs="Times New Roman"/>
                    <w:szCs w:val="24"/>
                  </w:rPr>
                  <w:t xml:space="preserve"> </w:t>
                </w:r>
              </w:sdtContent>
            </w:sdt>
            <w:r w:rsidR="001C6792" w:rsidRPr="00AC7210">
              <w:rPr>
                <w:rFonts w:cs="Times New Roman"/>
                <w:szCs w:val="24"/>
              </w:rPr>
              <w:t xml:space="preserve">No, payment is made by </w:t>
            </w:r>
            <w:r w:rsidR="001C6792" w:rsidRPr="00AC7210">
              <w:rPr>
                <w:rFonts w:cs="Times New Roman"/>
                <w:i/>
                <w:iCs/>
                <w:szCs w:val="24"/>
              </w:rPr>
              <w:t>(please specify)</w:t>
            </w:r>
            <w:r w:rsidR="001C6792" w:rsidRPr="00AC7210">
              <w:rPr>
                <w:rFonts w:cs="Times New Roman"/>
                <w:szCs w:val="24"/>
              </w:rPr>
              <w:t xml:space="preserve">: </w:t>
            </w:r>
            <w:r w:rsidR="001C6792" w:rsidRPr="00AC7210">
              <w:rPr>
                <w:rFonts w:cs="Times New Roman"/>
                <w:szCs w:val="24"/>
              </w:rPr>
              <w:fldChar w:fldCharType="begin">
                <w:ffData>
                  <w:name w:val=""/>
                  <w:enabled/>
                  <w:calcOnExit w:val="0"/>
                  <w:textInput/>
                </w:ffData>
              </w:fldChar>
            </w:r>
            <w:r w:rsidR="001C6792" w:rsidRPr="00AC7210">
              <w:rPr>
                <w:rFonts w:cs="Times New Roman"/>
                <w:szCs w:val="24"/>
              </w:rPr>
              <w:instrText xml:space="preserve"> FORMTEXT </w:instrText>
            </w:r>
            <w:r w:rsidR="001C6792" w:rsidRPr="00AC7210">
              <w:rPr>
                <w:rFonts w:cs="Times New Roman"/>
                <w:szCs w:val="24"/>
              </w:rPr>
            </w:r>
            <w:r w:rsidR="001C6792" w:rsidRPr="00AC7210">
              <w:rPr>
                <w:rFonts w:cs="Times New Roman"/>
                <w:szCs w:val="24"/>
              </w:rPr>
              <w:fldChar w:fldCharType="separate"/>
            </w:r>
            <w:r w:rsidR="001C6792" w:rsidRPr="00AC7210">
              <w:rPr>
                <w:rFonts w:cs="Times New Roman"/>
                <w:szCs w:val="24"/>
              </w:rPr>
              <w:t>     </w:t>
            </w:r>
            <w:r w:rsidR="001C6792" w:rsidRPr="00AC7210">
              <w:rPr>
                <w:rFonts w:cs="Times New Roman"/>
                <w:szCs w:val="24"/>
              </w:rPr>
              <w:fldChar w:fldCharType="end"/>
            </w:r>
          </w:p>
        </w:tc>
      </w:tr>
      <w:tr w:rsidR="0019392F" w:rsidRPr="00AC7210" w14:paraId="7329FE60" w14:textId="77777777" w:rsidTr="42288BB1">
        <w:tc>
          <w:tcPr>
            <w:tcW w:w="4320" w:type="dxa"/>
          </w:tcPr>
          <w:p w14:paraId="4B1FBB08" w14:textId="20E03ABA" w:rsidR="0019392F" w:rsidRPr="00AC7210" w:rsidRDefault="00AC7210" w:rsidP="007239EC">
            <w:pPr>
              <w:rPr>
                <w:rFonts w:cs="Times New Roman"/>
              </w:rPr>
            </w:pPr>
            <w:r w:rsidRPr="00AC7210">
              <w:rPr>
                <w:rFonts w:cs="Times New Roman"/>
              </w:rPr>
              <w:t>Method of payment for legal services</w:t>
            </w:r>
          </w:p>
        </w:tc>
        <w:tc>
          <w:tcPr>
            <w:tcW w:w="4719" w:type="dxa"/>
          </w:tcPr>
          <w:p w14:paraId="0B27516A" w14:textId="77777777" w:rsidR="00FC5888" w:rsidRPr="00AC7210" w:rsidRDefault="00403537" w:rsidP="00FC5888">
            <w:pPr>
              <w:tabs>
                <w:tab w:val="right" w:pos="1418"/>
                <w:tab w:val="left" w:pos="3544"/>
              </w:tabs>
              <w:rPr>
                <w:rFonts w:cs="Times New Roman"/>
                <w:szCs w:val="24"/>
              </w:rPr>
            </w:pPr>
            <w:sdt>
              <w:sdtPr>
                <w:rPr>
                  <w:rFonts w:cs="Times New Roman"/>
                  <w:szCs w:val="24"/>
                </w:rPr>
                <w:id w:val="-2056689486"/>
                <w14:checkbox>
                  <w14:checked w14:val="0"/>
                  <w14:checkedState w14:val="2612" w14:font="MS Gothic"/>
                  <w14:uncheckedState w14:val="2610" w14:font="MS Gothic"/>
                </w14:checkbox>
              </w:sdtPr>
              <w:sdtEndPr/>
              <w:sdtContent>
                <w:r w:rsidR="00FC5888" w:rsidRPr="00AC7210">
                  <w:rPr>
                    <w:rFonts w:eastAsia="MS Gothic" w:cs="Times New Roman"/>
                    <w:szCs w:val="24"/>
                  </w:rPr>
                  <w:t xml:space="preserve">   </w:t>
                </w:r>
                <w:r w:rsidR="00FC5888" w:rsidRPr="00AC7210">
                  <w:rPr>
                    <w:rFonts w:ascii="Segoe UI Symbol" w:eastAsia="MS Gothic" w:hAnsi="Segoe UI Symbol" w:cs="Segoe UI Symbol"/>
                    <w:szCs w:val="24"/>
                  </w:rPr>
                  <w:t>☐</w:t>
                </w:r>
                <w:r w:rsidR="00FC5888" w:rsidRPr="00AC7210">
                  <w:rPr>
                    <w:rFonts w:eastAsia="MS Gothic" w:cs="Times New Roman"/>
                    <w:szCs w:val="24"/>
                  </w:rPr>
                  <w:t xml:space="preserve"> </w:t>
                </w:r>
              </w:sdtContent>
            </w:sdt>
            <w:r w:rsidR="00FC5888" w:rsidRPr="00AC7210">
              <w:rPr>
                <w:rFonts w:cs="Times New Roman"/>
                <w:szCs w:val="24"/>
              </w:rPr>
              <w:t xml:space="preserve"> Cash</w:t>
            </w:r>
          </w:p>
          <w:p w14:paraId="7E6AF678" w14:textId="77777777" w:rsidR="00FC5888" w:rsidRPr="00AC7210" w:rsidRDefault="00403537" w:rsidP="00FC5888">
            <w:pPr>
              <w:tabs>
                <w:tab w:val="right" w:pos="1418"/>
                <w:tab w:val="left" w:pos="3544"/>
              </w:tabs>
              <w:rPr>
                <w:rFonts w:cs="Times New Roman"/>
                <w:szCs w:val="24"/>
              </w:rPr>
            </w:pPr>
            <w:sdt>
              <w:sdtPr>
                <w:rPr>
                  <w:rFonts w:cs="Times New Roman"/>
                  <w:szCs w:val="24"/>
                </w:rPr>
                <w:id w:val="84265100"/>
                <w14:checkbox>
                  <w14:checked w14:val="0"/>
                  <w14:checkedState w14:val="2612" w14:font="MS Gothic"/>
                  <w14:uncheckedState w14:val="2610" w14:font="MS Gothic"/>
                </w14:checkbox>
              </w:sdtPr>
              <w:sdtEndPr/>
              <w:sdtContent>
                <w:r w:rsidR="00FC5888" w:rsidRPr="00AC7210">
                  <w:rPr>
                    <w:rFonts w:eastAsia="MS Gothic" w:cs="Times New Roman"/>
                    <w:szCs w:val="24"/>
                  </w:rPr>
                  <w:t xml:space="preserve">   </w:t>
                </w:r>
                <w:r w:rsidR="00FC5888" w:rsidRPr="00AC7210">
                  <w:rPr>
                    <w:rFonts w:ascii="Segoe UI Symbol" w:eastAsia="MS Gothic" w:hAnsi="Segoe UI Symbol" w:cs="Segoe UI Symbol"/>
                    <w:szCs w:val="24"/>
                  </w:rPr>
                  <w:t>☐</w:t>
                </w:r>
                <w:r w:rsidR="00FC5888" w:rsidRPr="00AC7210">
                  <w:rPr>
                    <w:rFonts w:eastAsia="MS Gothic" w:cs="Times New Roman"/>
                    <w:szCs w:val="24"/>
                  </w:rPr>
                  <w:t xml:space="preserve"> </w:t>
                </w:r>
              </w:sdtContent>
            </w:sdt>
            <w:r w:rsidR="00FC5888" w:rsidRPr="00AC7210">
              <w:rPr>
                <w:rFonts w:cs="Times New Roman"/>
                <w:szCs w:val="24"/>
              </w:rPr>
              <w:t xml:space="preserve"> Bank transfer</w:t>
            </w:r>
          </w:p>
          <w:p w14:paraId="1B56FCB9" w14:textId="687E44D0" w:rsidR="0019392F" w:rsidRPr="00AC7210" w:rsidRDefault="00403537" w:rsidP="00FC5888">
            <w:pPr>
              <w:tabs>
                <w:tab w:val="right" w:pos="1418"/>
                <w:tab w:val="left" w:pos="3544"/>
              </w:tabs>
              <w:rPr>
                <w:rFonts w:cs="Times New Roman"/>
              </w:rPr>
            </w:pPr>
            <w:sdt>
              <w:sdtPr>
                <w:rPr>
                  <w:rFonts w:cs="Times New Roman"/>
                  <w:szCs w:val="24"/>
                </w:rPr>
                <w:id w:val="-963653700"/>
                <w14:checkbox>
                  <w14:checked w14:val="0"/>
                  <w14:checkedState w14:val="2612" w14:font="MS Gothic"/>
                  <w14:uncheckedState w14:val="2610" w14:font="MS Gothic"/>
                </w14:checkbox>
              </w:sdtPr>
              <w:sdtEndPr/>
              <w:sdtContent>
                <w:r w:rsidR="00FC5888" w:rsidRPr="00AC7210">
                  <w:rPr>
                    <w:rFonts w:eastAsia="MS Gothic" w:cs="Times New Roman"/>
                    <w:szCs w:val="24"/>
                  </w:rPr>
                  <w:t xml:space="preserve">   </w:t>
                </w:r>
                <w:r w:rsidR="00FC5888" w:rsidRPr="00AC7210">
                  <w:rPr>
                    <w:rFonts w:ascii="Segoe UI Symbol" w:eastAsia="MS Gothic" w:hAnsi="Segoe UI Symbol" w:cs="Segoe UI Symbol"/>
                    <w:szCs w:val="24"/>
                  </w:rPr>
                  <w:t>☐</w:t>
                </w:r>
                <w:r w:rsidR="00FC5888" w:rsidRPr="00AC7210">
                  <w:rPr>
                    <w:rFonts w:eastAsia="MS Gothic" w:cs="Times New Roman"/>
                    <w:szCs w:val="24"/>
                  </w:rPr>
                  <w:t xml:space="preserve"> </w:t>
                </w:r>
              </w:sdtContent>
            </w:sdt>
            <w:r w:rsidR="00FC5888" w:rsidRPr="00AC7210">
              <w:rPr>
                <w:rFonts w:cs="Times New Roman"/>
                <w:szCs w:val="24"/>
              </w:rPr>
              <w:t xml:space="preserve"> Other </w:t>
            </w:r>
            <w:r w:rsidR="00FC5888" w:rsidRPr="00AC7210">
              <w:rPr>
                <w:rFonts w:cs="Times New Roman"/>
                <w:i/>
                <w:iCs/>
                <w:szCs w:val="24"/>
              </w:rPr>
              <w:t xml:space="preserve">(please specify) </w:t>
            </w:r>
            <w:r w:rsidR="00FC5888" w:rsidRPr="00AC7210">
              <w:rPr>
                <w:rFonts w:cs="Times New Roman"/>
                <w:szCs w:val="24"/>
              </w:rPr>
              <w:fldChar w:fldCharType="begin">
                <w:ffData>
                  <w:name w:val=""/>
                  <w:enabled/>
                  <w:calcOnExit w:val="0"/>
                  <w:textInput/>
                </w:ffData>
              </w:fldChar>
            </w:r>
            <w:r w:rsidR="00FC5888" w:rsidRPr="00AC7210">
              <w:rPr>
                <w:rFonts w:cs="Times New Roman"/>
                <w:szCs w:val="24"/>
              </w:rPr>
              <w:instrText xml:space="preserve"> FORMTEXT </w:instrText>
            </w:r>
            <w:r w:rsidR="00FC5888" w:rsidRPr="00AC7210">
              <w:rPr>
                <w:rFonts w:cs="Times New Roman"/>
                <w:szCs w:val="24"/>
              </w:rPr>
            </w:r>
            <w:r w:rsidR="00FC5888" w:rsidRPr="00AC7210">
              <w:rPr>
                <w:rFonts w:cs="Times New Roman"/>
                <w:szCs w:val="24"/>
              </w:rPr>
              <w:fldChar w:fldCharType="separate"/>
            </w:r>
            <w:r w:rsidR="00FC5888" w:rsidRPr="00AC7210">
              <w:rPr>
                <w:rFonts w:cs="Times New Roman"/>
                <w:szCs w:val="24"/>
              </w:rPr>
              <w:t>     </w:t>
            </w:r>
            <w:r w:rsidR="00FC5888" w:rsidRPr="00AC7210">
              <w:rPr>
                <w:rFonts w:cs="Times New Roman"/>
                <w:szCs w:val="24"/>
              </w:rPr>
              <w:fldChar w:fldCharType="end"/>
            </w:r>
          </w:p>
        </w:tc>
      </w:tr>
      <w:tr w:rsidR="00534E76" w:rsidRPr="00AC7210" w14:paraId="6BC1E4FB" w14:textId="77777777" w:rsidTr="42288BB1">
        <w:tc>
          <w:tcPr>
            <w:tcW w:w="4320" w:type="dxa"/>
          </w:tcPr>
          <w:p w14:paraId="506A94C1" w14:textId="6B812909" w:rsidR="00534E76" w:rsidRPr="00AC7210" w:rsidRDefault="00534E76" w:rsidP="00534E76">
            <w:pPr>
              <w:rPr>
                <w:rFonts w:cs="Times New Roman"/>
              </w:rPr>
            </w:pPr>
            <w:r w:rsidRPr="007A3CBD">
              <w:rPr>
                <w:rFonts w:cs="Times New Roman"/>
              </w:rPr>
              <w:t>Do you act for or on behalf of another?</w:t>
            </w:r>
          </w:p>
        </w:tc>
        <w:tc>
          <w:tcPr>
            <w:tcW w:w="4719" w:type="dxa"/>
          </w:tcPr>
          <w:p w14:paraId="6EA1A57B" w14:textId="77777777" w:rsidR="00534E76" w:rsidRPr="00910A0A" w:rsidRDefault="00403537" w:rsidP="00534E76">
            <w:pPr>
              <w:tabs>
                <w:tab w:val="right" w:pos="1418"/>
                <w:tab w:val="left" w:pos="3544"/>
              </w:tabs>
              <w:rPr>
                <w:rFonts w:cs="Times New Roman"/>
                <w:szCs w:val="24"/>
              </w:rPr>
            </w:pPr>
            <w:sdt>
              <w:sdtPr>
                <w:rPr>
                  <w:rFonts w:cs="Times New Roman"/>
                  <w:szCs w:val="24"/>
                </w:rPr>
                <w:id w:val="-1165395564"/>
                <w14:checkbox>
                  <w14:checked w14:val="1"/>
                  <w14:checkedState w14:val="2612" w14:font="MS Gothic"/>
                  <w14:uncheckedState w14:val="2610" w14:font="MS Gothic"/>
                </w14:checkbox>
              </w:sdtPr>
              <w:sdtEndPr/>
              <w:sdtContent>
                <w:r w:rsidR="00534E76" w:rsidRPr="00910A0A">
                  <w:rPr>
                    <w:rFonts w:eastAsia="MS Gothic" w:cs="Times New Roman"/>
                    <w:szCs w:val="24"/>
                  </w:rPr>
                  <w:t xml:space="preserve">   </w:t>
                </w:r>
                <w:r w:rsidR="00534E76" w:rsidRPr="00910A0A">
                  <w:rPr>
                    <w:rFonts w:ascii="Segoe UI Symbol" w:eastAsia="MS Gothic" w:hAnsi="Segoe UI Symbol" w:cs="Segoe UI Symbol"/>
                    <w:szCs w:val="24"/>
                  </w:rPr>
                  <w:t>☐</w:t>
                </w:r>
                <w:r w:rsidR="00534E76" w:rsidRPr="00910A0A">
                  <w:rPr>
                    <w:rFonts w:eastAsia="MS Gothic" w:cs="Times New Roman"/>
                    <w:szCs w:val="24"/>
                  </w:rPr>
                  <w:t xml:space="preserve"> </w:t>
                </w:r>
              </w:sdtContent>
            </w:sdt>
            <w:r w:rsidR="00534E76" w:rsidRPr="00910A0A">
              <w:rPr>
                <w:rFonts w:cs="Times New Roman"/>
                <w:szCs w:val="24"/>
              </w:rPr>
              <w:t xml:space="preserve"> Yes</w:t>
            </w:r>
          </w:p>
          <w:p w14:paraId="23D98B4E" w14:textId="4A565120" w:rsidR="00534E76" w:rsidRPr="00AC7210" w:rsidRDefault="00403537" w:rsidP="00534E76">
            <w:pPr>
              <w:tabs>
                <w:tab w:val="right" w:pos="1418"/>
                <w:tab w:val="left" w:pos="3544"/>
              </w:tabs>
              <w:rPr>
                <w:rFonts w:cs="Times New Roman"/>
              </w:rPr>
            </w:pPr>
            <w:sdt>
              <w:sdtPr>
                <w:rPr>
                  <w:rFonts w:cs="Times New Roman"/>
                  <w:szCs w:val="24"/>
                </w:rPr>
                <w:id w:val="1802416734"/>
                <w14:checkbox>
                  <w14:checked w14:val="0"/>
                  <w14:checkedState w14:val="2612" w14:font="MS Gothic"/>
                  <w14:uncheckedState w14:val="2610" w14:font="MS Gothic"/>
                </w14:checkbox>
              </w:sdtPr>
              <w:sdtEndPr/>
              <w:sdtContent>
                <w:r w:rsidR="00534E76" w:rsidRPr="00910A0A">
                  <w:rPr>
                    <w:rFonts w:eastAsia="MS Gothic" w:cs="Times New Roman"/>
                    <w:szCs w:val="24"/>
                  </w:rPr>
                  <w:t xml:space="preserve">   </w:t>
                </w:r>
                <w:r w:rsidR="00534E76" w:rsidRPr="00910A0A">
                  <w:rPr>
                    <w:rFonts w:ascii="Segoe UI Symbol" w:eastAsia="MS Gothic" w:hAnsi="Segoe UI Symbol" w:cs="Segoe UI Symbol"/>
                    <w:szCs w:val="24"/>
                  </w:rPr>
                  <w:t>☐</w:t>
                </w:r>
                <w:r w:rsidR="00534E76" w:rsidRPr="00910A0A">
                  <w:rPr>
                    <w:rFonts w:eastAsia="MS Gothic" w:cs="Times New Roman"/>
                    <w:szCs w:val="24"/>
                  </w:rPr>
                  <w:t xml:space="preserve"> </w:t>
                </w:r>
              </w:sdtContent>
            </w:sdt>
            <w:r w:rsidR="00534E76" w:rsidRPr="00910A0A">
              <w:rPr>
                <w:rFonts w:cs="Times New Roman"/>
                <w:szCs w:val="24"/>
              </w:rPr>
              <w:t xml:space="preserve"> No</w:t>
            </w:r>
          </w:p>
        </w:tc>
      </w:tr>
    </w:tbl>
    <w:p w14:paraId="7F9D6239" w14:textId="43B9FFAF" w:rsidR="005D36A7" w:rsidRPr="00AC7210" w:rsidRDefault="00CC0649" w:rsidP="3E5B4943">
      <w:pPr>
        <w:rPr>
          <w:rFonts w:cs="Times New Roman"/>
          <w:b/>
          <w:bCs/>
        </w:rPr>
      </w:pPr>
      <w:r w:rsidRPr="00AC7210">
        <w:rPr>
          <w:rFonts w:cs="Times New Roman"/>
          <w:b/>
          <w:bCs/>
        </w:rPr>
        <w:t>DATA OF THE C</w:t>
      </w:r>
      <w:r w:rsidR="006A5C63">
        <w:rPr>
          <w:rFonts w:cs="Times New Roman"/>
          <w:b/>
          <w:bCs/>
        </w:rPr>
        <w:t>LIENT</w:t>
      </w:r>
      <w:r w:rsidRPr="00AC7210">
        <w:rPr>
          <w:rFonts w:cs="Times New Roman"/>
          <w:b/>
          <w:bCs/>
        </w:rPr>
        <w:t>'S REPRESENTATIVE</w:t>
      </w:r>
      <w:r w:rsidR="00431B93">
        <w:rPr>
          <w:rFonts w:cs="Times New Roman"/>
          <w:b/>
          <w:bCs/>
        </w:rPr>
        <w:t xml:space="preserve"> (if applicable, e.g. guardian, parent, </w:t>
      </w:r>
      <w:r w:rsidR="00DE32D0" w:rsidRPr="00DE32D0">
        <w:rPr>
          <w:rFonts w:cs="Times New Roman"/>
          <w:b/>
          <w:bCs/>
        </w:rPr>
        <w:t>holder of</w:t>
      </w:r>
      <w:r w:rsidR="00DE32D0">
        <w:rPr>
          <w:rFonts w:cs="Times New Roman"/>
          <w:b/>
          <w:bCs/>
        </w:rPr>
        <w:t xml:space="preserve"> </w:t>
      </w:r>
      <w:r w:rsidR="00431B93">
        <w:rPr>
          <w:rFonts w:cs="Times New Roman"/>
          <w:b/>
          <w:bCs/>
        </w:rPr>
        <w:t>power of attorney, etc.)</w:t>
      </w:r>
    </w:p>
    <w:tbl>
      <w:tblPr>
        <w:tblStyle w:val="Kontuurtabel"/>
        <w:tblW w:w="9062" w:type="dxa"/>
        <w:tblLook w:val="04A0" w:firstRow="1" w:lastRow="0" w:firstColumn="1" w:lastColumn="0" w:noHBand="0" w:noVBand="1"/>
      </w:tblPr>
      <w:tblGrid>
        <w:gridCol w:w="404"/>
        <w:gridCol w:w="4095"/>
        <w:gridCol w:w="4563"/>
      </w:tblGrid>
      <w:tr w:rsidR="0001742E" w:rsidRPr="00AC7210" w14:paraId="140C877F" w14:textId="77777777" w:rsidTr="00E65183">
        <w:trPr>
          <w:trHeight w:val="272"/>
        </w:trPr>
        <w:tc>
          <w:tcPr>
            <w:tcW w:w="4499" w:type="dxa"/>
            <w:gridSpan w:val="2"/>
          </w:tcPr>
          <w:p w14:paraId="5F89B8D4" w14:textId="3C11CB46" w:rsidR="0001742E" w:rsidRPr="00AC7210" w:rsidRDefault="00DE3DC2" w:rsidP="008D173E">
            <w:pPr>
              <w:rPr>
                <w:rFonts w:cs="Times New Roman"/>
                <w:szCs w:val="24"/>
              </w:rPr>
            </w:pPr>
            <w:r w:rsidRPr="00DE3DC2">
              <w:rPr>
                <w:rFonts w:cs="Times New Roman"/>
                <w:szCs w:val="24"/>
              </w:rPr>
              <w:t>First name and surname</w:t>
            </w:r>
          </w:p>
        </w:tc>
        <w:tc>
          <w:tcPr>
            <w:tcW w:w="4563" w:type="dxa"/>
          </w:tcPr>
          <w:p w14:paraId="418485C4" w14:textId="77777777" w:rsidR="0001742E" w:rsidRPr="00AC7210" w:rsidRDefault="0001742E" w:rsidP="008D173E">
            <w:pPr>
              <w:rPr>
                <w:rFonts w:cs="Times New Roman"/>
                <w:szCs w:val="24"/>
              </w:rPr>
            </w:pPr>
          </w:p>
        </w:tc>
      </w:tr>
      <w:tr w:rsidR="0001742E" w:rsidRPr="00AC7210" w14:paraId="6132DEEB" w14:textId="77777777" w:rsidTr="00E65183">
        <w:trPr>
          <w:trHeight w:val="562"/>
        </w:trPr>
        <w:tc>
          <w:tcPr>
            <w:tcW w:w="4499" w:type="dxa"/>
            <w:gridSpan w:val="2"/>
          </w:tcPr>
          <w:p w14:paraId="3FB6DE11" w14:textId="2E3BDEEA" w:rsidR="0001742E" w:rsidRPr="00AC7210" w:rsidRDefault="00BC6AF4" w:rsidP="008D173E">
            <w:pPr>
              <w:rPr>
                <w:rFonts w:cs="Times New Roman"/>
                <w:szCs w:val="24"/>
              </w:rPr>
            </w:pPr>
            <w:r>
              <w:rPr>
                <w:rFonts w:cs="Times New Roman"/>
                <w:szCs w:val="24"/>
              </w:rPr>
              <w:t>P</w:t>
            </w:r>
            <w:r w:rsidRPr="00BC6AF4">
              <w:rPr>
                <w:rFonts w:cs="Times New Roman"/>
                <w:szCs w:val="24"/>
              </w:rPr>
              <w:t>ersonal identification code (or date of birth in the case of a non-resident)</w:t>
            </w:r>
          </w:p>
        </w:tc>
        <w:tc>
          <w:tcPr>
            <w:tcW w:w="4563" w:type="dxa"/>
          </w:tcPr>
          <w:p w14:paraId="6571FE3A" w14:textId="77777777" w:rsidR="0001742E" w:rsidRPr="00AC7210" w:rsidRDefault="0001742E" w:rsidP="008D173E">
            <w:pPr>
              <w:rPr>
                <w:rFonts w:cs="Times New Roman"/>
                <w:szCs w:val="24"/>
              </w:rPr>
            </w:pPr>
          </w:p>
        </w:tc>
      </w:tr>
      <w:tr w:rsidR="0001742E" w:rsidRPr="00AC7210" w14:paraId="742AEE11" w14:textId="77777777" w:rsidTr="00E65183">
        <w:trPr>
          <w:trHeight w:val="257"/>
        </w:trPr>
        <w:tc>
          <w:tcPr>
            <w:tcW w:w="4499" w:type="dxa"/>
            <w:gridSpan w:val="2"/>
          </w:tcPr>
          <w:p w14:paraId="779ED421" w14:textId="77777777" w:rsidR="0001742E" w:rsidRPr="00AC7210" w:rsidRDefault="0001742E" w:rsidP="008D173E">
            <w:pPr>
              <w:rPr>
                <w:rFonts w:cs="Times New Roman"/>
                <w:szCs w:val="24"/>
              </w:rPr>
            </w:pPr>
            <w:r w:rsidRPr="00AC7210">
              <w:rPr>
                <w:rFonts w:cs="Times New Roman"/>
                <w:szCs w:val="24"/>
              </w:rPr>
              <w:t>Place of residence or location</w:t>
            </w:r>
          </w:p>
        </w:tc>
        <w:tc>
          <w:tcPr>
            <w:tcW w:w="4563" w:type="dxa"/>
          </w:tcPr>
          <w:p w14:paraId="233CF25F" w14:textId="77777777" w:rsidR="0001742E" w:rsidRPr="00AC7210" w:rsidRDefault="0001742E" w:rsidP="008D173E">
            <w:pPr>
              <w:rPr>
                <w:rFonts w:cs="Times New Roman"/>
                <w:szCs w:val="24"/>
              </w:rPr>
            </w:pPr>
          </w:p>
        </w:tc>
      </w:tr>
      <w:tr w:rsidR="0001742E" w:rsidRPr="00AC7210" w14:paraId="10C1DBA1" w14:textId="77777777" w:rsidTr="00E65183">
        <w:trPr>
          <w:trHeight w:val="272"/>
        </w:trPr>
        <w:tc>
          <w:tcPr>
            <w:tcW w:w="4499" w:type="dxa"/>
            <w:gridSpan w:val="2"/>
          </w:tcPr>
          <w:p w14:paraId="2DFBEDED" w14:textId="77777777" w:rsidR="0001742E" w:rsidRPr="00AC7210" w:rsidRDefault="0001742E" w:rsidP="008D173E">
            <w:pPr>
              <w:rPr>
                <w:rFonts w:cs="Times New Roman"/>
                <w:szCs w:val="24"/>
              </w:rPr>
            </w:pPr>
            <w:r w:rsidRPr="00AC7210">
              <w:rPr>
                <w:rFonts w:cs="Times New Roman"/>
                <w:szCs w:val="24"/>
              </w:rPr>
              <w:t>Type of identity document (passport etc.)</w:t>
            </w:r>
          </w:p>
        </w:tc>
        <w:tc>
          <w:tcPr>
            <w:tcW w:w="4563" w:type="dxa"/>
          </w:tcPr>
          <w:p w14:paraId="34E3585E" w14:textId="77777777" w:rsidR="0001742E" w:rsidRPr="00AC7210" w:rsidRDefault="0001742E" w:rsidP="008D173E">
            <w:pPr>
              <w:rPr>
                <w:rFonts w:cs="Times New Roman"/>
                <w:szCs w:val="24"/>
              </w:rPr>
            </w:pPr>
          </w:p>
        </w:tc>
      </w:tr>
      <w:tr w:rsidR="0001742E" w:rsidRPr="00AC7210" w14:paraId="188BBA16" w14:textId="77777777" w:rsidTr="00E65183">
        <w:trPr>
          <w:trHeight w:val="272"/>
        </w:trPr>
        <w:tc>
          <w:tcPr>
            <w:tcW w:w="4499" w:type="dxa"/>
            <w:gridSpan w:val="2"/>
          </w:tcPr>
          <w:p w14:paraId="78135BEB" w14:textId="77777777" w:rsidR="0001742E" w:rsidRPr="00AC7210" w:rsidRDefault="0001742E" w:rsidP="008D173E">
            <w:pPr>
              <w:rPr>
                <w:rFonts w:cs="Times New Roman"/>
                <w:szCs w:val="24"/>
              </w:rPr>
            </w:pPr>
            <w:r w:rsidRPr="00AC7210">
              <w:rPr>
                <w:rFonts w:cs="Times New Roman"/>
                <w:szCs w:val="24"/>
              </w:rPr>
              <w:lastRenderedPageBreak/>
              <w:t>Document number</w:t>
            </w:r>
          </w:p>
        </w:tc>
        <w:tc>
          <w:tcPr>
            <w:tcW w:w="4563" w:type="dxa"/>
          </w:tcPr>
          <w:p w14:paraId="19BA3B90" w14:textId="77777777" w:rsidR="0001742E" w:rsidRPr="00AC7210" w:rsidRDefault="0001742E" w:rsidP="008D173E">
            <w:pPr>
              <w:rPr>
                <w:rFonts w:cs="Times New Roman"/>
                <w:szCs w:val="24"/>
              </w:rPr>
            </w:pPr>
          </w:p>
        </w:tc>
      </w:tr>
      <w:tr w:rsidR="0001742E" w:rsidRPr="00AC7210" w14:paraId="29516678" w14:textId="77777777" w:rsidTr="00E65183">
        <w:trPr>
          <w:trHeight w:val="272"/>
        </w:trPr>
        <w:tc>
          <w:tcPr>
            <w:tcW w:w="4499" w:type="dxa"/>
            <w:gridSpan w:val="2"/>
          </w:tcPr>
          <w:p w14:paraId="436EAF5D" w14:textId="77777777" w:rsidR="0001742E" w:rsidRPr="00AC7210" w:rsidRDefault="0001742E" w:rsidP="008D173E">
            <w:pPr>
              <w:rPr>
                <w:rFonts w:cs="Times New Roman"/>
                <w:szCs w:val="24"/>
              </w:rPr>
            </w:pPr>
            <w:r w:rsidRPr="00AC7210">
              <w:rPr>
                <w:rFonts w:cs="Times New Roman"/>
                <w:szCs w:val="24"/>
              </w:rPr>
              <w:t>Date of issue</w:t>
            </w:r>
          </w:p>
        </w:tc>
        <w:tc>
          <w:tcPr>
            <w:tcW w:w="4563" w:type="dxa"/>
          </w:tcPr>
          <w:p w14:paraId="084A66AB" w14:textId="77777777" w:rsidR="0001742E" w:rsidRPr="00AC7210" w:rsidRDefault="0001742E" w:rsidP="008D173E">
            <w:pPr>
              <w:rPr>
                <w:rFonts w:cs="Times New Roman"/>
                <w:szCs w:val="24"/>
              </w:rPr>
            </w:pPr>
          </w:p>
        </w:tc>
      </w:tr>
      <w:tr w:rsidR="0001742E" w:rsidRPr="00AC7210" w14:paraId="2C7F08C5" w14:textId="77777777" w:rsidTr="00E65183">
        <w:trPr>
          <w:trHeight w:val="272"/>
        </w:trPr>
        <w:tc>
          <w:tcPr>
            <w:tcW w:w="4499" w:type="dxa"/>
            <w:gridSpan w:val="2"/>
          </w:tcPr>
          <w:p w14:paraId="32D4D3D9" w14:textId="0CC228C1" w:rsidR="0001742E" w:rsidRPr="00AC7210" w:rsidRDefault="0001742E" w:rsidP="008D173E">
            <w:pPr>
              <w:rPr>
                <w:rFonts w:cs="Times New Roman"/>
                <w:szCs w:val="24"/>
              </w:rPr>
            </w:pPr>
            <w:r w:rsidRPr="00AC7210">
              <w:rPr>
                <w:rFonts w:cs="Times New Roman"/>
                <w:szCs w:val="24"/>
              </w:rPr>
              <w:t>Date of expiry</w:t>
            </w:r>
            <w:r w:rsidR="00DE32D0">
              <w:t xml:space="preserve"> </w:t>
            </w:r>
            <w:r w:rsidR="00DE32D0" w:rsidRPr="00DE32D0">
              <w:rPr>
                <w:rFonts w:cs="Times New Roman"/>
                <w:szCs w:val="24"/>
              </w:rPr>
              <w:t>of the document</w:t>
            </w:r>
          </w:p>
        </w:tc>
        <w:tc>
          <w:tcPr>
            <w:tcW w:w="4563" w:type="dxa"/>
          </w:tcPr>
          <w:p w14:paraId="29D005E6" w14:textId="77777777" w:rsidR="0001742E" w:rsidRPr="00AC7210" w:rsidRDefault="0001742E" w:rsidP="008D173E">
            <w:pPr>
              <w:rPr>
                <w:rFonts w:cs="Times New Roman"/>
                <w:szCs w:val="24"/>
              </w:rPr>
            </w:pPr>
          </w:p>
        </w:tc>
      </w:tr>
      <w:tr w:rsidR="0001742E" w:rsidRPr="00AC7210" w14:paraId="34D3AA3A" w14:textId="77777777" w:rsidTr="00E65183">
        <w:trPr>
          <w:trHeight w:val="272"/>
        </w:trPr>
        <w:tc>
          <w:tcPr>
            <w:tcW w:w="4499" w:type="dxa"/>
            <w:gridSpan w:val="2"/>
          </w:tcPr>
          <w:p w14:paraId="20803A98" w14:textId="77777777" w:rsidR="0001742E" w:rsidRPr="00AC7210" w:rsidRDefault="0001742E" w:rsidP="008D173E">
            <w:pPr>
              <w:rPr>
                <w:rFonts w:cs="Times New Roman"/>
                <w:szCs w:val="24"/>
              </w:rPr>
            </w:pPr>
            <w:r w:rsidRPr="00AC7210">
              <w:rPr>
                <w:rFonts w:cs="Times New Roman"/>
                <w:szCs w:val="24"/>
              </w:rPr>
              <w:t>Country of issue of the document</w:t>
            </w:r>
          </w:p>
        </w:tc>
        <w:tc>
          <w:tcPr>
            <w:tcW w:w="4563" w:type="dxa"/>
          </w:tcPr>
          <w:p w14:paraId="7254A891" w14:textId="77777777" w:rsidR="0001742E" w:rsidRPr="00AC7210" w:rsidRDefault="0001742E" w:rsidP="008D173E">
            <w:pPr>
              <w:rPr>
                <w:rFonts w:cs="Times New Roman"/>
                <w:szCs w:val="24"/>
              </w:rPr>
            </w:pPr>
          </w:p>
        </w:tc>
      </w:tr>
      <w:tr w:rsidR="0001742E" w:rsidRPr="00AC7210" w14:paraId="60484DD3" w14:textId="77777777" w:rsidTr="00E65183">
        <w:trPr>
          <w:trHeight w:val="272"/>
        </w:trPr>
        <w:tc>
          <w:tcPr>
            <w:tcW w:w="4499" w:type="dxa"/>
            <w:gridSpan w:val="2"/>
          </w:tcPr>
          <w:p w14:paraId="197C9312" w14:textId="77777777" w:rsidR="0001742E" w:rsidRPr="00AC7210" w:rsidRDefault="0001742E" w:rsidP="008D173E">
            <w:pPr>
              <w:rPr>
                <w:rFonts w:cs="Times New Roman"/>
                <w:szCs w:val="24"/>
              </w:rPr>
            </w:pPr>
            <w:r w:rsidRPr="00AC7210">
              <w:rPr>
                <w:rFonts w:cs="Times New Roman"/>
                <w:szCs w:val="24"/>
              </w:rPr>
              <w:t>Telephone</w:t>
            </w:r>
          </w:p>
        </w:tc>
        <w:tc>
          <w:tcPr>
            <w:tcW w:w="4563" w:type="dxa"/>
          </w:tcPr>
          <w:p w14:paraId="5B22C765" w14:textId="77777777" w:rsidR="0001742E" w:rsidRPr="00AC7210" w:rsidRDefault="0001742E" w:rsidP="008D173E">
            <w:pPr>
              <w:rPr>
                <w:rFonts w:cs="Times New Roman"/>
                <w:szCs w:val="24"/>
              </w:rPr>
            </w:pPr>
          </w:p>
        </w:tc>
      </w:tr>
      <w:tr w:rsidR="0001742E" w:rsidRPr="00AC7210" w14:paraId="199B324B" w14:textId="77777777" w:rsidTr="00E65183">
        <w:trPr>
          <w:trHeight w:val="288"/>
        </w:trPr>
        <w:tc>
          <w:tcPr>
            <w:tcW w:w="4499" w:type="dxa"/>
            <w:gridSpan w:val="2"/>
          </w:tcPr>
          <w:p w14:paraId="50DE7337" w14:textId="77777777" w:rsidR="0001742E" w:rsidRPr="00AC7210" w:rsidRDefault="0001742E" w:rsidP="008D173E">
            <w:pPr>
              <w:rPr>
                <w:rFonts w:cs="Times New Roman"/>
                <w:szCs w:val="24"/>
              </w:rPr>
            </w:pPr>
            <w:r w:rsidRPr="00AC7210">
              <w:rPr>
                <w:rFonts w:cs="Times New Roman"/>
                <w:szCs w:val="24"/>
              </w:rPr>
              <w:t>E-mail</w:t>
            </w:r>
          </w:p>
        </w:tc>
        <w:tc>
          <w:tcPr>
            <w:tcW w:w="4563" w:type="dxa"/>
          </w:tcPr>
          <w:p w14:paraId="00F6DD7A" w14:textId="77777777" w:rsidR="0001742E" w:rsidRPr="00AC7210" w:rsidRDefault="0001742E" w:rsidP="008D173E">
            <w:pPr>
              <w:rPr>
                <w:rFonts w:cs="Times New Roman"/>
                <w:szCs w:val="24"/>
              </w:rPr>
            </w:pPr>
          </w:p>
        </w:tc>
      </w:tr>
      <w:tr w:rsidR="0001742E" w:rsidRPr="00AC7210" w14:paraId="7CCC0D8D" w14:textId="77777777" w:rsidTr="008D173E">
        <w:trPr>
          <w:trHeight w:val="340"/>
        </w:trPr>
        <w:tc>
          <w:tcPr>
            <w:tcW w:w="9062" w:type="dxa"/>
            <w:gridSpan w:val="3"/>
          </w:tcPr>
          <w:p w14:paraId="59738962" w14:textId="76BF60B5" w:rsidR="00D34210" w:rsidRDefault="0001742E" w:rsidP="008D173E">
            <w:pPr>
              <w:rPr>
                <w:rFonts w:eastAsia="Times New Roman" w:cs="Times New Roman"/>
                <w:color w:val="1B1C1D"/>
                <w:szCs w:val="24"/>
                <w:lang w:eastAsia="en-GB"/>
              </w:rPr>
            </w:pPr>
            <w:r w:rsidRPr="00AC7210">
              <w:rPr>
                <w:rFonts w:cs="Times New Roman"/>
                <w:b/>
                <w:bCs/>
                <w:szCs w:val="24"/>
              </w:rPr>
              <w:t xml:space="preserve">Basis </w:t>
            </w:r>
            <w:r w:rsidRPr="00AC7210">
              <w:rPr>
                <w:rFonts w:eastAsia="Times New Roman" w:cs="Times New Roman"/>
                <w:b/>
                <w:bCs/>
                <w:color w:val="1B1C1D"/>
                <w:szCs w:val="24"/>
                <w:lang w:eastAsia="et-EE"/>
              </w:rPr>
              <w:t>for the right of representation</w:t>
            </w:r>
            <w:r w:rsidR="00D34210">
              <w:rPr>
                <w:rFonts w:cs="Times New Roman"/>
                <w:szCs w:val="24"/>
              </w:rPr>
              <w:t xml:space="preserve"> </w:t>
            </w:r>
            <w:r w:rsidR="00D34210">
              <w:rPr>
                <w:rFonts w:ascii="Segoe UI Symbol" w:eastAsia="Times New Roman" w:hAnsi="Segoe UI Symbol" w:cs="Segoe UI Symbol"/>
                <w:color w:val="1B1C1D"/>
                <w:szCs w:val="24"/>
                <w:lang w:eastAsia="en-GB"/>
              </w:rPr>
              <w:t>☐</w:t>
            </w:r>
            <w:r w:rsidR="00D34210">
              <w:rPr>
                <w:rFonts w:eastAsia="Times New Roman" w:cs="Times New Roman"/>
                <w:color w:val="1B1C1D"/>
                <w:szCs w:val="24"/>
                <w:lang w:eastAsia="en-GB"/>
              </w:rPr>
              <w:t xml:space="preserve"> Statutory representative</w:t>
            </w:r>
          </w:p>
          <w:p w14:paraId="71E517B9" w14:textId="58A46AE8" w:rsidR="0001742E" w:rsidRPr="00AC7210" w:rsidRDefault="00D34210" w:rsidP="008D173E">
            <w:pPr>
              <w:rPr>
                <w:rFonts w:cs="Times New Roman"/>
                <w:b/>
                <w:bCs/>
                <w:szCs w:val="24"/>
              </w:rPr>
            </w:pPr>
            <w:r>
              <w:rPr>
                <w:rFonts w:ascii="Segoe UI Symbol" w:eastAsia="Times New Roman" w:hAnsi="Segoe UI Symbol" w:cs="Segoe UI Symbol"/>
                <w:color w:val="1B1C1D"/>
                <w:szCs w:val="24"/>
                <w:lang w:eastAsia="en-GB"/>
              </w:rPr>
              <w:t>☐</w:t>
            </w:r>
            <w:r>
              <w:rPr>
                <w:rFonts w:eastAsia="Times New Roman" w:cs="Times New Roman"/>
                <w:color w:val="1B1C1D"/>
                <w:szCs w:val="24"/>
                <w:lang w:eastAsia="en-GB"/>
              </w:rPr>
              <w:t xml:space="preserve"> Guardian </w:t>
            </w:r>
            <w:r>
              <w:rPr>
                <w:rFonts w:ascii="Segoe UI Symbol" w:eastAsia="Times New Roman" w:hAnsi="Segoe UI Symbol" w:cs="Segoe UI Symbol"/>
                <w:color w:val="1B1C1D"/>
                <w:szCs w:val="24"/>
                <w:lang w:eastAsia="en-GB"/>
              </w:rPr>
              <w:t>☐</w:t>
            </w:r>
            <w:r>
              <w:rPr>
                <w:rFonts w:eastAsia="Times New Roman" w:cs="Times New Roman"/>
                <w:color w:val="1B1C1D"/>
                <w:szCs w:val="24"/>
                <w:lang w:eastAsia="en-GB"/>
              </w:rPr>
              <w:t xml:space="preserve"> Parent </w:t>
            </w:r>
            <w:r>
              <w:rPr>
                <w:rFonts w:ascii="Segoe UI Symbol" w:eastAsia="Times New Roman" w:hAnsi="Segoe UI Symbol" w:cs="Segoe UI Symbol"/>
                <w:color w:val="1B1C1D"/>
                <w:szCs w:val="24"/>
                <w:lang w:eastAsia="en-GB"/>
              </w:rPr>
              <w:t>☐</w:t>
            </w:r>
            <w:r>
              <w:rPr>
                <w:rFonts w:eastAsia="Times New Roman" w:cs="Times New Roman"/>
                <w:color w:val="1B1C1D"/>
                <w:szCs w:val="24"/>
                <w:lang w:eastAsia="en-GB"/>
              </w:rPr>
              <w:t xml:space="preserve"> Power of attorney </w:t>
            </w:r>
            <w:r w:rsidR="00121BF8">
              <w:rPr>
                <w:rFonts w:eastAsia="Times New Roman" w:cs="Times New Roman"/>
                <w:i/>
                <w:iCs/>
                <w:color w:val="1B1C1D"/>
                <w:szCs w:val="24"/>
                <w:lang w:eastAsia="en-GB"/>
              </w:rPr>
              <w:t xml:space="preserve">(please specify) </w:t>
            </w:r>
            <w:r>
              <w:rPr>
                <w:rFonts w:ascii="Segoe UI Symbol" w:eastAsia="Times New Roman" w:hAnsi="Segoe UI Symbol" w:cs="Segoe UI Symbol"/>
                <w:color w:val="1B1C1D"/>
                <w:szCs w:val="24"/>
                <w:lang w:eastAsia="en-GB"/>
              </w:rPr>
              <w:t>☐</w:t>
            </w:r>
            <w:r>
              <w:rPr>
                <w:rFonts w:eastAsia="Times New Roman" w:cs="Times New Roman"/>
                <w:color w:val="1B1C1D"/>
                <w:szCs w:val="24"/>
                <w:lang w:eastAsia="en-GB"/>
              </w:rPr>
              <w:t xml:space="preserve"> Other </w:t>
            </w:r>
            <w:r>
              <w:rPr>
                <w:rFonts w:eastAsia="Times New Roman" w:cs="Times New Roman"/>
                <w:i/>
                <w:iCs/>
                <w:color w:val="1B1C1D"/>
                <w:szCs w:val="24"/>
                <w:lang w:eastAsia="en-GB"/>
              </w:rPr>
              <w:t xml:space="preserve">(please specify) </w:t>
            </w:r>
            <w:r>
              <w:rPr>
                <w:rFonts w:cs="Times New Roman"/>
                <w:b/>
              </w:rPr>
              <w:fldChar w:fldCharType="begin">
                <w:ffData>
                  <w:name w:val="Teksti4"/>
                  <w:enabled/>
                  <w:calcOnExit w:val="0"/>
                  <w:textInput/>
                </w:ffData>
              </w:fldChar>
            </w:r>
            <w:r>
              <w:rPr>
                <w:rFonts w:cs="Times New Roman"/>
                <w:b/>
              </w:rPr>
              <w:instrText xml:space="preserve"> FORMTEXT </w:instrText>
            </w:r>
            <w:r>
              <w:rPr>
                <w:rFonts w:cs="Times New Roman"/>
                <w:b/>
              </w:rPr>
            </w:r>
            <w:r>
              <w:rPr>
                <w:rFonts w:cs="Times New Roman"/>
                <w:b/>
              </w:rPr>
              <w:fldChar w:fldCharType="separate"/>
            </w:r>
            <w:r>
              <w:rPr>
                <w:rFonts w:cs="Times New Roman"/>
                <w:b/>
              </w:rPr>
              <w:t>     </w:t>
            </w:r>
            <w:r>
              <w:rPr>
                <w:rFonts w:cs="Times New Roman"/>
                <w:b/>
              </w:rPr>
              <w:fldChar w:fldCharType="end"/>
            </w:r>
          </w:p>
        </w:tc>
      </w:tr>
      <w:tr w:rsidR="0001742E" w:rsidRPr="00AC7210" w14:paraId="0A36CF27" w14:textId="77777777" w:rsidTr="00E65183">
        <w:trPr>
          <w:trHeight w:val="583"/>
        </w:trPr>
        <w:tc>
          <w:tcPr>
            <w:tcW w:w="404" w:type="dxa"/>
            <w:vMerge w:val="restart"/>
          </w:tcPr>
          <w:p w14:paraId="3B30CDB0" w14:textId="77777777" w:rsidR="0001742E" w:rsidRPr="00AC7210" w:rsidRDefault="0001742E" w:rsidP="008D173E">
            <w:pPr>
              <w:rPr>
                <w:rFonts w:cs="Times New Roman"/>
                <w:szCs w:val="24"/>
              </w:rPr>
            </w:pPr>
          </w:p>
        </w:tc>
        <w:tc>
          <w:tcPr>
            <w:tcW w:w="4095" w:type="dxa"/>
          </w:tcPr>
          <w:p w14:paraId="5A4FAF54" w14:textId="77777777" w:rsidR="0001742E" w:rsidRPr="00AC7210" w:rsidRDefault="0001742E" w:rsidP="008D173E">
            <w:pPr>
              <w:rPr>
                <w:rFonts w:cs="Times New Roman"/>
                <w:szCs w:val="24"/>
              </w:rPr>
            </w:pPr>
            <w:r w:rsidRPr="00AC7210">
              <w:rPr>
                <w:rFonts w:cs="Times New Roman"/>
                <w:szCs w:val="24"/>
              </w:rPr>
              <w:t>Name of the document (if the right of representation arises from the power of attorney)</w:t>
            </w:r>
          </w:p>
        </w:tc>
        <w:tc>
          <w:tcPr>
            <w:tcW w:w="4563" w:type="dxa"/>
          </w:tcPr>
          <w:p w14:paraId="3E0613EA" w14:textId="77777777" w:rsidR="0001742E" w:rsidRPr="00AC7210" w:rsidRDefault="0001742E" w:rsidP="008D173E">
            <w:pPr>
              <w:rPr>
                <w:rFonts w:cs="Times New Roman"/>
                <w:szCs w:val="24"/>
              </w:rPr>
            </w:pPr>
          </w:p>
        </w:tc>
      </w:tr>
      <w:tr w:rsidR="0001742E" w:rsidRPr="00AC7210" w14:paraId="16888673" w14:textId="77777777" w:rsidTr="00E65183">
        <w:trPr>
          <w:trHeight w:val="291"/>
        </w:trPr>
        <w:tc>
          <w:tcPr>
            <w:tcW w:w="404" w:type="dxa"/>
            <w:vMerge/>
          </w:tcPr>
          <w:p w14:paraId="73B5C828" w14:textId="77777777" w:rsidR="0001742E" w:rsidRPr="00AC7210" w:rsidRDefault="0001742E" w:rsidP="008D173E">
            <w:pPr>
              <w:rPr>
                <w:rFonts w:cs="Times New Roman"/>
                <w:szCs w:val="24"/>
              </w:rPr>
            </w:pPr>
          </w:p>
        </w:tc>
        <w:tc>
          <w:tcPr>
            <w:tcW w:w="4095" w:type="dxa"/>
          </w:tcPr>
          <w:p w14:paraId="1FCCA131" w14:textId="77777777" w:rsidR="0001742E" w:rsidRPr="00AC7210" w:rsidRDefault="0001742E" w:rsidP="008D173E">
            <w:pPr>
              <w:rPr>
                <w:rFonts w:cs="Times New Roman"/>
                <w:szCs w:val="24"/>
              </w:rPr>
            </w:pPr>
            <w:r w:rsidRPr="00AC7210">
              <w:rPr>
                <w:rFonts w:cs="Times New Roman"/>
                <w:szCs w:val="24"/>
              </w:rPr>
              <w:t>Date of issue</w:t>
            </w:r>
          </w:p>
        </w:tc>
        <w:tc>
          <w:tcPr>
            <w:tcW w:w="4563" w:type="dxa"/>
          </w:tcPr>
          <w:p w14:paraId="0850959E" w14:textId="77777777" w:rsidR="0001742E" w:rsidRPr="00AC7210" w:rsidRDefault="0001742E" w:rsidP="008D173E">
            <w:pPr>
              <w:rPr>
                <w:rFonts w:cs="Times New Roman"/>
                <w:szCs w:val="24"/>
              </w:rPr>
            </w:pPr>
          </w:p>
        </w:tc>
      </w:tr>
      <w:tr w:rsidR="0001742E" w:rsidRPr="00AC7210" w14:paraId="325AC815" w14:textId="77777777" w:rsidTr="00E65183">
        <w:trPr>
          <w:trHeight w:val="291"/>
        </w:trPr>
        <w:tc>
          <w:tcPr>
            <w:tcW w:w="404" w:type="dxa"/>
            <w:vMerge/>
          </w:tcPr>
          <w:p w14:paraId="0E9A9829" w14:textId="77777777" w:rsidR="0001742E" w:rsidRPr="00AC7210" w:rsidRDefault="0001742E" w:rsidP="008D173E">
            <w:pPr>
              <w:rPr>
                <w:rFonts w:cs="Times New Roman"/>
                <w:szCs w:val="24"/>
              </w:rPr>
            </w:pPr>
          </w:p>
        </w:tc>
        <w:tc>
          <w:tcPr>
            <w:tcW w:w="4095" w:type="dxa"/>
          </w:tcPr>
          <w:p w14:paraId="5BCC2114" w14:textId="77777777" w:rsidR="0001742E" w:rsidRPr="00AC7210" w:rsidRDefault="0001742E" w:rsidP="008D173E">
            <w:pPr>
              <w:rPr>
                <w:rFonts w:cs="Times New Roman"/>
                <w:szCs w:val="24"/>
              </w:rPr>
            </w:pPr>
            <w:r w:rsidRPr="00AC7210">
              <w:rPr>
                <w:rFonts w:cs="Times New Roman"/>
                <w:szCs w:val="24"/>
              </w:rPr>
              <w:t>Name of the issuer</w:t>
            </w:r>
          </w:p>
        </w:tc>
        <w:tc>
          <w:tcPr>
            <w:tcW w:w="4563" w:type="dxa"/>
          </w:tcPr>
          <w:p w14:paraId="411DE158" w14:textId="77777777" w:rsidR="0001742E" w:rsidRPr="00AC7210" w:rsidRDefault="0001742E" w:rsidP="008D173E">
            <w:pPr>
              <w:rPr>
                <w:rFonts w:cs="Times New Roman"/>
                <w:szCs w:val="24"/>
              </w:rPr>
            </w:pPr>
          </w:p>
        </w:tc>
      </w:tr>
    </w:tbl>
    <w:p w14:paraId="17E872A8" w14:textId="77777777" w:rsidR="00D26CEB" w:rsidRPr="00AC7210" w:rsidRDefault="00D26CEB" w:rsidP="00D26CEB">
      <w:pPr>
        <w:rPr>
          <w:rFonts w:cs="Times New Roman"/>
          <w:szCs w:val="24"/>
        </w:rPr>
      </w:pPr>
      <w:r w:rsidRPr="00AC7210">
        <w:rPr>
          <w:rFonts w:cs="Times New Roman"/>
          <w:b/>
          <w:bCs/>
          <w:szCs w:val="24"/>
        </w:rPr>
        <w:t>DATA OF THE ULTIMATE BENEFICIAL OWNER (UBO)</w:t>
      </w:r>
    </w:p>
    <w:p w14:paraId="4B8365C8" w14:textId="263C451B" w:rsidR="00D26CEB" w:rsidRPr="00AC7210" w:rsidRDefault="00F75D99" w:rsidP="00D26CEB">
      <w:pPr>
        <w:rPr>
          <w:rFonts w:cs="Times New Roman"/>
          <w:b/>
          <w:szCs w:val="24"/>
        </w:rPr>
      </w:pPr>
      <w:r w:rsidRPr="00F75D99">
        <w:rPr>
          <w:rFonts w:cs="Times New Roman"/>
          <w:szCs w:val="24"/>
        </w:rPr>
        <w:t>To be completed if the ultimate beneficial owner is another person. If the client has more than one ultimate beneficial owner, this section shall be completed separately for each ultimate beneficial owner.</w:t>
      </w:r>
    </w:p>
    <w:tbl>
      <w:tblPr>
        <w:tblStyle w:val="Kontuurtabel"/>
        <w:tblW w:w="9044" w:type="dxa"/>
        <w:tblInd w:w="-5" w:type="dxa"/>
        <w:tblLook w:val="04A0" w:firstRow="1" w:lastRow="0" w:firstColumn="1" w:lastColumn="0" w:noHBand="0" w:noVBand="1"/>
      </w:tblPr>
      <w:tblGrid>
        <w:gridCol w:w="4508"/>
        <w:gridCol w:w="4536"/>
      </w:tblGrid>
      <w:tr w:rsidR="00D26CEB" w:rsidRPr="00AC7210" w14:paraId="139B49F3" w14:textId="77777777" w:rsidTr="00E36EA8">
        <w:trPr>
          <w:trHeight w:val="316"/>
        </w:trPr>
        <w:tc>
          <w:tcPr>
            <w:tcW w:w="4508" w:type="dxa"/>
          </w:tcPr>
          <w:p w14:paraId="0AE47FD4" w14:textId="134A22D5" w:rsidR="00D26CEB" w:rsidRPr="00622321" w:rsidRDefault="00622321" w:rsidP="008D173E">
            <w:pPr>
              <w:rPr>
                <w:rFonts w:cs="Times New Roman"/>
                <w:szCs w:val="24"/>
              </w:rPr>
            </w:pPr>
            <w:r w:rsidRPr="00622321">
              <w:rPr>
                <w:rFonts w:cs="Times New Roman"/>
                <w:szCs w:val="24"/>
              </w:rPr>
              <w:t>First name and surname</w:t>
            </w:r>
          </w:p>
        </w:tc>
        <w:tc>
          <w:tcPr>
            <w:tcW w:w="4536" w:type="dxa"/>
          </w:tcPr>
          <w:p w14:paraId="7B089724" w14:textId="77777777" w:rsidR="00D26CEB" w:rsidRPr="00AC7210" w:rsidRDefault="00D26CEB" w:rsidP="008D173E">
            <w:pPr>
              <w:rPr>
                <w:rFonts w:cs="Times New Roman"/>
                <w:szCs w:val="24"/>
              </w:rPr>
            </w:pPr>
          </w:p>
        </w:tc>
      </w:tr>
      <w:tr w:rsidR="00D26CEB" w:rsidRPr="00AC7210" w14:paraId="073A272B" w14:textId="77777777" w:rsidTr="00E36EA8">
        <w:trPr>
          <w:trHeight w:val="231"/>
        </w:trPr>
        <w:tc>
          <w:tcPr>
            <w:tcW w:w="4508" w:type="dxa"/>
          </w:tcPr>
          <w:p w14:paraId="4770AB25" w14:textId="0544583A" w:rsidR="00D26CEB" w:rsidRPr="00AC7210" w:rsidRDefault="00BC6AF4" w:rsidP="008D173E">
            <w:pPr>
              <w:rPr>
                <w:rFonts w:cs="Times New Roman"/>
                <w:szCs w:val="24"/>
              </w:rPr>
            </w:pPr>
            <w:r>
              <w:rPr>
                <w:rFonts w:cs="Times New Roman"/>
                <w:szCs w:val="24"/>
              </w:rPr>
              <w:t>P</w:t>
            </w:r>
            <w:r w:rsidRPr="00BC6AF4">
              <w:rPr>
                <w:rFonts w:cs="Times New Roman"/>
                <w:szCs w:val="24"/>
              </w:rPr>
              <w:t>ersonal identification code (or date of birth in the case of a non-resident)</w:t>
            </w:r>
          </w:p>
        </w:tc>
        <w:tc>
          <w:tcPr>
            <w:tcW w:w="4536" w:type="dxa"/>
          </w:tcPr>
          <w:p w14:paraId="4862894D" w14:textId="77777777" w:rsidR="00D26CEB" w:rsidRPr="00AC7210" w:rsidRDefault="00D26CEB" w:rsidP="008D173E">
            <w:pPr>
              <w:rPr>
                <w:rFonts w:cs="Times New Roman"/>
                <w:szCs w:val="24"/>
              </w:rPr>
            </w:pPr>
          </w:p>
        </w:tc>
      </w:tr>
      <w:tr w:rsidR="00843796" w:rsidRPr="00AC7210" w14:paraId="0513A335" w14:textId="77777777" w:rsidTr="00E36EA8">
        <w:trPr>
          <w:trHeight w:val="299"/>
        </w:trPr>
        <w:tc>
          <w:tcPr>
            <w:tcW w:w="4508" w:type="dxa"/>
          </w:tcPr>
          <w:p w14:paraId="5CFD4814" w14:textId="340351F1" w:rsidR="00843796" w:rsidRPr="00AC7210" w:rsidRDefault="00843796" w:rsidP="00843796">
            <w:pPr>
              <w:rPr>
                <w:rFonts w:cs="Times New Roman"/>
                <w:b/>
                <w:bCs/>
                <w:szCs w:val="24"/>
              </w:rPr>
            </w:pPr>
            <w:r>
              <w:t>In the absence of a personal identification code, country and place of birth</w:t>
            </w:r>
          </w:p>
        </w:tc>
        <w:tc>
          <w:tcPr>
            <w:tcW w:w="4536" w:type="dxa"/>
          </w:tcPr>
          <w:p w14:paraId="7BC30E97" w14:textId="77777777" w:rsidR="00843796" w:rsidRPr="00AC7210" w:rsidRDefault="00843796" w:rsidP="00843796">
            <w:pPr>
              <w:rPr>
                <w:rFonts w:cs="Times New Roman"/>
                <w:szCs w:val="24"/>
              </w:rPr>
            </w:pPr>
          </w:p>
        </w:tc>
      </w:tr>
      <w:tr w:rsidR="00D26CEB" w:rsidRPr="00AC7210" w14:paraId="5E7E54F1" w14:textId="77777777" w:rsidTr="00E36EA8">
        <w:trPr>
          <w:trHeight w:val="299"/>
        </w:trPr>
        <w:tc>
          <w:tcPr>
            <w:tcW w:w="4508" w:type="dxa"/>
          </w:tcPr>
          <w:p w14:paraId="5D68CE8A" w14:textId="77777777" w:rsidR="00D26CEB" w:rsidRPr="00AC7210" w:rsidRDefault="00D26CEB" w:rsidP="008D173E">
            <w:pPr>
              <w:rPr>
                <w:rFonts w:cs="Times New Roman"/>
                <w:szCs w:val="24"/>
              </w:rPr>
            </w:pPr>
            <w:r w:rsidRPr="00AC7210">
              <w:rPr>
                <w:rFonts w:cs="Times New Roman"/>
                <w:szCs w:val="24"/>
              </w:rPr>
              <w:t>Citizenship</w:t>
            </w:r>
          </w:p>
        </w:tc>
        <w:tc>
          <w:tcPr>
            <w:tcW w:w="4536" w:type="dxa"/>
          </w:tcPr>
          <w:p w14:paraId="18C87D5F" w14:textId="77777777" w:rsidR="00D26CEB" w:rsidRPr="00AC7210" w:rsidRDefault="00D26CEB" w:rsidP="008D173E">
            <w:pPr>
              <w:rPr>
                <w:rFonts w:cs="Times New Roman"/>
                <w:szCs w:val="24"/>
              </w:rPr>
            </w:pPr>
          </w:p>
        </w:tc>
      </w:tr>
      <w:tr w:rsidR="00843796" w:rsidRPr="00AC7210" w14:paraId="4AC9FA25" w14:textId="77777777" w:rsidTr="00E36EA8">
        <w:trPr>
          <w:trHeight w:val="299"/>
        </w:trPr>
        <w:tc>
          <w:tcPr>
            <w:tcW w:w="4508" w:type="dxa"/>
          </w:tcPr>
          <w:p w14:paraId="645A46A8" w14:textId="6DB06806" w:rsidR="00843796" w:rsidRPr="00AC7210" w:rsidRDefault="00616E94" w:rsidP="008D173E">
            <w:pPr>
              <w:rPr>
                <w:rFonts w:cs="Times New Roman"/>
                <w:szCs w:val="24"/>
              </w:rPr>
            </w:pPr>
            <w:r w:rsidRPr="00616E94">
              <w:rPr>
                <w:rFonts w:cs="Times New Roman"/>
                <w:szCs w:val="24"/>
              </w:rPr>
              <w:t>Place of residence or location</w:t>
            </w:r>
          </w:p>
        </w:tc>
        <w:tc>
          <w:tcPr>
            <w:tcW w:w="4536" w:type="dxa"/>
          </w:tcPr>
          <w:p w14:paraId="76558B32" w14:textId="77777777" w:rsidR="00843796" w:rsidRPr="00AC7210" w:rsidRDefault="00843796" w:rsidP="008D173E">
            <w:pPr>
              <w:rPr>
                <w:rFonts w:cs="Times New Roman"/>
                <w:szCs w:val="24"/>
              </w:rPr>
            </w:pPr>
          </w:p>
        </w:tc>
      </w:tr>
      <w:tr w:rsidR="00D26CEB" w:rsidRPr="00AC7210" w14:paraId="6698B597" w14:textId="77777777" w:rsidTr="00E36EA8">
        <w:trPr>
          <w:trHeight w:val="299"/>
        </w:trPr>
        <w:tc>
          <w:tcPr>
            <w:tcW w:w="4508" w:type="dxa"/>
          </w:tcPr>
          <w:p w14:paraId="2F8D7A91" w14:textId="77777777" w:rsidR="00D26CEB" w:rsidRPr="00AC7210" w:rsidRDefault="00D26CEB" w:rsidP="008D173E">
            <w:pPr>
              <w:rPr>
                <w:rFonts w:cs="Times New Roman"/>
                <w:szCs w:val="24"/>
              </w:rPr>
            </w:pPr>
            <w:r w:rsidRPr="00AC7210">
              <w:rPr>
                <w:rFonts w:cs="Times New Roman"/>
                <w:szCs w:val="24"/>
              </w:rPr>
              <w:t>Type of control (what is the type of UBO control?)</w:t>
            </w:r>
          </w:p>
        </w:tc>
        <w:tc>
          <w:tcPr>
            <w:tcW w:w="4536" w:type="dxa"/>
          </w:tcPr>
          <w:p w14:paraId="7D8C87E0" w14:textId="77777777" w:rsidR="00D26CEB" w:rsidRDefault="00403537" w:rsidP="008D173E">
            <w:pPr>
              <w:rPr>
                <w:rFonts w:cs="Arial"/>
                <w:szCs w:val="18"/>
              </w:rPr>
            </w:pPr>
            <w:sdt>
              <w:sdtPr>
                <w:rPr>
                  <w:rFonts w:cs="Arial"/>
                  <w:szCs w:val="18"/>
                </w:rPr>
                <w:id w:val="-1354106818"/>
                <w14:checkbox>
                  <w14:checked w14:val="0"/>
                  <w14:checkedState w14:val="2612" w14:font="MS Gothic"/>
                  <w14:uncheckedState w14:val="2610" w14:font="MS Gothic"/>
                </w14:checkbox>
              </w:sdtPr>
              <w:sdtEndPr/>
              <w:sdtContent>
                <w:r w:rsidR="006D7C66">
                  <w:rPr>
                    <w:rFonts w:ascii="MS Gothic" w:eastAsia="MS Gothic" w:hAnsi="MS Gothic" w:cs="Arial" w:hint="eastAsia"/>
                    <w:szCs w:val="18"/>
                  </w:rPr>
                  <w:t>☐</w:t>
                </w:r>
              </w:sdtContent>
            </w:sdt>
            <w:r w:rsidR="006D7C66" w:rsidRPr="00A26304">
              <w:rPr>
                <w:rFonts w:cs="Arial"/>
                <w:szCs w:val="18"/>
              </w:rPr>
              <w:t xml:space="preserve"> </w:t>
            </w:r>
            <w:r w:rsidR="006D7C66">
              <w:rPr>
                <w:rFonts w:cs="Arial"/>
                <w:szCs w:val="18"/>
              </w:rPr>
              <w:t>Control by agreement</w:t>
            </w:r>
          </w:p>
          <w:p w14:paraId="61A3DE6C" w14:textId="66092305" w:rsidR="006D7C66" w:rsidRPr="00AC7210" w:rsidRDefault="00403537" w:rsidP="00901014">
            <w:pPr>
              <w:rPr>
                <w:rFonts w:cs="Times New Roman"/>
                <w:szCs w:val="24"/>
              </w:rPr>
            </w:pPr>
            <w:sdt>
              <w:sdtPr>
                <w:rPr>
                  <w:rFonts w:cs="Arial"/>
                  <w:szCs w:val="18"/>
                </w:rPr>
                <w:id w:val="-1730213395"/>
                <w14:checkbox>
                  <w14:checked w14:val="0"/>
                  <w14:checkedState w14:val="2612" w14:font="MS Gothic"/>
                  <w14:uncheckedState w14:val="2610" w14:font="MS Gothic"/>
                </w14:checkbox>
              </w:sdtPr>
              <w:sdtEndPr/>
              <w:sdtContent>
                <w:r w:rsidR="00A44AB0">
                  <w:rPr>
                    <w:rFonts w:ascii="MS Gothic" w:eastAsia="MS Gothic" w:hAnsi="MS Gothic" w:cs="Arial" w:hint="eastAsia"/>
                    <w:szCs w:val="18"/>
                  </w:rPr>
                  <w:t>☐</w:t>
                </w:r>
              </w:sdtContent>
            </w:sdt>
            <w:r w:rsidR="00901014" w:rsidRPr="00A26304">
              <w:rPr>
                <w:rFonts w:cs="Arial"/>
                <w:szCs w:val="18"/>
              </w:rPr>
              <w:t xml:space="preserve"> </w:t>
            </w:r>
            <w:r w:rsidR="00901014">
              <w:rPr>
                <w:rFonts w:eastAsia="Calibri" w:cs="Arial"/>
                <w:bCs/>
                <w:szCs w:val="18"/>
              </w:rPr>
              <w:t>Other</w:t>
            </w:r>
            <w:r w:rsidR="0035292C">
              <w:rPr>
                <w:rFonts w:eastAsia="Calibri" w:cs="Arial"/>
                <w:bCs/>
                <w:szCs w:val="18"/>
              </w:rPr>
              <w:t xml:space="preserve"> </w:t>
            </w:r>
            <w:r w:rsidR="0035292C" w:rsidRPr="0035292C">
              <w:rPr>
                <w:rFonts w:eastAsia="Calibri" w:cs="Arial"/>
                <w:bCs/>
                <w:i/>
                <w:iCs/>
                <w:szCs w:val="18"/>
              </w:rPr>
              <w:t>(please specify)</w:t>
            </w:r>
            <w:r w:rsidR="00901014">
              <w:rPr>
                <w:rFonts w:eastAsia="Calibri" w:cs="Arial"/>
                <w:bCs/>
                <w:szCs w:val="18"/>
              </w:rPr>
              <w:t>:</w:t>
            </w:r>
            <w:r w:rsidR="00901014" w:rsidRPr="00A26304">
              <w:rPr>
                <w:rFonts w:eastAsia="Calibri" w:cs="Arial"/>
                <w:b/>
                <w:szCs w:val="18"/>
              </w:rPr>
              <w:t xml:space="preserve"> </w:t>
            </w:r>
            <w:r w:rsidR="00901014" w:rsidRPr="00AA0105">
              <w:rPr>
                <w:rFonts w:eastAsia="Calibri" w:cs="Arial"/>
                <w:bCs/>
                <w:szCs w:val="18"/>
              </w:rPr>
              <w:fldChar w:fldCharType="begin">
                <w:ffData>
                  <w:name w:val="Teksti4"/>
                  <w:enabled/>
                  <w:calcOnExit w:val="0"/>
                  <w:textInput/>
                </w:ffData>
              </w:fldChar>
            </w:r>
            <w:r w:rsidR="00901014" w:rsidRPr="00AA0105">
              <w:rPr>
                <w:rFonts w:eastAsia="Calibri" w:cs="Arial"/>
                <w:bCs/>
                <w:szCs w:val="18"/>
              </w:rPr>
              <w:instrText xml:space="preserve"> FORMTEXT </w:instrText>
            </w:r>
            <w:r w:rsidR="00901014" w:rsidRPr="00AA0105">
              <w:rPr>
                <w:rFonts w:eastAsia="Calibri" w:cs="Arial"/>
                <w:bCs/>
                <w:szCs w:val="18"/>
              </w:rPr>
            </w:r>
            <w:r w:rsidR="00901014" w:rsidRPr="00AA0105">
              <w:rPr>
                <w:rFonts w:eastAsia="Calibri" w:cs="Arial"/>
                <w:bCs/>
                <w:szCs w:val="18"/>
              </w:rPr>
              <w:fldChar w:fldCharType="separate"/>
            </w:r>
            <w:r w:rsidR="00901014" w:rsidRPr="00AA0105">
              <w:rPr>
                <w:rFonts w:eastAsia="Calibri" w:cs="Arial"/>
                <w:bCs/>
                <w:szCs w:val="18"/>
              </w:rPr>
              <w:t> </w:t>
            </w:r>
            <w:r w:rsidR="00901014" w:rsidRPr="00AA0105">
              <w:rPr>
                <w:rFonts w:eastAsia="Calibri" w:cs="Arial"/>
                <w:bCs/>
                <w:szCs w:val="18"/>
              </w:rPr>
              <w:t> </w:t>
            </w:r>
            <w:r w:rsidR="00901014" w:rsidRPr="00AA0105">
              <w:rPr>
                <w:rFonts w:eastAsia="Calibri" w:cs="Arial"/>
                <w:bCs/>
                <w:szCs w:val="18"/>
              </w:rPr>
              <w:t> </w:t>
            </w:r>
            <w:r w:rsidR="00901014" w:rsidRPr="00AA0105">
              <w:rPr>
                <w:rFonts w:eastAsia="Calibri" w:cs="Arial"/>
                <w:bCs/>
                <w:szCs w:val="18"/>
              </w:rPr>
              <w:t> </w:t>
            </w:r>
            <w:r w:rsidR="00901014" w:rsidRPr="00AA0105">
              <w:rPr>
                <w:rFonts w:eastAsia="Calibri" w:cs="Arial"/>
                <w:bCs/>
                <w:szCs w:val="18"/>
              </w:rPr>
              <w:t> </w:t>
            </w:r>
            <w:r w:rsidR="00901014" w:rsidRPr="00AA0105">
              <w:rPr>
                <w:rFonts w:eastAsia="Calibri" w:cs="Arial"/>
                <w:bCs/>
                <w:szCs w:val="18"/>
              </w:rPr>
              <w:fldChar w:fldCharType="end"/>
            </w:r>
          </w:p>
        </w:tc>
      </w:tr>
    </w:tbl>
    <w:p w14:paraId="4F12BC90" w14:textId="77777777" w:rsidR="0035292C" w:rsidRDefault="0035292C" w:rsidP="00D26CEB">
      <w:pPr>
        <w:rPr>
          <w:rFonts w:cs="Times New Roman"/>
          <w:b/>
          <w:bCs/>
          <w:szCs w:val="24"/>
        </w:rPr>
      </w:pPr>
    </w:p>
    <w:p w14:paraId="40000C23" w14:textId="77777777" w:rsidR="0035292C" w:rsidRDefault="0035292C">
      <w:pPr>
        <w:jc w:val="left"/>
        <w:rPr>
          <w:rFonts w:cs="Times New Roman"/>
          <w:b/>
          <w:bCs/>
          <w:szCs w:val="24"/>
        </w:rPr>
      </w:pPr>
      <w:r>
        <w:rPr>
          <w:rFonts w:cs="Times New Roman"/>
          <w:b/>
          <w:bCs/>
          <w:szCs w:val="24"/>
        </w:rPr>
        <w:br w:type="page"/>
      </w:r>
    </w:p>
    <w:p w14:paraId="0B7B5254" w14:textId="1CD8B0B7" w:rsidR="00D26CEB" w:rsidRPr="00AC7210" w:rsidRDefault="00D26CEB" w:rsidP="00D26CEB">
      <w:pPr>
        <w:rPr>
          <w:rFonts w:cs="Times New Roman"/>
          <w:szCs w:val="24"/>
        </w:rPr>
      </w:pPr>
      <w:r w:rsidRPr="00AC7210">
        <w:rPr>
          <w:rFonts w:cs="Times New Roman"/>
          <w:b/>
          <w:bCs/>
          <w:szCs w:val="24"/>
        </w:rPr>
        <w:lastRenderedPageBreak/>
        <w:t>DATA OF POLITICALLY EXPOSED PERSON (PEP)</w:t>
      </w:r>
    </w:p>
    <w:tbl>
      <w:tblPr>
        <w:tblStyle w:val="Kontuurtabel"/>
        <w:tblW w:w="8931" w:type="dxa"/>
        <w:tblInd w:w="108" w:type="dxa"/>
        <w:tblLook w:val="04A0" w:firstRow="1" w:lastRow="0" w:firstColumn="1" w:lastColumn="0" w:noHBand="0" w:noVBand="1"/>
      </w:tblPr>
      <w:tblGrid>
        <w:gridCol w:w="284"/>
        <w:gridCol w:w="8647"/>
      </w:tblGrid>
      <w:tr w:rsidR="00D26CEB" w:rsidRPr="00AC7210" w14:paraId="6F87C09C" w14:textId="77777777" w:rsidTr="008D173E">
        <w:tc>
          <w:tcPr>
            <w:tcW w:w="8931" w:type="dxa"/>
            <w:gridSpan w:val="2"/>
            <w:tcBorders>
              <w:left w:val="single" w:sz="4" w:space="0" w:color="auto"/>
            </w:tcBorders>
          </w:tcPr>
          <w:p w14:paraId="06C4AB0C" w14:textId="526C6387" w:rsidR="00023023" w:rsidRDefault="00023023" w:rsidP="00023023">
            <w:pPr>
              <w:rPr>
                <w:rFonts w:cs="Times New Roman"/>
              </w:rPr>
            </w:pPr>
            <w:r>
              <w:rPr>
                <w:rFonts w:cs="Times New Roman"/>
              </w:rPr>
              <w:t>Has the client, the client’s representative and/or ultimate beneficial owner been a politically exposed person (PEP)</w:t>
            </w:r>
            <w:r w:rsidR="00781C2F">
              <w:rPr>
                <w:rStyle w:val="Allmrkuseviide"/>
                <w:rFonts w:cs="Times New Roman"/>
              </w:rPr>
              <w:footnoteReference w:id="2"/>
            </w:r>
            <w:r>
              <w:rPr>
                <w:rFonts w:cs="Times New Roman"/>
              </w:rPr>
              <w:t xml:space="preserve"> currently or in the last 12 months?</w:t>
            </w:r>
          </w:p>
          <w:p w14:paraId="15120648" w14:textId="057CDF26" w:rsidR="00D26CEB" w:rsidRPr="00AC7210" w:rsidRDefault="00403537" w:rsidP="008D173E">
            <w:pPr>
              <w:rPr>
                <w:rFonts w:cs="Times New Roman"/>
                <w:szCs w:val="24"/>
              </w:rPr>
            </w:pPr>
            <w:sdt>
              <w:sdtPr>
                <w:rPr>
                  <w:rFonts w:cs="Times New Roman"/>
                  <w:szCs w:val="24"/>
                </w:rPr>
                <w:id w:val="790567679"/>
                <w14:checkbox>
                  <w14:checked w14:val="0"/>
                  <w14:checkedState w14:val="2612" w14:font="MS Gothic"/>
                  <w14:uncheckedState w14:val="2610" w14:font="MS Gothic"/>
                </w14:checkbox>
              </w:sdtPr>
              <w:sdtEndPr/>
              <w:sdtContent>
                <w:r w:rsidR="00D26CEB" w:rsidRPr="00AC7210">
                  <w:rPr>
                    <w:rFonts w:eastAsia="MS Gothic" w:cs="Times New Roman"/>
                    <w:szCs w:val="24"/>
                  </w:rPr>
                  <w:t xml:space="preserve">   </w:t>
                </w:r>
                <w:r w:rsidR="00D26CEB" w:rsidRPr="00AC7210">
                  <w:rPr>
                    <w:rFonts w:ascii="Segoe UI Symbol" w:eastAsia="MS Gothic" w:hAnsi="Segoe UI Symbol" w:cs="Segoe UI Symbol"/>
                    <w:szCs w:val="24"/>
                  </w:rPr>
                  <w:t>☐</w:t>
                </w:r>
                <w:r w:rsidR="00D26CEB" w:rsidRPr="00AC7210">
                  <w:rPr>
                    <w:rFonts w:eastAsia="MS Gothic" w:cs="Times New Roman"/>
                    <w:szCs w:val="24"/>
                  </w:rPr>
                  <w:t xml:space="preserve"> </w:t>
                </w:r>
              </w:sdtContent>
            </w:sdt>
            <w:r w:rsidR="00D26CEB" w:rsidRPr="00AC7210">
              <w:rPr>
                <w:rFonts w:cs="Times New Roman"/>
                <w:szCs w:val="24"/>
              </w:rPr>
              <w:t xml:space="preserve"> Yes </w:t>
            </w:r>
            <w:sdt>
              <w:sdtPr>
                <w:rPr>
                  <w:rFonts w:cs="Times New Roman"/>
                  <w:szCs w:val="24"/>
                </w:rPr>
                <w:id w:val="1661113702"/>
                <w14:checkbox>
                  <w14:checked w14:val="0"/>
                  <w14:checkedState w14:val="2612" w14:font="MS Gothic"/>
                  <w14:uncheckedState w14:val="2610" w14:font="MS Gothic"/>
                </w14:checkbox>
              </w:sdtPr>
              <w:sdtEndPr/>
              <w:sdtContent>
                <w:r w:rsidR="00D26CEB" w:rsidRPr="00AC7210">
                  <w:rPr>
                    <w:rFonts w:ascii="Segoe UI Symbol" w:eastAsia="MS Gothic" w:hAnsi="Segoe UI Symbol" w:cs="Segoe UI Symbol"/>
                    <w:szCs w:val="24"/>
                  </w:rPr>
                  <w:t>☐</w:t>
                </w:r>
              </w:sdtContent>
            </w:sdt>
            <w:r w:rsidR="00D26CEB" w:rsidRPr="00AC7210">
              <w:rPr>
                <w:rFonts w:cs="Times New Roman"/>
                <w:szCs w:val="24"/>
              </w:rPr>
              <w:t xml:space="preserve"> No</w:t>
            </w:r>
          </w:p>
        </w:tc>
      </w:tr>
      <w:tr w:rsidR="00D26CEB" w:rsidRPr="00AC7210" w14:paraId="70453D01" w14:textId="77777777" w:rsidTr="008D173E">
        <w:tc>
          <w:tcPr>
            <w:tcW w:w="284" w:type="dxa"/>
            <w:tcBorders>
              <w:right w:val="single" w:sz="4" w:space="0" w:color="auto"/>
            </w:tcBorders>
          </w:tcPr>
          <w:p w14:paraId="45F51350" w14:textId="77777777" w:rsidR="00D26CEB" w:rsidRPr="00AC7210" w:rsidRDefault="00D26CEB" w:rsidP="008D173E">
            <w:pPr>
              <w:tabs>
                <w:tab w:val="right" w:leader="dot" w:pos="8080"/>
                <w:tab w:val="left" w:leader="dot" w:pos="8222"/>
              </w:tabs>
              <w:rPr>
                <w:rFonts w:cs="Times New Roman"/>
                <w:szCs w:val="24"/>
              </w:rPr>
            </w:pPr>
          </w:p>
        </w:tc>
        <w:tc>
          <w:tcPr>
            <w:tcW w:w="8647" w:type="dxa"/>
            <w:tcBorders>
              <w:left w:val="single" w:sz="4" w:space="0" w:color="auto"/>
            </w:tcBorders>
          </w:tcPr>
          <w:p w14:paraId="6BABA77E" w14:textId="77777777" w:rsidR="00DD0C84" w:rsidRDefault="00DD0C84" w:rsidP="008D173E">
            <w:pPr>
              <w:ind w:left="314"/>
              <w:rPr>
                <w:rFonts w:cs="Times New Roman"/>
                <w:szCs w:val="24"/>
              </w:rPr>
            </w:pPr>
            <w:r w:rsidRPr="00DD0C84">
              <w:rPr>
                <w:rFonts w:cs="Times New Roman"/>
                <w:szCs w:val="24"/>
              </w:rPr>
              <w:t xml:space="preserve">If you answered “yes”, please provide the following information: </w:t>
            </w:r>
          </w:p>
          <w:p w14:paraId="0D6C4E16" w14:textId="77777777" w:rsidR="00DD0C84" w:rsidRDefault="00DD0C84" w:rsidP="008D173E">
            <w:pPr>
              <w:ind w:left="314"/>
              <w:rPr>
                <w:rFonts w:cs="Times New Roman"/>
                <w:szCs w:val="24"/>
              </w:rPr>
            </w:pPr>
          </w:p>
          <w:p w14:paraId="0F70C4B4" w14:textId="77777777" w:rsidR="009F5027" w:rsidRPr="007B095E" w:rsidRDefault="009F5027" w:rsidP="009F5027">
            <w:pPr>
              <w:ind w:left="314"/>
              <w:rPr>
                <w:rFonts w:cs="Times New Roman"/>
                <w:szCs w:val="24"/>
              </w:rPr>
            </w:pPr>
            <w:r>
              <w:rPr>
                <w:rFonts w:cs="Times New Roman"/>
                <w:szCs w:val="24"/>
              </w:rPr>
              <w:t xml:space="preserve">First name and surname: </w:t>
            </w:r>
            <w:r>
              <w:rPr>
                <w:rFonts w:cs="Times New Roman"/>
                <w:b/>
                <w:szCs w:val="24"/>
              </w:rPr>
              <w:fldChar w:fldCharType="begin">
                <w:ffData>
                  <w:name w:val="Teksti4"/>
                  <w:enabled/>
                  <w:calcOnExit w:val="0"/>
                  <w:textInput/>
                </w:ffData>
              </w:fldChar>
            </w:r>
            <w:r>
              <w:rPr>
                <w:rFonts w:cs="Times New Roman"/>
                <w:b/>
                <w:szCs w:val="24"/>
              </w:rPr>
              <w:instrText xml:space="preserve"> FORMTEXT </w:instrText>
            </w:r>
            <w:r>
              <w:rPr>
                <w:rFonts w:cs="Times New Roman"/>
                <w:b/>
                <w:szCs w:val="24"/>
              </w:rPr>
            </w:r>
            <w:r>
              <w:rPr>
                <w:rFonts w:cs="Times New Roman"/>
                <w:b/>
                <w:szCs w:val="24"/>
              </w:rPr>
              <w:fldChar w:fldCharType="separate"/>
            </w:r>
            <w:r>
              <w:rPr>
                <w:rFonts w:cs="Times New Roman"/>
                <w:b/>
                <w:szCs w:val="24"/>
              </w:rPr>
              <w:t>     </w:t>
            </w:r>
            <w:r>
              <w:rPr>
                <w:rFonts w:cs="Times New Roman"/>
                <w:b/>
                <w:szCs w:val="24"/>
              </w:rPr>
              <w:fldChar w:fldCharType="end"/>
            </w:r>
          </w:p>
          <w:p w14:paraId="7436D95F" w14:textId="77777777" w:rsidR="009F5027" w:rsidRPr="007B095E" w:rsidRDefault="009F5027" w:rsidP="009F5027">
            <w:pPr>
              <w:tabs>
                <w:tab w:val="right" w:leader="dot" w:pos="8080"/>
                <w:tab w:val="left" w:leader="dot" w:pos="8222"/>
              </w:tabs>
              <w:ind w:left="314"/>
              <w:rPr>
                <w:rFonts w:cs="Times New Roman"/>
                <w:szCs w:val="24"/>
              </w:rPr>
            </w:pPr>
            <w:r>
              <w:rPr>
                <w:rFonts w:cs="Times New Roman"/>
                <w:szCs w:val="24"/>
              </w:rPr>
              <w:t>Position:</w:t>
            </w:r>
            <w:r>
              <w:rPr>
                <w:rFonts w:cs="Times New Roman"/>
                <w:b/>
                <w:szCs w:val="24"/>
              </w:rPr>
              <w:t xml:space="preserve"> </w:t>
            </w:r>
            <w:r>
              <w:rPr>
                <w:rFonts w:cs="Times New Roman"/>
                <w:b/>
                <w:szCs w:val="24"/>
              </w:rPr>
              <w:fldChar w:fldCharType="begin">
                <w:ffData>
                  <w:name w:val="Teksti4"/>
                  <w:enabled/>
                  <w:calcOnExit w:val="0"/>
                  <w:textInput/>
                </w:ffData>
              </w:fldChar>
            </w:r>
            <w:r>
              <w:rPr>
                <w:rFonts w:cs="Times New Roman"/>
                <w:b/>
                <w:szCs w:val="24"/>
              </w:rPr>
              <w:instrText xml:space="preserve"> FORMTEXT </w:instrText>
            </w:r>
            <w:r>
              <w:rPr>
                <w:rFonts w:cs="Times New Roman"/>
                <w:b/>
                <w:szCs w:val="24"/>
              </w:rPr>
            </w:r>
            <w:r>
              <w:rPr>
                <w:rFonts w:cs="Times New Roman"/>
                <w:b/>
                <w:szCs w:val="24"/>
              </w:rPr>
              <w:fldChar w:fldCharType="separate"/>
            </w:r>
            <w:r>
              <w:rPr>
                <w:rFonts w:cs="Times New Roman"/>
                <w:b/>
                <w:szCs w:val="24"/>
              </w:rPr>
              <w:t>     </w:t>
            </w:r>
            <w:r>
              <w:rPr>
                <w:rFonts w:cs="Times New Roman"/>
                <w:b/>
                <w:szCs w:val="24"/>
              </w:rPr>
              <w:fldChar w:fldCharType="end"/>
            </w:r>
          </w:p>
          <w:p w14:paraId="773E0340" w14:textId="5A4A3678" w:rsidR="009F5027" w:rsidRPr="007B095E" w:rsidRDefault="009F5027" w:rsidP="009F5027">
            <w:pPr>
              <w:ind w:left="314"/>
              <w:rPr>
                <w:rFonts w:cs="Times New Roman"/>
                <w:szCs w:val="24"/>
              </w:rPr>
            </w:pPr>
            <w:r>
              <w:rPr>
                <w:rFonts w:cs="Times New Roman"/>
                <w:szCs w:val="24"/>
              </w:rPr>
              <w:t>Authority/Organi</w:t>
            </w:r>
            <w:r w:rsidR="003B6883">
              <w:rPr>
                <w:rFonts w:cs="Times New Roman"/>
                <w:szCs w:val="24"/>
              </w:rPr>
              <w:t>z</w:t>
            </w:r>
            <w:r>
              <w:rPr>
                <w:rFonts w:cs="Times New Roman"/>
                <w:szCs w:val="24"/>
              </w:rPr>
              <w:t xml:space="preserve">ation: </w:t>
            </w:r>
            <w:r>
              <w:rPr>
                <w:rFonts w:cs="Times New Roman"/>
                <w:b/>
                <w:szCs w:val="24"/>
              </w:rPr>
              <w:fldChar w:fldCharType="begin">
                <w:ffData>
                  <w:name w:val="Teksti4"/>
                  <w:enabled/>
                  <w:calcOnExit w:val="0"/>
                  <w:textInput/>
                </w:ffData>
              </w:fldChar>
            </w:r>
            <w:r>
              <w:rPr>
                <w:rFonts w:cs="Times New Roman"/>
                <w:b/>
                <w:szCs w:val="24"/>
              </w:rPr>
              <w:instrText xml:space="preserve"> FORMTEXT </w:instrText>
            </w:r>
            <w:r>
              <w:rPr>
                <w:rFonts w:cs="Times New Roman"/>
                <w:b/>
                <w:szCs w:val="24"/>
              </w:rPr>
            </w:r>
            <w:r>
              <w:rPr>
                <w:rFonts w:cs="Times New Roman"/>
                <w:b/>
                <w:szCs w:val="24"/>
              </w:rPr>
              <w:fldChar w:fldCharType="separate"/>
            </w:r>
            <w:r>
              <w:rPr>
                <w:rFonts w:cs="Times New Roman"/>
                <w:b/>
                <w:szCs w:val="24"/>
              </w:rPr>
              <w:t>     </w:t>
            </w:r>
            <w:r>
              <w:rPr>
                <w:rFonts w:cs="Times New Roman"/>
                <w:b/>
                <w:szCs w:val="24"/>
              </w:rPr>
              <w:fldChar w:fldCharType="end"/>
            </w:r>
          </w:p>
          <w:p w14:paraId="3AA4450D" w14:textId="77777777" w:rsidR="00D26CEB" w:rsidRPr="00AC7210" w:rsidRDefault="00D26CEB" w:rsidP="008D173E">
            <w:pPr>
              <w:tabs>
                <w:tab w:val="right" w:leader="dot" w:pos="8080"/>
                <w:tab w:val="left" w:leader="dot" w:pos="8222"/>
              </w:tabs>
              <w:ind w:left="314"/>
              <w:rPr>
                <w:rFonts w:cs="Times New Roman"/>
                <w:szCs w:val="24"/>
              </w:rPr>
            </w:pPr>
            <w:r w:rsidRPr="00AC7210">
              <w:rPr>
                <w:rFonts w:cs="Times New Roman"/>
                <w:szCs w:val="24"/>
              </w:rPr>
              <w:t xml:space="preserve">Country of permanent residence: </w:t>
            </w:r>
            <w:r w:rsidRPr="00AC7210">
              <w:rPr>
                <w:rFonts w:cs="Times New Roman"/>
                <w:b/>
                <w:szCs w:val="24"/>
              </w:rPr>
              <w:fldChar w:fldCharType="begin">
                <w:ffData>
                  <w:name w:val="Teksti4"/>
                  <w:enabled/>
                  <w:calcOnExit w:val="0"/>
                  <w:textInput/>
                </w:ffData>
              </w:fldChar>
            </w:r>
            <w:r w:rsidRPr="00AC7210">
              <w:rPr>
                <w:rFonts w:cs="Times New Roman"/>
                <w:b/>
                <w:szCs w:val="24"/>
              </w:rPr>
              <w:instrText xml:space="preserve"> FORMTEXT </w:instrText>
            </w:r>
            <w:r w:rsidRPr="00AC7210">
              <w:rPr>
                <w:rFonts w:cs="Times New Roman"/>
                <w:b/>
                <w:szCs w:val="24"/>
              </w:rPr>
            </w:r>
            <w:r w:rsidRPr="00AC7210">
              <w:rPr>
                <w:rFonts w:cs="Times New Roman"/>
                <w:b/>
                <w:szCs w:val="24"/>
              </w:rPr>
              <w:fldChar w:fldCharType="separate"/>
            </w:r>
            <w:r w:rsidRPr="00AC7210">
              <w:rPr>
                <w:rFonts w:cs="Times New Roman"/>
                <w:b/>
                <w:szCs w:val="24"/>
              </w:rPr>
              <w:t>     </w:t>
            </w:r>
            <w:r w:rsidRPr="00AC7210">
              <w:rPr>
                <w:rFonts w:cs="Times New Roman"/>
                <w:b/>
                <w:szCs w:val="24"/>
              </w:rPr>
              <w:fldChar w:fldCharType="end"/>
            </w:r>
          </w:p>
          <w:p w14:paraId="4AF9E7FA" w14:textId="77777777" w:rsidR="00D26CEB" w:rsidRPr="00AC7210" w:rsidRDefault="00D26CEB" w:rsidP="008D173E">
            <w:pPr>
              <w:ind w:left="314"/>
              <w:rPr>
                <w:rFonts w:cs="Times New Roman"/>
                <w:szCs w:val="24"/>
              </w:rPr>
            </w:pPr>
            <w:r w:rsidRPr="00AC7210">
              <w:rPr>
                <w:rFonts w:cs="Times New Roman"/>
                <w:szCs w:val="24"/>
              </w:rPr>
              <w:t xml:space="preserve">End date of the position (month/year): </w:t>
            </w:r>
            <w:r w:rsidRPr="00AC7210">
              <w:rPr>
                <w:rFonts w:cs="Times New Roman"/>
                <w:b/>
                <w:szCs w:val="24"/>
              </w:rPr>
              <w:fldChar w:fldCharType="begin">
                <w:ffData>
                  <w:name w:val="Teksti4"/>
                  <w:enabled/>
                  <w:calcOnExit w:val="0"/>
                  <w:textInput/>
                </w:ffData>
              </w:fldChar>
            </w:r>
            <w:r w:rsidRPr="00AC7210">
              <w:rPr>
                <w:rFonts w:cs="Times New Roman"/>
                <w:b/>
                <w:szCs w:val="24"/>
              </w:rPr>
              <w:instrText xml:space="preserve"> FORMTEXT </w:instrText>
            </w:r>
            <w:r w:rsidRPr="00AC7210">
              <w:rPr>
                <w:rFonts w:cs="Times New Roman"/>
                <w:b/>
                <w:szCs w:val="24"/>
              </w:rPr>
            </w:r>
            <w:r w:rsidRPr="00AC7210">
              <w:rPr>
                <w:rFonts w:cs="Times New Roman"/>
                <w:b/>
                <w:szCs w:val="24"/>
              </w:rPr>
              <w:fldChar w:fldCharType="separate"/>
            </w:r>
            <w:r w:rsidRPr="00AC7210">
              <w:rPr>
                <w:rFonts w:cs="Times New Roman"/>
                <w:b/>
                <w:szCs w:val="24"/>
              </w:rPr>
              <w:t>     </w:t>
            </w:r>
            <w:r w:rsidRPr="00AC7210">
              <w:rPr>
                <w:rFonts w:cs="Times New Roman"/>
                <w:b/>
                <w:szCs w:val="24"/>
              </w:rPr>
              <w:fldChar w:fldCharType="end"/>
            </w:r>
          </w:p>
        </w:tc>
      </w:tr>
      <w:tr w:rsidR="00D26CEB" w:rsidRPr="00AC7210" w14:paraId="2A469B99" w14:textId="77777777" w:rsidTr="008D173E">
        <w:tc>
          <w:tcPr>
            <w:tcW w:w="8931" w:type="dxa"/>
            <w:gridSpan w:val="2"/>
            <w:tcBorders>
              <w:left w:val="single" w:sz="4" w:space="0" w:color="auto"/>
            </w:tcBorders>
          </w:tcPr>
          <w:p w14:paraId="2143AA78" w14:textId="36253A37" w:rsidR="001D672E" w:rsidRDefault="00D26CEB" w:rsidP="008D173E">
            <w:pPr>
              <w:rPr>
                <w:rFonts w:cs="Times New Roman"/>
              </w:rPr>
            </w:pPr>
            <w:r w:rsidRPr="00AC7210">
              <w:rPr>
                <w:rFonts w:cs="Times New Roman"/>
                <w:szCs w:val="24"/>
              </w:rPr>
              <w:br w:type="page"/>
            </w:r>
            <w:r w:rsidR="001D672E">
              <w:rPr>
                <w:rFonts w:cs="Times New Roman"/>
              </w:rPr>
              <w:t>Is the client and/or ultimate beneficial owner a family member</w:t>
            </w:r>
            <w:r w:rsidR="00781C2F">
              <w:rPr>
                <w:rStyle w:val="Allmrkuseviide"/>
                <w:rFonts w:cs="Times New Roman"/>
              </w:rPr>
              <w:footnoteReference w:id="3"/>
            </w:r>
            <w:r w:rsidR="001D672E">
              <w:rPr>
                <w:rFonts w:cs="Times New Roman"/>
              </w:rPr>
              <w:t xml:space="preserve"> or close associate</w:t>
            </w:r>
            <w:r w:rsidR="002E4A6B">
              <w:rPr>
                <w:rStyle w:val="Allmrkuseviide"/>
                <w:rFonts w:cs="Times New Roman"/>
              </w:rPr>
              <w:footnoteReference w:id="4"/>
            </w:r>
            <w:r w:rsidR="001D672E">
              <w:rPr>
                <w:rFonts w:cs="Times New Roman"/>
              </w:rPr>
              <w:t xml:space="preserve"> in the last 12 months? </w:t>
            </w:r>
          </w:p>
          <w:p w14:paraId="2B4251BD" w14:textId="7881A92A" w:rsidR="00D26CEB" w:rsidRPr="001D672E" w:rsidRDefault="00403537" w:rsidP="008D173E">
            <w:pPr>
              <w:rPr>
                <w:rFonts w:cs="Times New Roman"/>
              </w:rPr>
            </w:pPr>
            <w:sdt>
              <w:sdtPr>
                <w:rPr>
                  <w:rFonts w:cs="Times New Roman"/>
                  <w:szCs w:val="24"/>
                </w:rPr>
                <w:id w:val="105789637"/>
                <w14:checkbox>
                  <w14:checked w14:val="0"/>
                  <w14:checkedState w14:val="2612" w14:font="MS Gothic"/>
                  <w14:uncheckedState w14:val="2610" w14:font="MS Gothic"/>
                </w14:checkbox>
              </w:sdtPr>
              <w:sdtEndPr/>
              <w:sdtContent>
                <w:r w:rsidR="00D26CEB" w:rsidRPr="00AC7210">
                  <w:rPr>
                    <w:rFonts w:eastAsia="MS Gothic" w:cs="Times New Roman"/>
                    <w:szCs w:val="24"/>
                  </w:rPr>
                  <w:t xml:space="preserve">   </w:t>
                </w:r>
                <w:r w:rsidR="00D26CEB" w:rsidRPr="00AC7210">
                  <w:rPr>
                    <w:rFonts w:ascii="Segoe UI Symbol" w:eastAsia="MS Gothic" w:hAnsi="Segoe UI Symbol" w:cs="Segoe UI Symbol"/>
                    <w:szCs w:val="24"/>
                  </w:rPr>
                  <w:t>☐</w:t>
                </w:r>
                <w:r w:rsidR="00D26CEB" w:rsidRPr="00AC7210">
                  <w:rPr>
                    <w:rFonts w:eastAsia="MS Gothic" w:cs="Times New Roman"/>
                    <w:szCs w:val="24"/>
                  </w:rPr>
                  <w:t xml:space="preserve"> </w:t>
                </w:r>
              </w:sdtContent>
            </w:sdt>
            <w:r w:rsidR="00D26CEB" w:rsidRPr="00AC7210">
              <w:rPr>
                <w:rFonts w:cs="Times New Roman"/>
                <w:szCs w:val="24"/>
              </w:rPr>
              <w:t xml:space="preserve"> Yes </w:t>
            </w:r>
            <w:sdt>
              <w:sdtPr>
                <w:rPr>
                  <w:rFonts w:cs="Times New Roman"/>
                  <w:szCs w:val="24"/>
                </w:rPr>
                <w:id w:val="-1674262835"/>
                <w14:checkbox>
                  <w14:checked w14:val="0"/>
                  <w14:checkedState w14:val="2612" w14:font="MS Gothic"/>
                  <w14:uncheckedState w14:val="2610" w14:font="MS Gothic"/>
                </w14:checkbox>
              </w:sdtPr>
              <w:sdtEndPr/>
              <w:sdtContent>
                <w:r w:rsidR="00D26CEB" w:rsidRPr="00AC7210">
                  <w:rPr>
                    <w:rFonts w:ascii="Segoe UI Symbol" w:eastAsia="MS Gothic" w:hAnsi="Segoe UI Symbol" w:cs="Segoe UI Symbol"/>
                    <w:szCs w:val="24"/>
                  </w:rPr>
                  <w:t>☐</w:t>
                </w:r>
              </w:sdtContent>
            </w:sdt>
            <w:r w:rsidR="00D26CEB" w:rsidRPr="00AC7210">
              <w:rPr>
                <w:rFonts w:cs="Times New Roman"/>
                <w:szCs w:val="24"/>
              </w:rPr>
              <w:t xml:space="preserve"> No</w:t>
            </w:r>
          </w:p>
        </w:tc>
      </w:tr>
      <w:tr w:rsidR="00D26CEB" w:rsidRPr="00AC7210" w14:paraId="6B144D88" w14:textId="77777777" w:rsidTr="008D173E">
        <w:tc>
          <w:tcPr>
            <w:tcW w:w="284" w:type="dxa"/>
            <w:tcBorders>
              <w:right w:val="single" w:sz="4" w:space="0" w:color="auto"/>
            </w:tcBorders>
          </w:tcPr>
          <w:p w14:paraId="71CC118C" w14:textId="77777777" w:rsidR="00D26CEB" w:rsidRPr="00AC7210" w:rsidRDefault="00D26CEB" w:rsidP="008D173E">
            <w:pPr>
              <w:rPr>
                <w:rFonts w:cs="Times New Roman"/>
                <w:szCs w:val="24"/>
              </w:rPr>
            </w:pPr>
          </w:p>
        </w:tc>
        <w:tc>
          <w:tcPr>
            <w:tcW w:w="8647" w:type="dxa"/>
            <w:tcBorders>
              <w:left w:val="single" w:sz="4" w:space="0" w:color="auto"/>
            </w:tcBorders>
          </w:tcPr>
          <w:p w14:paraId="325300DB" w14:textId="3E536C22" w:rsidR="00D26CEB" w:rsidRDefault="00DD0C84" w:rsidP="008D173E">
            <w:pPr>
              <w:ind w:left="456"/>
              <w:rPr>
                <w:rFonts w:cs="Times New Roman"/>
                <w:szCs w:val="24"/>
              </w:rPr>
            </w:pPr>
            <w:r w:rsidRPr="00DD0C84">
              <w:rPr>
                <w:rFonts w:cs="Times New Roman"/>
                <w:szCs w:val="24"/>
              </w:rPr>
              <w:t xml:space="preserve">If you answered “yes”, please provide the following information: </w:t>
            </w:r>
          </w:p>
          <w:p w14:paraId="3519FB77" w14:textId="77777777" w:rsidR="00DD0C84" w:rsidRPr="00AC7210" w:rsidRDefault="00DD0C84" w:rsidP="008D173E">
            <w:pPr>
              <w:ind w:left="456"/>
              <w:rPr>
                <w:rFonts w:cs="Times New Roman"/>
                <w:szCs w:val="24"/>
              </w:rPr>
            </w:pPr>
          </w:p>
          <w:p w14:paraId="0FAC4EE3" w14:textId="7512126F" w:rsidR="002C29D1" w:rsidRPr="00910A0A" w:rsidRDefault="002C29D1" w:rsidP="002C29D1">
            <w:pPr>
              <w:rPr>
                <w:rFonts w:cs="Times New Roman"/>
                <w:szCs w:val="24"/>
              </w:rPr>
            </w:pPr>
            <w:r w:rsidRPr="00910A0A">
              <w:rPr>
                <w:rFonts w:cs="Times New Roman"/>
                <w:szCs w:val="24"/>
              </w:rPr>
              <w:t xml:space="preserve">Connection with a politically exposed person: </w:t>
            </w:r>
            <w:r w:rsidRPr="00910A0A">
              <w:rPr>
                <w:rFonts w:ascii="Segoe UI Symbol" w:hAnsi="Segoe UI Symbol" w:cs="Segoe UI Symbol"/>
                <w:szCs w:val="24"/>
              </w:rPr>
              <w:t>☐</w:t>
            </w:r>
            <w:r w:rsidRPr="00910A0A">
              <w:rPr>
                <w:rFonts w:cs="Times New Roman"/>
                <w:szCs w:val="24"/>
              </w:rPr>
              <w:t xml:space="preserve"> spouse </w:t>
            </w:r>
            <w:r w:rsidRPr="00910A0A">
              <w:rPr>
                <w:rFonts w:ascii="Segoe UI Symbol" w:hAnsi="Segoe UI Symbol" w:cs="Segoe UI Symbol"/>
                <w:szCs w:val="24"/>
              </w:rPr>
              <w:t>☐</w:t>
            </w:r>
            <w:r w:rsidRPr="00910A0A">
              <w:rPr>
                <w:rFonts w:cs="Times New Roman"/>
                <w:szCs w:val="24"/>
              </w:rPr>
              <w:t xml:space="preserve"> person considered equivalent to spouse </w:t>
            </w:r>
            <w:r w:rsidRPr="00910A0A">
              <w:rPr>
                <w:rFonts w:ascii="Segoe UI Symbol" w:hAnsi="Segoe UI Symbol" w:cs="Segoe UI Symbol"/>
                <w:szCs w:val="24"/>
              </w:rPr>
              <w:t>☐</w:t>
            </w:r>
            <w:r w:rsidRPr="00910A0A">
              <w:rPr>
                <w:rFonts w:cs="Times New Roman"/>
                <w:szCs w:val="24"/>
              </w:rPr>
              <w:t xml:space="preserve"> registered partner </w:t>
            </w:r>
            <w:r w:rsidRPr="00910A0A">
              <w:rPr>
                <w:rFonts w:ascii="Segoe UI Symbol" w:hAnsi="Segoe UI Symbol" w:cs="Segoe UI Symbol"/>
                <w:szCs w:val="24"/>
              </w:rPr>
              <w:t>☐</w:t>
            </w:r>
            <w:r w:rsidR="00A92B18">
              <w:rPr>
                <w:rFonts w:ascii="Segoe UI Symbol" w:hAnsi="Segoe UI Symbol" w:cs="Segoe UI Symbol"/>
                <w:szCs w:val="24"/>
              </w:rPr>
              <w:t xml:space="preserve"> </w:t>
            </w:r>
            <w:r w:rsidRPr="00910A0A">
              <w:rPr>
                <w:rFonts w:cs="Times New Roman"/>
                <w:szCs w:val="24"/>
              </w:rPr>
              <w:t xml:space="preserve">parent </w:t>
            </w:r>
            <w:r w:rsidRPr="00910A0A">
              <w:rPr>
                <w:rFonts w:ascii="Segoe UI Symbol" w:hAnsi="Segoe UI Symbol" w:cs="Segoe UI Symbol"/>
                <w:szCs w:val="24"/>
              </w:rPr>
              <w:t>☐</w:t>
            </w:r>
            <w:r w:rsidRPr="00910A0A">
              <w:rPr>
                <w:rFonts w:cs="Times New Roman"/>
                <w:szCs w:val="24"/>
              </w:rPr>
              <w:t xml:space="preserve"> child </w:t>
            </w:r>
            <w:r w:rsidRPr="00910A0A">
              <w:rPr>
                <w:rFonts w:ascii="Segoe UI Symbol" w:hAnsi="Segoe UI Symbol" w:cs="Segoe UI Symbol"/>
                <w:szCs w:val="24"/>
              </w:rPr>
              <w:t>☐</w:t>
            </w:r>
            <w:r w:rsidRPr="00910A0A">
              <w:rPr>
                <w:rFonts w:cs="Times New Roman"/>
                <w:szCs w:val="24"/>
              </w:rPr>
              <w:t xml:space="preserve"> </w:t>
            </w:r>
            <w:r w:rsidRPr="00440266">
              <w:rPr>
                <w:rFonts w:cs="Times New Roman"/>
                <w:szCs w:val="24"/>
              </w:rPr>
              <w:t>child’s spouse</w:t>
            </w:r>
            <w:r>
              <w:rPr>
                <w:rFonts w:cs="Times New Roman"/>
                <w:szCs w:val="24"/>
              </w:rPr>
              <w:t xml:space="preserve"> </w:t>
            </w:r>
            <w:r w:rsidRPr="00910A0A">
              <w:rPr>
                <w:rFonts w:ascii="Segoe UI Symbol" w:hAnsi="Segoe UI Symbol" w:cs="Segoe UI Symbol"/>
                <w:szCs w:val="24"/>
              </w:rPr>
              <w:t>☐</w:t>
            </w:r>
            <w:r w:rsidRPr="00910A0A">
              <w:rPr>
                <w:rFonts w:cs="Times New Roman"/>
                <w:szCs w:val="24"/>
              </w:rPr>
              <w:t xml:space="preserve"> </w:t>
            </w:r>
            <w:r w:rsidRPr="0026422F">
              <w:rPr>
                <w:rFonts w:cs="Times New Roman"/>
                <w:szCs w:val="24"/>
              </w:rPr>
              <w:t>child’s registered partner</w:t>
            </w:r>
            <w:r>
              <w:rPr>
                <w:rFonts w:cs="Times New Roman"/>
                <w:szCs w:val="24"/>
              </w:rPr>
              <w:t xml:space="preserve"> </w:t>
            </w:r>
            <w:r w:rsidRPr="00910A0A">
              <w:rPr>
                <w:rFonts w:ascii="Segoe UI Symbol" w:hAnsi="Segoe UI Symbol" w:cs="Segoe UI Symbol"/>
                <w:szCs w:val="24"/>
              </w:rPr>
              <w:t>☐</w:t>
            </w:r>
            <w:r w:rsidRPr="00910A0A">
              <w:rPr>
                <w:rFonts w:cs="Times New Roman"/>
                <w:szCs w:val="24"/>
              </w:rPr>
              <w:t xml:space="preserve"> </w:t>
            </w:r>
            <w:r>
              <w:rPr>
                <w:rFonts w:cs="Times New Roman"/>
                <w:szCs w:val="24"/>
              </w:rPr>
              <w:t>b</w:t>
            </w:r>
            <w:r w:rsidRPr="00910A0A">
              <w:rPr>
                <w:rFonts w:cs="Times New Roman"/>
                <w:szCs w:val="24"/>
              </w:rPr>
              <w:t xml:space="preserve">usiness partner </w:t>
            </w:r>
            <w:r w:rsidRPr="00910A0A">
              <w:rPr>
                <w:rFonts w:ascii="Segoe UI Symbol" w:hAnsi="Segoe UI Symbol" w:cs="Segoe UI Symbol"/>
                <w:szCs w:val="24"/>
              </w:rPr>
              <w:t>☐</w:t>
            </w:r>
            <w:r w:rsidRPr="00910A0A">
              <w:rPr>
                <w:rFonts w:cs="Times New Roman"/>
                <w:szCs w:val="24"/>
              </w:rPr>
              <w:t xml:space="preserve"> other</w:t>
            </w:r>
            <w:r w:rsidR="0035292C">
              <w:rPr>
                <w:rFonts w:cs="Times New Roman"/>
                <w:szCs w:val="24"/>
              </w:rPr>
              <w:t xml:space="preserve"> </w:t>
            </w:r>
            <w:r w:rsidR="0035292C" w:rsidRPr="0035292C">
              <w:rPr>
                <w:rFonts w:cs="Times New Roman"/>
                <w:i/>
                <w:iCs/>
                <w:szCs w:val="24"/>
              </w:rPr>
              <w:t>(please specify)</w:t>
            </w:r>
            <w:r w:rsidRPr="00910A0A">
              <w:rPr>
                <w:rFonts w:cs="Times New Roman"/>
                <w:szCs w:val="24"/>
              </w:rPr>
              <w:t xml:space="preserve"> </w:t>
            </w:r>
            <w:r w:rsidRPr="00910A0A">
              <w:rPr>
                <w:rFonts w:cs="Times New Roman"/>
                <w:b/>
                <w:szCs w:val="24"/>
              </w:rPr>
              <w:fldChar w:fldCharType="begin">
                <w:ffData>
                  <w:name w:val="Teksti4"/>
                  <w:enabled/>
                  <w:calcOnExit w:val="0"/>
                  <w:textInput/>
                </w:ffData>
              </w:fldChar>
            </w:r>
            <w:r w:rsidRPr="00910A0A">
              <w:rPr>
                <w:rFonts w:cs="Times New Roman"/>
                <w:b/>
                <w:szCs w:val="24"/>
              </w:rPr>
              <w:instrText xml:space="preserve"> FORMTEXT </w:instrText>
            </w:r>
            <w:r w:rsidRPr="00910A0A">
              <w:rPr>
                <w:rFonts w:cs="Times New Roman"/>
                <w:b/>
                <w:szCs w:val="24"/>
              </w:rPr>
            </w:r>
            <w:r w:rsidRPr="00910A0A">
              <w:rPr>
                <w:rFonts w:cs="Times New Roman"/>
                <w:b/>
                <w:szCs w:val="24"/>
              </w:rPr>
              <w:fldChar w:fldCharType="separate"/>
            </w:r>
            <w:r w:rsidRPr="00910A0A">
              <w:rPr>
                <w:rFonts w:cs="Times New Roman"/>
                <w:b/>
                <w:szCs w:val="24"/>
              </w:rPr>
              <w:t>     </w:t>
            </w:r>
            <w:r w:rsidRPr="00910A0A">
              <w:rPr>
                <w:rFonts w:cs="Times New Roman"/>
                <w:b/>
                <w:szCs w:val="24"/>
              </w:rPr>
              <w:fldChar w:fldCharType="end"/>
            </w:r>
            <w:r w:rsidRPr="00910A0A">
              <w:rPr>
                <w:rFonts w:cs="Times New Roman"/>
                <w:szCs w:val="24"/>
              </w:rPr>
              <w:t xml:space="preserve"> </w:t>
            </w:r>
          </w:p>
          <w:p w14:paraId="07E7CBC8" w14:textId="77777777" w:rsidR="00D26CEB" w:rsidRPr="00AC7210" w:rsidRDefault="00D26CEB" w:rsidP="008D173E">
            <w:pPr>
              <w:ind w:left="314"/>
              <w:rPr>
                <w:rFonts w:cs="Times New Roman"/>
                <w:szCs w:val="24"/>
              </w:rPr>
            </w:pPr>
          </w:p>
          <w:p w14:paraId="2B6036F0" w14:textId="77777777" w:rsidR="009F5027" w:rsidRPr="007B095E" w:rsidRDefault="009F5027" w:rsidP="009F5027">
            <w:pPr>
              <w:ind w:left="314"/>
              <w:rPr>
                <w:rFonts w:cs="Times New Roman"/>
                <w:szCs w:val="24"/>
              </w:rPr>
            </w:pPr>
            <w:r>
              <w:rPr>
                <w:rFonts w:cs="Times New Roman"/>
                <w:szCs w:val="24"/>
              </w:rPr>
              <w:t xml:space="preserve">First name and surname: </w:t>
            </w:r>
            <w:r>
              <w:rPr>
                <w:rFonts w:cs="Times New Roman"/>
                <w:b/>
                <w:szCs w:val="24"/>
              </w:rPr>
              <w:fldChar w:fldCharType="begin">
                <w:ffData>
                  <w:name w:val="Teksti4"/>
                  <w:enabled/>
                  <w:calcOnExit w:val="0"/>
                  <w:textInput/>
                </w:ffData>
              </w:fldChar>
            </w:r>
            <w:r>
              <w:rPr>
                <w:rFonts w:cs="Times New Roman"/>
                <w:b/>
                <w:szCs w:val="24"/>
              </w:rPr>
              <w:instrText xml:space="preserve"> FORMTEXT </w:instrText>
            </w:r>
            <w:r>
              <w:rPr>
                <w:rFonts w:cs="Times New Roman"/>
                <w:b/>
                <w:szCs w:val="24"/>
              </w:rPr>
            </w:r>
            <w:r>
              <w:rPr>
                <w:rFonts w:cs="Times New Roman"/>
                <w:b/>
                <w:szCs w:val="24"/>
              </w:rPr>
              <w:fldChar w:fldCharType="separate"/>
            </w:r>
            <w:r>
              <w:rPr>
                <w:rFonts w:cs="Times New Roman"/>
                <w:b/>
                <w:szCs w:val="24"/>
              </w:rPr>
              <w:t>     </w:t>
            </w:r>
            <w:r>
              <w:rPr>
                <w:rFonts w:cs="Times New Roman"/>
                <w:b/>
                <w:szCs w:val="24"/>
              </w:rPr>
              <w:fldChar w:fldCharType="end"/>
            </w:r>
          </w:p>
          <w:p w14:paraId="25285E05" w14:textId="77777777" w:rsidR="009F5027" w:rsidRPr="007B095E" w:rsidRDefault="009F5027" w:rsidP="009F5027">
            <w:pPr>
              <w:tabs>
                <w:tab w:val="right" w:leader="dot" w:pos="8080"/>
                <w:tab w:val="left" w:leader="dot" w:pos="8222"/>
              </w:tabs>
              <w:ind w:left="314"/>
              <w:rPr>
                <w:rFonts w:cs="Times New Roman"/>
                <w:szCs w:val="24"/>
              </w:rPr>
            </w:pPr>
            <w:r>
              <w:rPr>
                <w:rFonts w:cs="Times New Roman"/>
                <w:szCs w:val="24"/>
              </w:rPr>
              <w:t>Position:</w:t>
            </w:r>
            <w:r>
              <w:rPr>
                <w:rFonts w:cs="Times New Roman"/>
                <w:b/>
                <w:szCs w:val="24"/>
              </w:rPr>
              <w:t xml:space="preserve"> </w:t>
            </w:r>
            <w:r>
              <w:rPr>
                <w:rFonts w:cs="Times New Roman"/>
                <w:b/>
                <w:szCs w:val="24"/>
              </w:rPr>
              <w:fldChar w:fldCharType="begin">
                <w:ffData>
                  <w:name w:val="Teksti4"/>
                  <w:enabled/>
                  <w:calcOnExit w:val="0"/>
                  <w:textInput/>
                </w:ffData>
              </w:fldChar>
            </w:r>
            <w:r>
              <w:rPr>
                <w:rFonts w:cs="Times New Roman"/>
                <w:b/>
                <w:szCs w:val="24"/>
              </w:rPr>
              <w:instrText xml:space="preserve"> FORMTEXT </w:instrText>
            </w:r>
            <w:r>
              <w:rPr>
                <w:rFonts w:cs="Times New Roman"/>
                <w:b/>
                <w:szCs w:val="24"/>
              </w:rPr>
            </w:r>
            <w:r>
              <w:rPr>
                <w:rFonts w:cs="Times New Roman"/>
                <w:b/>
                <w:szCs w:val="24"/>
              </w:rPr>
              <w:fldChar w:fldCharType="separate"/>
            </w:r>
            <w:r>
              <w:rPr>
                <w:rFonts w:cs="Times New Roman"/>
                <w:b/>
                <w:szCs w:val="24"/>
              </w:rPr>
              <w:t>     </w:t>
            </w:r>
            <w:r>
              <w:rPr>
                <w:rFonts w:cs="Times New Roman"/>
                <w:b/>
                <w:szCs w:val="24"/>
              </w:rPr>
              <w:fldChar w:fldCharType="end"/>
            </w:r>
          </w:p>
          <w:p w14:paraId="18ABAE93" w14:textId="041C37F4" w:rsidR="009F5027" w:rsidRPr="007B095E" w:rsidRDefault="009F5027" w:rsidP="009F5027">
            <w:pPr>
              <w:ind w:left="314"/>
              <w:rPr>
                <w:rFonts w:cs="Times New Roman"/>
                <w:szCs w:val="24"/>
              </w:rPr>
            </w:pPr>
            <w:r>
              <w:rPr>
                <w:rFonts w:cs="Times New Roman"/>
                <w:szCs w:val="24"/>
              </w:rPr>
              <w:t>Authority/Organi</w:t>
            </w:r>
            <w:r w:rsidR="003B6883">
              <w:rPr>
                <w:rFonts w:cs="Times New Roman"/>
                <w:szCs w:val="24"/>
              </w:rPr>
              <w:t>z</w:t>
            </w:r>
            <w:r>
              <w:rPr>
                <w:rFonts w:cs="Times New Roman"/>
                <w:szCs w:val="24"/>
              </w:rPr>
              <w:t xml:space="preserve">ation: </w:t>
            </w:r>
            <w:r>
              <w:rPr>
                <w:rFonts w:cs="Times New Roman"/>
                <w:b/>
                <w:szCs w:val="24"/>
              </w:rPr>
              <w:fldChar w:fldCharType="begin">
                <w:ffData>
                  <w:name w:val="Teksti4"/>
                  <w:enabled/>
                  <w:calcOnExit w:val="0"/>
                  <w:textInput/>
                </w:ffData>
              </w:fldChar>
            </w:r>
            <w:r>
              <w:rPr>
                <w:rFonts w:cs="Times New Roman"/>
                <w:b/>
                <w:szCs w:val="24"/>
              </w:rPr>
              <w:instrText xml:space="preserve"> FORMTEXT </w:instrText>
            </w:r>
            <w:r>
              <w:rPr>
                <w:rFonts w:cs="Times New Roman"/>
                <w:b/>
                <w:szCs w:val="24"/>
              </w:rPr>
            </w:r>
            <w:r>
              <w:rPr>
                <w:rFonts w:cs="Times New Roman"/>
                <w:b/>
                <w:szCs w:val="24"/>
              </w:rPr>
              <w:fldChar w:fldCharType="separate"/>
            </w:r>
            <w:r>
              <w:rPr>
                <w:rFonts w:cs="Times New Roman"/>
                <w:b/>
                <w:szCs w:val="24"/>
              </w:rPr>
              <w:t>     </w:t>
            </w:r>
            <w:r>
              <w:rPr>
                <w:rFonts w:cs="Times New Roman"/>
                <w:b/>
                <w:szCs w:val="24"/>
              </w:rPr>
              <w:fldChar w:fldCharType="end"/>
            </w:r>
          </w:p>
          <w:p w14:paraId="5D5A65A4" w14:textId="77777777" w:rsidR="00D26CEB" w:rsidRPr="00AC7210" w:rsidRDefault="00D26CEB" w:rsidP="008D173E">
            <w:pPr>
              <w:tabs>
                <w:tab w:val="right" w:leader="dot" w:pos="8080"/>
                <w:tab w:val="left" w:leader="dot" w:pos="8222"/>
              </w:tabs>
              <w:ind w:left="314"/>
              <w:rPr>
                <w:rFonts w:cs="Times New Roman"/>
                <w:szCs w:val="24"/>
              </w:rPr>
            </w:pPr>
            <w:r w:rsidRPr="00AC7210">
              <w:rPr>
                <w:rFonts w:cs="Times New Roman"/>
                <w:szCs w:val="24"/>
              </w:rPr>
              <w:t xml:space="preserve">Country of permanent residence: </w:t>
            </w:r>
            <w:r w:rsidRPr="00AC7210">
              <w:rPr>
                <w:rFonts w:cs="Times New Roman"/>
                <w:b/>
                <w:szCs w:val="24"/>
              </w:rPr>
              <w:fldChar w:fldCharType="begin">
                <w:ffData>
                  <w:name w:val="Teksti4"/>
                  <w:enabled/>
                  <w:calcOnExit w:val="0"/>
                  <w:textInput/>
                </w:ffData>
              </w:fldChar>
            </w:r>
            <w:r w:rsidRPr="00AC7210">
              <w:rPr>
                <w:rFonts w:cs="Times New Roman"/>
                <w:b/>
                <w:szCs w:val="24"/>
              </w:rPr>
              <w:instrText xml:space="preserve"> FORMTEXT </w:instrText>
            </w:r>
            <w:r w:rsidRPr="00AC7210">
              <w:rPr>
                <w:rFonts w:cs="Times New Roman"/>
                <w:b/>
                <w:szCs w:val="24"/>
              </w:rPr>
            </w:r>
            <w:r w:rsidRPr="00AC7210">
              <w:rPr>
                <w:rFonts w:cs="Times New Roman"/>
                <w:b/>
                <w:szCs w:val="24"/>
              </w:rPr>
              <w:fldChar w:fldCharType="separate"/>
            </w:r>
            <w:r w:rsidRPr="00AC7210">
              <w:rPr>
                <w:rFonts w:cs="Times New Roman"/>
                <w:b/>
                <w:szCs w:val="24"/>
              </w:rPr>
              <w:t>     </w:t>
            </w:r>
            <w:r w:rsidRPr="00AC7210">
              <w:rPr>
                <w:rFonts w:cs="Times New Roman"/>
                <w:b/>
                <w:szCs w:val="24"/>
              </w:rPr>
              <w:fldChar w:fldCharType="end"/>
            </w:r>
          </w:p>
          <w:p w14:paraId="6FFA296E" w14:textId="77777777" w:rsidR="00D26CEB" w:rsidRPr="00AC7210" w:rsidRDefault="00D26CEB" w:rsidP="008D173E">
            <w:pPr>
              <w:ind w:left="314"/>
              <w:rPr>
                <w:rFonts w:cs="Times New Roman"/>
                <w:szCs w:val="24"/>
              </w:rPr>
            </w:pPr>
            <w:r w:rsidRPr="00AC7210">
              <w:rPr>
                <w:rFonts w:cs="Times New Roman"/>
                <w:szCs w:val="24"/>
              </w:rPr>
              <w:t xml:space="preserve">End date of the position (month/year): </w:t>
            </w:r>
            <w:r w:rsidRPr="00AC7210">
              <w:rPr>
                <w:rFonts w:cs="Times New Roman"/>
                <w:b/>
                <w:szCs w:val="24"/>
              </w:rPr>
              <w:fldChar w:fldCharType="begin">
                <w:ffData>
                  <w:name w:val="Teksti4"/>
                  <w:enabled/>
                  <w:calcOnExit w:val="0"/>
                  <w:textInput/>
                </w:ffData>
              </w:fldChar>
            </w:r>
            <w:r w:rsidRPr="00AC7210">
              <w:rPr>
                <w:rFonts w:cs="Times New Roman"/>
                <w:b/>
                <w:szCs w:val="24"/>
              </w:rPr>
              <w:instrText xml:space="preserve"> FORMTEXT </w:instrText>
            </w:r>
            <w:r w:rsidRPr="00AC7210">
              <w:rPr>
                <w:rFonts w:cs="Times New Roman"/>
                <w:b/>
                <w:szCs w:val="24"/>
              </w:rPr>
            </w:r>
            <w:r w:rsidRPr="00AC7210">
              <w:rPr>
                <w:rFonts w:cs="Times New Roman"/>
                <w:b/>
                <w:szCs w:val="24"/>
              </w:rPr>
              <w:fldChar w:fldCharType="separate"/>
            </w:r>
            <w:r w:rsidRPr="00AC7210">
              <w:rPr>
                <w:rFonts w:cs="Times New Roman"/>
                <w:b/>
                <w:szCs w:val="24"/>
              </w:rPr>
              <w:t>     </w:t>
            </w:r>
            <w:r w:rsidRPr="00AC7210">
              <w:rPr>
                <w:rFonts w:cs="Times New Roman"/>
                <w:b/>
                <w:szCs w:val="24"/>
              </w:rPr>
              <w:fldChar w:fldCharType="end"/>
            </w:r>
          </w:p>
        </w:tc>
      </w:tr>
    </w:tbl>
    <w:p w14:paraId="3CAAB2E6" w14:textId="77777777" w:rsidR="009F08B5" w:rsidRDefault="009F08B5" w:rsidP="00D26CEB">
      <w:pPr>
        <w:rPr>
          <w:rFonts w:cs="Times New Roman"/>
          <w:b/>
          <w:bCs/>
          <w:szCs w:val="24"/>
        </w:rPr>
      </w:pPr>
    </w:p>
    <w:p w14:paraId="7737FE0F" w14:textId="77777777" w:rsidR="009F08B5" w:rsidRDefault="009F08B5">
      <w:pPr>
        <w:jc w:val="left"/>
        <w:rPr>
          <w:rFonts w:cs="Times New Roman"/>
          <w:b/>
          <w:bCs/>
          <w:szCs w:val="24"/>
        </w:rPr>
      </w:pPr>
      <w:r>
        <w:rPr>
          <w:rFonts w:cs="Times New Roman"/>
          <w:b/>
          <w:bCs/>
          <w:szCs w:val="24"/>
        </w:rPr>
        <w:br w:type="page"/>
      </w:r>
    </w:p>
    <w:p w14:paraId="04EF3BE4" w14:textId="7B9DFE76" w:rsidR="00D26CEB" w:rsidRPr="00AC7210" w:rsidRDefault="00D26CEB" w:rsidP="00D26CEB">
      <w:pPr>
        <w:rPr>
          <w:rFonts w:cs="Times New Roman"/>
          <w:szCs w:val="24"/>
        </w:rPr>
      </w:pPr>
      <w:r w:rsidRPr="00AC7210">
        <w:rPr>
          <w:rFonts w:cs="Times New Roman"/>
          <w:b/>
          <w:bCs/>
          <w:szCs w:val="24"/>
        </w:rPr>
        <w:lastRenderedPageBreak/>
        <w:t>TRANSACTION DETAILS</w:t>
      </w:r>
    </w:p>
    <w:tbl>
      <w:tblPr>
        <w:tblStyle w:val="Kontuurtabel"/>
        <w:tblW w:w="9039" w:type="dxa"/>
        <w:tblLook w:val="04A0" w:firstRow="1" w:lastRow="0" w:firstColumn="1" w:lastColumn="0" w:noHBand="0" w:noVBand="1"/>
      </w:tblPr>
      <w:tblGrid>
        <w:gridCol w:w="4320"/>
        <w:gridCol w:w="4719"/>
      </w:tblGrid>
      <w:tr w:rsidR="00D26CEB" w:rsidRPr="00AC7210" w14:paraId="1245D768" w14:textId="77777777" w:rsidTr="008D173E">
        <w:tc>
          <w:tcPr>
            <w:tcW w:w="4320" w:type="dxa"/>
          </w:tcPr>
          <w:p w14:paraId="68D95971" w14:textId="77777777" w:rsidR="00D26CEB" w:rsidRPr="00AC7210" w:rsidRDefault="00D26CEB" w:rsidP="008D173E">
            <w:pPr>
              <w:rPr>
                <w:rFonts w:cs="Times New Roman"/>
                <w:szCs w:val="24"/>
              </w:rPr>
            </w:pPr>
            <w:r w:rsidRPr="00AC7210">
              <w:rPr>
                <w:rFonts w:cs="Times New Roman"/>
                <w:szCs w:val="24"/>
              </w:rPr>
              <w:t>Task to be performed within the framework of legal services</w:t>
            </w:r>
          </w:p>
        </w:tc>
        <w:tc>
          <w:tcPr>
            <w:tcW w:w="4719" w:type="dxa"/>
          </w:tcPr>
          <w:p w14:paraId="7549260E" w14:textId="77777777" w:rsidR="00D26CEB" w:rsidRPr="00AC7210" w:rsidRDefault="00D26CEB" w:rsidP="008D173E">
            <w:pPr>
              <w:rPr>
                <w:rFonts w:cs="Times New Roman"/>
                <w:szCs w:val="24"/>
              </w:rPr>
            </w:pPr>
          </w:p>
        </w:tc>
      </w:tr>
      <w:tr w:rsidR="00D26CEB" w:rsidRPr="00AC7210" w14:paraId="1B4E8EF4" w14:textId="77777777" w:rsidTr="008D173E">
        <w:tc>
          <w:tcPr>
            <w:tcW w:w="4320" w:type="dxa"/>
          </w:tcPr>
          <w:p w14:paraId="1C656F0D" w14:textId="00206D90" w:rsidR="00D26CEB" w:rsidRPr="00AC7210" w:rsidRDefault="00D26CEB" w:rsidP="008D173E">
            <w:pPr>
              <w:rPr>
                <w:rFonts w:cs="Times New Roman"/>
                <w:szCs w:val="24"/>
              </w:rPr>
            </w:pPr>
            <w:r w:rsidRPr="00AC7210">
              <w:rPr>
                <w:rFonts w:cs="Times New Roman"/>
                <w:szCs w:val="24"/>
                <w:shd w:val="clear" w:color="auto" w:fill="FFFFFF"/>
              </w:rPr>
              <w:t xml:space="preserve">Monetary amount of the transaction in euros or other </w:t>
            </w:r>
            <w:r w:rsidR="008A6DDC" w:rsidRPr="008A6DDC">
              <w:rPr>
                <w:rFonts w:cs="Times New Roman"/>
                <w:szCs w:val="24"/>
                <w:shd w:val="clear" w:color="auto" w:fill="FFFFFF"/>
              </w:rPr>
              <w:t>relevant currency</w:t>
            </w:r>
          </w:p>
        </w:tc>
        <w:tc>
          <w:tcPr>
            <w:tcW w:w="4719" w:type="dxa"/>
          </w:tcPr>
          <w:p w14:paraId="7A61F706" w14:textId="77777777" w:rsidR="00D26CEB" w:rsidRPr="00AC7210" w:rsidRDefault="00D26CEB" w:rsidP="008D173E">
            <w:pPr>
              <w:rPr>
                <w:rFonts w:cs="Times New Roman"/>
                <w:szCs w:val="24"/>
              </w:rPr>
            </w:pPr>
          </w:p>
        </w:tc>
      </w:tr>
      <w:tr w:rsidR="00D26CEB" w:rsidRPr="00AC7210" w14:paraId="2B824A87" w14:textId="77777777" w:rsidTr="008D173E">
        <w:tc>
          <w:tcPr>
            <w:tcW w:w="4320" w:type="dxa"/>
          </w:tcPr>
          <w:p w14:paraId="2FCEDE2A" w14:textId="0C78459F" w:rsidR="00D26CEB" w:rsidRPr="00AC7210" w:rsidRDefault="00622321" w:rsidP="008D173E">
            <w:pPr>
              <w:rPr>
                <w:rFonts w:cs="Times New Roman"/>
                <w:szCs w:val="24"/>
              </w:rPr>
            </w:pPr>
            <w:r w:rsidRPr="00622321">
              <w:rPr>
                <w:rFonts w:cs="Times New Roman"/>
                <w:szCs w:val="24"/>
              </w:rPr>
              <w:t>Method of payment used in the transaction</w:t>
            </w:r>
          </w:p>
        </w:tc>
        <w:tc>
          <w:tcPr>
            <w:tcW w:w="4719" w:type="dxa"/>
          </w:tcPr>
          <w:p w14:paraId="2E2DBB97" w14:textId="77C4A119" w:rsidR="00D26CEB" w:rsidRPr="00AC7210" w:rsidRDefault="00403537" w:rsidP="008D173E">
            <w:pPr>
              <w:rPr>
                <w:rFonts w:cs="Times New Roman"/>
                <w:szCs w:val="24"/>
              </w:rPr>
            </w:pPr>
            <w:sdt>
              <w:sdtPr>
                <w:rPr>
                  <w:rFonts w:cs="Times New Roman"/>
                  <w:szCs w:val="24"/>
                </w:rPr>
                <w:id w:val="1667437104"/>
                <w14:checkbox>
                  <w14:checked w14:val="0"/>
                  <w14:checkedState w14:val="2612" w14:font="MS Gothic"/>
                  <w14:uncheckedState w14:val="2610" w14:font="MS Gothic"/>
                </w14:checkbox>
              </w:sdtPr>
              <w:sdtEndPr/>
              <w:sdtContent>
                <w:r w:rsidR="00417482">
                  <w:rPr>
                    <w:rFonts w:ascii="MS Gothic" w:eastAsia="MS Gothic" w:hAnsi="MS Gothic" w:cs="Times New Roman" w:hint="eastAsia"/>
                    <w:szCs w:val="24"/>
                  </w:rPr>
                  <w:t>☐</w:t>
                </w:r>
              </w:sdtContent>
            </w:sdt>
            <w:r w:rsidR="00D26CEB" w:rsidRPr="00AC7210">
              <w:rPr>
                <w:rFonts w:cs="Times New Roman"/>
                <w:szCs w:val="24"/>
              </w:rPr>
              <w:t xml:space="preserve"> Cash</w:t>
            </w:r>
            <w:sdt>
              <w:sdtPr>
                <w:rPr>
                  <w:rFonts w:cs="Times New Roman"/>
                  <w:szCs w:val="24"/>
                </w:rPr>
                <w:id w:val="-1752121463"/>
                <w14:checkbox>
                  <w14:checked w14:val="0"/>
                  <w14:checkedState w14:val="2612" w14:font="MS Gothic"/>
                  <w14:uncheckedState w14:val="2610" w14:font="MS Gothic"/>
                </w14:checkbox>
              </w:sdtPr>
              <w:sdtEndPr/>
              <w:sdtContent>
                <w:r w:rsidR="00C0405A" w:rsidRPr="00AC7210">
                  <w:rPr>
                    <w:rFonts w:eastAsia="MS Gothic" w:cs="Times New Roman"/>
                    <w:szCs w:val="24"/>
                  </w:rPr>
                  <w:t xml:space="preserve">   </w:t>
                </w:r>
                <w:r w:rsidR="00C0405A" w:rsidRPr="00AC7210">
                  <w:rPr>
                    <w:rFonts w:ascii="Segoe UI Symbol" w:eastAsia="MS Gothic" w:hAnsi="Segoe UI Symbol" w:cs="Segoe UI Symbol"/>
                    <w:szCs w:val="24"/>
                  </w:rPr>
                  <w:t>☐</w:t>
                </w:r>
                <w:r w:rsidR="00C0405A" w:rsidRPr="00AC7210">
                  <w:rPr>
                    <w:rFonts w:eastAsia="MS Gothic" w:cs="Times New Roman"/>
                    <w:szCs w:val="24"/>
                  </w:rPr>
                  <w:t xml:space="preserve"> </w:t>
                </w:r>
              </w:sdtContent>
            </w:sdt>
            <w:r w:rsidR="00C0405A" w:rsidRPr="00AC7210">
              <w:rPr>
                <w:rFonts w:cs="Times New Roman"/>
                <w:szCs w:val="24"/>
              </w:rPr>
              <w:t xml:space="preserve"> </w:t>
            </w:r>
            <w:r w:rsidR="00C0405A">
              <w:rPr>
                <w:rFonts w:cs="Times New Roman"/>
                <w:szCs w:val="24"/>
              </w:rPr>
              <w:t>Bank</w:t>
            </w:r>
            <w:r w:rsidR="00C0405A" w:rsidRPr="00AC7210">
              <w:rPr>
                <w:rFonts w:cs="Times New Roman"/>
                <w:szCs w:val="24"/>
              </w:rPr>
              <w:t xml:space="preserve"> transfer</w:t>
            </w:r>
            <w:r w:rsidR="00622321">
              <w:rPr>
                <w:rFonts w:cs="Times New Roman"/>
                <w:szCs w:val="24"/>
              </w:rPr>
              <w:t xml:space="preserve"> </w:t>
            </w:r>
            <w:sdt>
              <w:sdtPr>
                <w:rPr>
                  <w:rFonts w:cs="Times New Roman"/>
                  <w:szCs w:val="24"/>
                </w:rPr>
                <w:id w:val="91294764"/>
                <w14:checkbox>
                  <w14:checked w14:val="0"/>
                  <w14:checkedState w14:val="2612" w14:font="MS Gothic"/>
                  <w14:uncheckedState w14:val="2610" w14:font="MS Gothic"/>
                </w14:checkbox>
              </w:sdtPr>
              <w:sdtEndPr/>
              <w:sdtContent>
                <w:r w:rsidR="00417482">
                  <w:rPr>
                    <w:rFonts w:ascii="MS Gothic" w:eastAsia="MS Gothic" w:hAnsi="MS Gothic" w:cs="Times New Roman" w:hint="eastAsia"/>
                    <w:szCs w:val="24"/>
                  </w:rPr>
                  <w:t>☐</w:t>
                </w:r>
              </w:sdtContent>
            </w:sdt>
            <w:r w:rsidR="00D26CEB" w:rsidRPr="00AC7210">
              <w:rPr>
                <w:rFonts w:cs="Times New Roman"/>
                <w:szCs w:val="24"/>
              </w:rPr>
              <w:t>Other</w:t>
            </w:r>
            <w:r w:rsidR="00D26CEB" w:rsidRPr="00AC7210">
              <w:rPr>
                <w:rFonts w:cs="Times New Roman"/>
                <w:b/>
                <w:szCs w:val="24"/>
              </w:rPr>
              <w:fldChar w:fldCharType="begin">
                <w:ffData>
                  <w:name w:val="Teksti4"/>
                  <w:enabled/>
                  <w:calcOnExit w:val="0"/>
                  <w:textInput/>
                </w:ffData>
              </w:fldChar>
            </w:r>
            <w:r w:rsidR="00D26CEB" w:rsidRPr="00AC7210">
              <w:rPr>
                <w:rFonts w:cs="Times New Roman"/>
                <w:b/>
                <w:szCs w:val="24"/>
              </w:rPr>
              <w:instrText xml:space="preserve"> FORMTEXT </w:instrText>
            </w:r>
            <w:r w:rsidR="00D26CEB" w:rsidRPr="00AC7210">
              <w:rPr>
                <w:rFonts w:cs="Times New Roman"/>
                <w:b/>
                <w:szCs w:val="24"/>
              </w:rPr>
            </w:r>
            <w:r w:rsidR="00D26CEB" w:rsidRPr="00AC7210">
              <w:rPr>
                <w:rFonts w:cs="Times New Roman"/>
                <w:b/>
                <w:szCs w:val="24"/>
              </w:rPr>
              <w:fldChar w:fldCharType="separate"/>
            </w:r>
            <w:r w:rsidR="00D26CEB" w:rsidRPr="00AC7210">
              <w:rPr>
                <w:rFonts w:cs="Times New Roman"/>
                <w:b/>
                <w:szCs w:val="24"/>
              </w:rPr>
              <w:t>     </w:t>
            </w:r>
            <w:r w:rsidR="00D26CEB" w:rsidRPr="00AC7210">
              <w:rPr>
                <w:rFonts w:cs="Times New Roman"/>
                <w:b/>
                <w:szCs w:val="24"/>
              </w:rPr>
              <w:fldChar w:fldCharType="end"/>
            </w:r>
          </w:p>
        </w:tc>
      </w:tr>
      <w:tr w:rsidR="00D26CEB" w:rsidRPr="00AC7210" w14:paraId="2C0007BA" w14:textId="77777777" w:rsidTr="008D173E">
        <w:tc>
          <w:tcPr>
            <w:tcW w:w="4320" w:type="dxa"/>
          </w:tcPr>
          <w:p w14:paraId="4071D923" w14:textId="65EADE07" w:rsidR="00D26CEB" w:rsidRPr="00AC7210" w:rsidRDefault="00622321" w:rsidP="008D173E">
            <w:pPr>
              <w:rPr>
                <w:rFonts w:cs="Times New Roman"/>
                <w:szCs w:val="24"/>
              </w:rPr>
            </w:pPr>
            <w:r w:rsidRPr="00622321">
              <w:rPr>
                <w:rFonts w:cs="Times New Roman"/>
                <w:szCs w:val="24"/>
              </w:rPr>
              <w:t xml:space="preserve">Source and origin of the funds </w:t>
            </w:r>
            <w:r w:rsidR="00D26CEB" w:rsidRPr="00AC7210">
              <w:rPr>
                <w:rFonts w:cs="Times New Roman"/>
                <w:szCs w:val="24"/>
              </w:rPr>
              <w:t>(money, assets, etc.) used in the transaction</w:t>
            </w:r>
          </w:p>
        </w:tc>
        <w:tc>
          <w:tcPr>
            <w:tcW w:w="4719" w:type="dxa"/>
          </w:tcPr>
          <w:p w14:paraId="6AA3E11D" w14:textId="77777777" w:rsidR="00D26CEB" w:rsidRPr="00AC7210" w:rsidRDefault="00D26CEB" w:rsidP="008D173E">
            <w:pPr>
              <w:rPr>
                <w:rFonts w:cs="Times New Roman"/>
                <w:szCs w:val="24"/>
              </w:rPr>
            </w:pPr>
          </w:p>
        </w:tc>
      </w:tr>
    </w:tbl>
    <w:p w14:paraId="0E9020C9" w14:textId="77777777" w:rsidR="00656ECF" w:rsidRDefault="00656ECF" w:rsidP="003717B2">
      <w:pPr>
        <w:rPr>
          <w:rFonts w:cs="Times New Roman"/>
          <w:b/>
          <w:bCs/>
          <w:szCs w:val="24"/>
        </w:rPr>
      </w:pPr>
      <w:r w:rsidRPr="00656ECF">
        <w:rPr>
          <w:rFonts w:cs="Times New Roman"/>
          <w:b/>
          <w:bCs/>
          <w:szCs w:val="24"/>
        </w:rPr>
        <w:t>DECLARATIONS</w:t>
      </w:r>
    </w:p>
    <w:p w14:paraId="457119DE" w14:textId="4DF6C27D" w:rsidR="003717B2" w:rsidRPr="003717B2" w:rsidRDefault="003717B2" w:rsidP="003717B2">
      <w:pPr>
        <w:rPr>
          <w:rFonts w:cs="Times New Roman"/>
          <w:szCs w:val="24"/>
        </w:rPr>
      </w:pPr>
      <w:r w:rsidRPr="003717B2">
        <w:rPr>
          <w:rFonts w:cs="Times New Roman"/>
          <w:szCs w:val="24"/>
        </w:rPr>
        <w:t>I hereby declare that:</w:t>
      </w:r>
    </w:p>
    <w:p w14:paraId="1EFA43D3" w14:textId="77777777" w:rsidR="003717B2" w:rsidRPr="003717B2" w:rsidRDefault="003717B2" w:rsidP="003717B2">
      <w:pPr>
        <w:pStyle w:val="Loendilik"/>
        <w:numPr>
          <w:ilvl w:val="0"/>
          <w:numId w:val="13"/>
        </w:numPr>
        <w:rPr>
          <w:rFonts w:cs="Times New Roman"/>
          <w:szCs w:val="24"/>
        </w:rPr>
      </w:pPr>
      <w:r w:rsidRPr="003717B2">
        <w:rPr>
          <w:rFonts w:cs="Times New Roman"/>
          <w:szCs w:val="24"/>
        </w:rPr>
        <w:t>Neither the client, the client’s representative, nor the client’s ultimate beneficial owner is subject to international sanctions.</w:t>
      </w:r>
    </w:p>
    <w:p w14:paraId="0208B7E5" w14:textId="77777777" w:rsidR="003717B2" w:rsidRPr="003717B2" w:rsidRDefault="003717B2" w:rsidP="003717B2">
      <w:pPr>
        <w:pStyle w:val="Loendilik"/>
        <w:numPr>
          <w:ilvl w:val="0"/>
          <w:numId w:val="13"/>
        </w:numPr>
        <w:rPr>
          <w:rFonts w:cs="Times New Roman"/>
          <w:szCs w:val="24"/>
        </w:rPr>
      </w:pPr>
      <w:r w:rsidRPr="003717B2">
        <w:rPr>
          <w:rFonts w:cs="Times New Roman"/>
          <w:szCs w:val="24"/>
        </w:rPr>
        <w:t>The information provided in the questionnaire is complete and truthful.</w:t>
      </w:r>
    </w:p>
    <w:p w14:paraId="23836F2F" w14:textId="77777777" w:rsidR="003717B2" w:rsidRPr="003717B2" w:rsidRDefault="003717B2" w:rsidP="003717B2">
      <w:pPr>
        <w:pStyle w:val="Loendilik"/>
        <w:numPr>
          <w:ilvl w:val="0"/>
          <w:numId w:val="13"/>
        </w:numPr>
        <w:rPr>
          <w:rFonts w:cs="Times New Roman"/>
          <w:szCs w:val="24"/>
        </w:rPr>
      </w:pPr>
      <w:r w:rsidRPr="003717B2">
        <w:rPr>
          <w:rFonts w:cs="Times New Roman"/>
          <w:szCs w:val="24"/>
        </w:rPr>
        <w:t>I undertake to notify the attorney immediately of any changes.</w:t>
      </w:r>
    </w:p>
    <w:p w14:paraId="044D3140" w14:textId="77777777" w:rsidR="003717B2" w:rsidRPr="003717B2" w:rsidRDefault="003717B2" w:rsidP="003717B2">
      <w:pPr>
        <w:pStyle w:val="Loendilik"/>
        <w:numPr>
          <w:ilvl w:val="0"/>
          <w:numId w:val="13"/>
        </w:numPr>
        <w:rPr>
          <w:rFonts w:cs="Times New Roman"/>
          <w:szCs w:val="24"/>
        </w:rPr>
      </w:pPr>
      <w:r w:rsidRPr="003717B2">
        <w:rPr>
          <w:rFonts w:cs="Times New Roman"/>
          <w:szCs w:val="24"/>
        </w:rPr>
        <w:t>I am aware that if I refuse to provide data for the application of due diligence measures, the attorney is prohibited from carrying out the transaction.</w:t>
      </w:r>
    </w:p>
    <w:p w14:paraId="356AD96A" w14:textId="77777777" w:rsidR="00186451" w:rsidRDefault="00186451" w:rsidP="00186451">
      <w:pPr>
        <w:ind w:left="360"/>
        <w:rPr>
          <w:rFonts w:cs="Times New Roman"/>
          <w:szCs w:val="24"/>
        </w:rPr>
      </w:pPr>
    </w:p>
    <w:p w14:paraId="60C169A0" w14:textId="3476320D" w:rsidR="00186451" w:rsidRPr="00186451" w:rsidRDefault="00186451" w:rsidP="00186451">
      <w:pPr>
        <w:ind w:left="360"/>
        <w:rPr>
          <w:rFonts w:cs="Times New Roman"/>
          <w:szCs w:val="24"/>
        </w:rPr>
      </w:pPr>
      <w:r w:rsidRPr="00186451">
        <w:rPr>
          <w:rFonts w:cs="Times New Roman"/>
          <w:szCs w:val="24"/>
        </w:rPr>
        <w:t>Date:</w:t>
      </w:r>
      <w:r w:rsidRPr="00186451">
        <w:rPr>
          <w:rFonts w:cs="Times New Roman"/>
          <w:bCs/>
          <w:szCs w:val="24"/>
        </w:rPr>
        <w:fldChar w:fldCharType="begin">
          <w:ffData>
            <w:name w:val="Teksti4"/>
            <w:enabled/>
            <w:calcOnExit w:val="0"/>
            <w:textInput/>
          </w:ffData>
        </w:fldChar>
      </w:r>
      <w:r w:rsidRPr="00186451">
        <w:rPr>
          <w:rFonts w:cs="Times New Roman"/>
          <w:bCs/>
          <w:szCs w:val="24"/>
        </w:rPr>
        <w:instrText xml:space="preserve"> FORMTEXT </w:instrText>
      </w:r>
      <w:r w:rsidRPr="00186451">
        <w:rPr>
          <w:rFonts w:cs="Times New Roman"/>
          <w:bCs/>
          <w:szCs w:val="24"/>
        </w:rPr>
      </w:r>
      <w:r w:rsidRPr="00186451">
        <w:rPr>
          <w:rFonts w:cs="Times New Roman"/>
          <w:bCs/>
          <w:szCs w:val="24"/>
        </w:rPr>
        <w:fldChar w:fldCharType="separate"/>
      </w:r>
      <w:r w:rsidRPr="00186451">
        <w:rPr>
          <w:rFonts w:cs="Times New Roman"/>
          <w:bCs/>
          <w:szCs w:val="24"/>
        </w:rPr>
        <w:t>     </w:t>
      </w:r>
      <w:r w:rsidRPr="00186451">
        <w:rPr>
          <w:rFonts w:cs="Times New Roman"/>
          <w:bCs/>
          <w:szCs w:val="24"/>
        </w:rPr>
        <w:fldChar w:fldCharType="end"/>
      </w:r>
      <w:r w:rsidRPr="00186451">
        <w:rPr>
          <w:rFonts w:cs="Times New Roman"/>
          <w:szCs w:val="24"/>
        </w:rPr>
        <w:br/>
      </w:r>
      <w:r w:rsidRPr="00186451">
        <w:rPr>
          <w:rFonts w:cs="Times New Roman"/>
          <w:szCs w:val="24"/>
        </w:rPr>
        <w:br/>
        <w:t>Name:</w:t>
      </w:r>
      <w:r w:rsidRPr="00186451">
        <w:rPr>
          <w:rFonts w:cs="Times New Roman"/>
          <w:bCs/>
          <w:szCs w:val="24"/>
        </w:rPr>
        <w:fldChar w:fldCharType="begin">
          <w:ffData>
            <w:name w:val="Teksti4"/>
            <w:enabled/>
            <w:calcOnExit w:val="0"/>
            <w:textInput/>
          </w:ffData>
        </w:fldChar>
      </w:r>
      <w:r w:rsidRPr="00186451">
        <w:rPr>
          <w:rFonts w:cs="Times New Roman"/>
          <w:bCs/>
          <w:szCs w:val="24"/>
        </w:rPr>
        <w:instrText xml:space="preserve"> FORMTEXT </w:instrText>
      </w:r>
      <w:r w:rsidRPr="00186451">
        <w:rPr>
          <w:rFonts w:cs="Times New Roman"/>
          <w:bCs/>
          <w:szCs w:val="24"/>
        </w:rPr>
      </w:r>
      <w:r w:rsidRPr="00186451">
        <w:rPr>
          <w:rFonts w:cs="Times New Roman"/>
          <w:bCs/>
          <w:szCs w:val="24"/>
        </w:rPr>
        <w:fldChar w:fldCharType="separate"/>
      </w:r>
      <w:r w:rsidRPr="00186451">
        <w:rPr>
          <w:rFonts w:cs="Times New Roman"/>
          <w:bCs/>
          <w:szCs w:val="24"/>
        </w:rPr>
        <w:t>     </w:t>
      </w:r>
      <w:r w:rsidRPr="00186451">
        <w:rPr>
          <w:rFonts w:cs="Times New Roman"/>
          <w:bCs/>
          <w:szCs w:val="24"/>
        </w:rPr>
        <w:fldChar w:fldCharType="end"/>
      </w:r>
      <w:r w:rsidRPr="00186451">
        <w:rPr>
          <w:rFonts w:cs="Times New Roman"/>
          <w:szCs w:val="24"/>
        </w:rPr>
        <w:br/>
      </w:r>
      <w:r w:rsidRPr="00186451">
        <w:rPr>
          <w:rFonts w:cs="Times New Roman"/>
          <w:szCs w:val="24"/>
        </w:rPr>
        <w:br/>
        <w:t>Signature:</w:t>
      </w:r>
      <w:r w:rsidRPr="00186451">
        <w:rPr>
          <w:rFonts w:cs="Times New Roman"/>
          <w:bCs/>
          <w:szCs w:val="24"/>
        </w:rPr>
        <w:t xml:space="preserve"> </w:t>
      </w:r>
      <w:r w:rsidRPr="00186451">
        <w:rPr>
          <w:rFonts w:cs="Times New Roman"/>
          <w:bCs/>
          <w:szCs w:val="24"/>
        </w:rPr>
        <w:fldChar w:fldCharType="begin">
          <w:ffData>
            <w:name w:val="Teksti4"/>
            <w:enabled/>
            <w:calcOnExit w:val="0"/>
            <w:textInput/>
          </w:ffData>
        </w:fldChar>
      </w:r>
      <w:r w:rsidRPr="00186451">
        <w:rPr>
          <w:rFonts w:cs="Times New Roman"/>
          <w:bCs/>
          <w:szCs w:val="24"/>
        </w:rPr>
        <w:instrText xml:space="preserve"> FORMTEXT </w:instrText>
      </w:r>
      <w:r w:rsidRPr="00186451">
        <w:rPr>
          <w:rFonts w:cs="Times New Roman"/>
          <w:bCs/>
          <w:szCs w:val="24"/>
        </w:rPr>
      </w:r>
      <w:r w:rsidRPr="00186451">
        <w:rPr>
          <w:rFonts w:cs="Times New Roman"/>
          <w:bCs/>
          <w:szCs w:val="24"/>
        </w:rPr>
        <w:fldChar w:fldCharType="separate"/>
      </w:r>
      <w:r w:rsidRPr="00186451">
        <w:rPr>
          <w:rFonts w:cs="Times New Roman"/>
          <w:bCs/>
          <w:szCs w:val="24"/>
        </w:rPr>
        <w:t>     </w:t>
      </w:r>
      <w:r w:rsidRPr="00186451">
        <w:rPr>
          <w:rFonts w:cs="Times New Roman"/>
          <w:bCs/>
          <w:szCs w:val="24"/>
        </w:rPr>
        <w:fldChar w:fldCharType="end"/>
      </w:r>
    </w:p>
    <w:p w14:paraId="34921448" w14:textId="52C81399" w:rsidR="00CC4398" w:rsidRPr="0046028F" w:rsidRDefault="00CC4398" w:rsidP="00D26CEB">
      <w:pPr>
        <w:rPr>
          <w:rFonts w:cs="Times New Roman"/>
          <w:lang w:val="et-EE"/>
        </w:rPr>
      </w:pPr>
    </w:p>
    <w:sectPr w:rsidR="00CC4398" w:rsidRPr="0046028F" w:rsidSect="00034616">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B32D0" w14:textId="77777777" w:rsidR="00403537" w:rsidRPr="00AC7210" w:rsidRDefault="00403537" w:rsidP="00590ABA">
      <w:pPr>
        <w:spacing w:after="0" w:line="240" w:lineRule="auto"/>
      </w:pPr>
      <w:r w:rsidRPr="00AC7210">
        <w:separator/>
      </w:r>
    </w:p>
  </w:endnote>
  <w:endnote w:type="continuationSeparator" w:id="0">
    <w:p w14:paraId="03F79783" w14:textId="77777777" w:rsidR="00403537" w:rsidRPr="00AC7210" w:rsidRDefault="00403537" w:rsidP="00590ABA">
      <w:pPr>
        <w:spacing w:after="0" w:line="240" w:lineRule="auto"/>
      </w:pPr>
      <w:r w:rsidRPr="00AC72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D2B11" w14:textId="77777777" w:rsidR="006558FF" w:rsidRPr="00AC7210" w:rsidRDefault="006558FF">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E6EE0" w14:textId="77777777" w:rsidR="006558FF" w:rsidRPr="00AC7210" w:rsidRDefault="006558FF">
    <w:pPr>
      <w:pStyle w:val="Jalu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DA446" w14:textId="77777777" w:rsidR="006558FF" w:rsidRPr="00AC7210" w:rsidRDefault="006558FF">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377EE" w14:textId="77777777" w:rsidR="00403537" w:rsidRPr="00AC7210" w:rsidRDefault="00403537" w:rsidP="00590ABA">
      <w:pPr>
        <w:spacing w:after="0" w:line="240" w:lineRule="auto"/>
      </w:pPr>
      <w:r w:rsidRPr="00AC7210">
        <w:separator/>
      </w:r>
    </w:p>
  </w:footnote>
  <w:footnote w:type="continuationSeparator" w:id="0">
    <w:p w14:paraId="22557419" w14:textId="77777777" w:rsidR="00403537" w:rsidRPr="00AC7210" w:rsidRDefault="00403537" w:rsidP="00590ABA">
      <w:pPr>
        <w:spacing w:after="0" w:line="240" w:lineRule="auto"/>
      </w:pPr>
      <w:r w:rsidRPr="00AC7210">
        <w:continuationSeparator/>
      </w:r>
    </w:p>
  </w:footnote>
  <w:footnote w:id="1">
    <w:p w14:paraId="2B99BCDD" w14:textId="390C8020" w:rsidR="002E4A6B" w:rsidRPr="002E4A6B" w:rsidRDefault="002E4A6B">
      <w:pPr>
        <w:pStyle w:val="Allmrkusetekst"/>
        <w:rPr>
          <w:lang w:val="et-EE"/>
        </w:rPr>
      </w:pPr>
      <w:r>
        <w:rPr>
          <w:rStyle w:val="Allmrkuseviide"/>
        </w:rPr>
        <w:footnoteRef/>
      </w:r>
      <w:r>
        <w:t xml:space="preserve"> </w:t>
      </w:r>
      <w:r w:rsidRPr="002E4A6B">
        <w:t>This sample questionnaire is illustrative and does not form part of the guidelines prepared and approved by the Bar Association. The use of this sample in a law firm does not automatically ensure its compliance with the applicable requirements – law firms must develop their own client questionnaires based on their own risk assessments and internal rules, which may differ significantly from this sample. In addition to client questionnaires, documents proving identity and other relevant circumstances must also be collected.</w:t>
      </w:r>
    </w:p>
  </w:footnote>
  <w:footnote w:id="2">
    <w:p w14:paraId="1811EEE6" w14:textId="77777777" w:rsidR="00102216" w:rsidRPr="0041120A" w:rsidRDefault="00781C2F" w:rsidP="00102216">
      <w:pPr>
        <w:pStyle w:val="Allmrkusetekst"/>
      </w:pPr>
      <w:r>
        <w:rPr>
          <w:rStyle w:val="Allmrkuseviide"/>
        </w:rPr>
        <w:footnoteRef/>
      </w:r>
      <w:r>
        <w:t xml:space="preserve"> </w:t>
      </w:r>
      <w:r w:rsidR="00102216" w:rsidRPr="0041120A">
        <w:rPr>
          <w:b/>
          <w:bCs/>
        </w:rPr>
        <w:t xml:space="preserve">Politically exposed person (PEP): </w:t>
      </w:r>
      <w:r w:rsidR="00102216" w:rsidRPr="0041120A">
        <w:t>a natural person who is or has been entrusted with prominent public functions within the last 12 months and in respect of whom the associated risks persist. These include: head of state or government, minister, deputy or assistant minister, member of a legislative body, member of a governing body of a political party, judge of a supreme court, auditor general or member of the board or management board of a central bank, chancellor of justice, ambassador, charge d’affaires or envoy, senior military officer, member of the management or supervisory or administrative board of a state-owned enterprise, head, deputy head or member of a governing body of an international organisation.</w:t>
      </w:r>
    </w:p>
    <w:p w14:paraId="23332177" w14:textId="0306ABC0" w:rsidR="00781C2F" w:rsidRPr="00781C2F" w:rsidRDefault="00102216" w:rsidP="00102216">
      <w:pPr>
        <w:pStyle w:val="Allmrkusetekst"/>
        <w:rPr>
          <w:lang w:val="et-EE"/>
        </w:rPr>
      </w:pPr>
      <w:hyperlink r:id="rId1" w:history="1">
        <w:r w:rsidRPr="0041120A">
          <w:rPr>
            <w:rStyle w:val="Hperlink"/>
          </w:rPr>
          <w:t>List of positions published by the European Commission</w:t>
        </w:r>
      </w:hyperlink>
      <w:r w:rsidRPr="0041120A">
        <w:t xml:space="preserve"> that are considered to hold prominent public functions in an EU Member State, by the European Commission, or by an international organisation accredited in the territory of the European Union.</w:t>
      </w:r>
    </w:p>
  </w:footnote>
  <w:footnote w:id="3">
    <w:p w14:paraId="15DE58CC" w14:textId="2F2271E6" w:rsidR="00781C2F" w:rsidRPr="00781C2F" w:rsidRDefault="00781C2F">
      <w:pPr>
        <w:pStyle w:val="Allmrkusetekst"/>
        <w:rPr>
          <w:lang w:val="et-EE"/>
        </w:rPr>
      </w:pPr>
      <w:r>
        <w:rPr>
          <w:rStyle w:val="Allmrkuseviide"/>
        </w:rPr>
        <w:footnoteRef/>
      </w:r>
      <w:r>
        <w:t xml:space="preserve"> </w:t>
      </w:r>
      <w:r w:rsidRPr="00781C2F">
        <w:t>The spouse of the person referred to in point 2 or a person considered equivalent to a spouse; registered partner; parent; child; the child’s spouse or a person considered equivalent to a spouse; the child’s registered partner.</w:t>
      </w:r>
    </w:p>
  </w:footnote>
  <w:footnote w:id="4">
    <w:p w14:paraId="4D372CD1" w14:textId="0109CAFD" w:rsidR="002E4A6B" w:rsidRPr="002E4A6B" w:rsidRDefault="002E4A6B">
      <w:pPr>
        <w:pStyle w:val="Allmrkusetekst"/>
        <w:rPr>
          <w:lang w:val="et-EE"/>
        </w:rPr>
      </w:pPr>
      <w:r>
        <w:rPr>
          <w:rStyle w:val="Allmrkuseviide"/>
        </w:rPr>
        <w:footnoteRef/>
      </w:r>
      <w:r>
        <w:t xml:space="preserve"> </w:t>
      </w:r>
      <w:r w:rsidRPr="002E4A6B">
        <w:t>The beneficial owner of a legal person or trust together with a politically exposed person; close business relationships with a politically exposed person (e.g. business partner); the beneficial owner of a legal person or trust established in the interests of a politically exposed person.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C0D73" w14:textId="61AEA794" w:rsidR="006558FF" w:rsidRPr="00AC7210" w:rsidRDefault="00403537">
    <w:pPr>
      <w:pStyle w:val="Pis"/>
    </w:pPr>
    <w:r>
      <w:pict w14:anchorId="792A2A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1719" o:spid="_x0000_s1028" type="#_x0000_t136" style="position:absolute;left:0;text-align:left;margin-left:0;margin-top:0;width:473.75pt;height:135.35pt;rotation:315;z-index:-251658240;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B86D7" w14:textId="19AF8BD5" w:rsidR="006558FF" w:rsidRPr="00AC7210" w:rsidRDefault="00403537">
    <w:pPr>
      <w:pStyle w:val="Pis"/>
    </w:pPr>
    <w:r>
      <w:pict w14:anchorId="4DFA62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1720" o:spid="_x0000_s1029" type="#_x0000_t136" style="position:absolute;left:0;text-align:left;margin-left:0;margin-top:0;width:473.75pt;height:135.35pt;rotation:315;z-index:-251658239;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D0748" w14:textId="1D2189AD" w:rsidR="006558FF" w:rsidRPr="00AC7210" w:rsidRDefault="00403537">
    <w:pPr>
      <w:pStyle w:val="Pis"/>
    </w:pPr>
    <w:r>
      <w:pict w14:anchorId="3A7B09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1718" o:spid="_x0000_s1030" type="#_x0000_t136" style="position:absolute;left:0;text-align:left;margin-left:0;margin-top:0;width:473.75pt;height:135.35pt;rotation:315;z-index:-251658238;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oendi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oendi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oenditpp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oenditpp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oendi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oenditpp"/>
      <w:lvlText w:val=""/>
      <w:lvlJc w:val="left"/>
      <w:pPr>
        <w:tabs>
          <w:tab w:val="num" w:pos="360"/>
        </w:tabs>
        <w:ind w:left="360" w:hanging="360"/>
      </w:pPr>
      <w:rPr>
        <w:rFonts w:ascii="Symbol" w:hAnsi="Symbol" w:hint="default"/>
      </w:rPr>
    </w:lvl>
  </w:abstractNum>
  <w:abstractNum w:abstractNumId="9" w15:restartNumberingAfterBreak="0">
    <w:nsid w:val="2BE40E18"/>
    <w:multiLevelType w:val="hybridMultilevel"/>
    <w:tmpl w:val="5C7C81AE"/>
    <w:lvl w:ilvl="0" w:tplc="648E1FFC">
      <w:start w:val="1"/>
      <w:numFmt w:val="decimal"/>
      <w:lvlText w:val="%1."/>
      <w:lvlJc w:val="left"/>
      <w:pPr>
        <w:ind w:left="720" w:hanging="360"/>
      </w:pPr>
      <w:rPr>
        <w:rFonts w:ascii="Times New Roman" w:hAnsi="Times New Roman"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2DD90E2D"/>
    <w:multiLevelType w:val="hybridMultilevel"/>
    <w:tmpl w:val="65FCFC4A"/>
    <w:lvl w:ilvl="0" w:tplc="2DCEA124">
      <w:start w:val="4"/>
      <w:numFmt w:val="bullet"/>
      <w:lvlText w:val=""/>
      <w:lvlJc w:val="left"/>
      <w:pPr>
        <w:ind w:left="720" w:hanging="360"/>
      </w:pPr>
      <w:rPr>
        <w:rFonts w:ascii="Symbol" w:eastAsiaTheme="minorEastAsia"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61CE799D"/>
    <w:multiLevelType w:val="hybridMultilevel"/>
    <w:tmpl w:val="7CEE572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7B566099"/>
    <w:multiLevelType w:val="hybridMultilevel"/>
    <w:tmpl w:val="3352582C"/>
    <w:lvl w:ilvl="0" w:tplc="2DCEA124">
      <w:start w:val="4"/>
      <w:numFmt w:val="bullet"/>
      <w:lvlText w:val=""/>
      <w:lvlJc w:val="left"/>
      <w:pPr>
        <w:ind w:left="1080" w:hanging="360"/>
      </w:pPr>
      <w:rPr>
        <w:rFonts w:ascii="Symbol" w:eastAsiaTheme="minorEastAsia" w:hAnsi="Symbol" w:cs="Times New Roman"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num w:numId="1" w16cid:durableId="1018506697">
    <w:abstractNumId w:val="8"/>
  </w:num>
  <w:num w:numId="2" w16cid:durableId="1849714988">
    <w:abstractNumId w:val="6"/>
  </w:num>
  <w:num w:numId="3" w16cid:durableId="1552306762">
    <w:abstractNumId w:val="5"/>
  </w:num>
  <w:num w:numId="4" w16cid:durableId="933439">
    <w:abstractNumId w:val="4"/>
  </w:num>
  <w:num w:numId="5" w16cid:durableId="449054911">
    <w:abstractNumId w:val="7"/>
  </w:num>
  <w:num w:numId="6" w16cid:durableId="670988316">
    <w:abstractNumId w:val="3"/>
  </w:num>
  <w:num w:numId="7" w16cid:durableId="2101901439">
    <w:abstractNumId w:val="2"/>
  </w:num>
  <w:num w:numId="8" w16cid:durableId="4136425">
    <w:abstractNumId w:val="1"/>
  </w:num>
  <w:num w:numId="9" w16cid:durableId="1466007472">
    <w:abstractNumId w:val="0"/>
  </w:num>
  <w:num w:numId="10" w16cid:durableId="1000306660">
    <w:abstractNumId w:val="9"/>
  </w:num>
  <w:num w:numId="11" w16cid:durableId="1378045877">
    <w:abstractNumId w:val="10"/>
  </w:num>
  <w:num w:numId="12" w16cid:durableId="85468969">
    <w:abstractNumId w:val="12"/>
  </w:num>
  <w:num w:numId="13" w16cid:durableId="18322872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8F6"/>
    <w:rsid w:val="00014E27"/>
    <w:rsid w:val="00016971"/>
    <w:rsid w:val="0001742E"/>
    <w:rsid w:val="0001796A"/>
    <w:rsid w:val="00023023"/>
    <w:rsid w:val="00034616"/>
    <w:rsid w:val="000473FD"/>
    <w:rsid w:val="0006063C"/>
    <w:rsid w:val="0006084A"/>
    <w:rsid w:val="000800FE"/>
    <w:rsid w:val="00080A86"/>
    <w:rsid w:val="000A64A8"/>
    <w:rsid w:val="000B189E"/>
    <w:rsid w:val="000C0B34"/>
    <w:rsid w:val="000C3355"/>
    <w:rsid w:val="000C37B8"/>
    <w:rsid w:val="000D499A"/>
    <w:rsid w:val="000D6673"/>
    <w:rsid w:val="000E0086"/>
    <w:rsid w:val="000E31E5"/>
    <w:rsid w:val="000E32A8"/>
    <w:rsid w:val="000E5004"/>
    <w:rsid w:val="000E5856"/>
    <w:rsid w:val="000F0437"/>
    <w:rsid w:val="00102216"/>
    <w:rsid w:val="00110FE0"/>
    <w:rsid w:val="00113B46"/>
    <w:rsid w:val="00114648"/>
    <w:rsid w:val="00121BF8"/>
    <w:rsid w:val="001223FE"/>
    <w:rsid w:val="00123508"/>
    <w:rsid w:val="001250C9"/>
    <w:rsid w:val="00127934"/>
    <w:rsid w:val="00130FF3"/>
    <w:rsid w:val="00133F57"/>
    <w:rsid w:val="00146859"/>
    <w:rsid w:val="0015074B"/>
    <w:rsid w:val="00150803"/>
    <w:rsid w:val="001655F3"/>
    <w:rsid w:val="00167E14"/>
    <w:rsid w:val="00185BC7"/>
    <w:rsid w:val="00186451"/>
    <w:rsid w:val="0019392F"/>
    <w:rsid w:val="001B65C4"/>
    <w:rsid w:val="001C51E0"/>
    <w:rsid w:val="001C6792"/>
    <w:rsid w:val="001D2175"/>
    <w:rsid w:val="001D672E"/>
    <w:rsid w:val="002118C1"/>
    <w:rsid w:val="00213AE9"/>
    <w:rsid w:val="0021596B"/>
    <w:rsid w:val="002231A8"/>
    <w:rsid w:val="002247CE"/>
    <w:rsid w:val="0024681B"/>
    <w:rsid w:val="00252750"/>
    <w:rsid w:val="002530CA"/>
    <w:rsid w:val="00254EF5"/>
    <w:rsid w:val="00266602"/>
    <w:rsid w:val="002670FF"/>
    <w:rsid w:val="002738FC"/>
    <w:rsid w:val="00283E15"/>
    <w:rsid w:val="002875F9"/>
    <w:rsid w:val="0029251D"/>
    <w:rsid w:val="0029639D"/>
    <w:rsid w:val="002A2505"/>
    <w:rsid w:val="002C144F"/>
    <w:rsid w:val="002C170A"/>
    <w:rsid w:val="002C2481"/>
    <w:rsid w:val="002C29D1"/>
    <w:rsid w:val="002C477D"/>
    <w:rsid w:val="002D2B85"/>
    <w:rsid w:val="002D4B5A"/>
    <w:rsid w:val="002E2089"/>
    <w:rsid w:val="002E4A6B"/>
    <w:rsid w:val="002F3469"/>
    <w:rsid w:val="002F7D17"/>
    <w:rsid w:val="0030430E"/>
    <w:rsid w:val="00306246"/>
    <w:rsid w:val="00307800"/>
    <w:rsid w:val="00316080"/>
    <w:rsid w:val="00317299"/>
    <w:rsid w:val="00321CB1"/>
    <w:rsid w:val="00322652"/>
    <w:rsid w:val="00326F90"/>
    <w:rsid w:val="003309CC"/>
    <w:rsid w:val="00330F88"/>
    <w:rsid w:val="0035292C"/>
    <w:rsid w:val="00364E29"/>
    <w:rsid w:val="003717B2"/>
    <w:rsid w:val="00377FAD"/>
    <w:rsid w:val="00391D3B"/>
    <w:rsid w:val="003A01B4"/>
    <w:rsid w:val="003A5075"/>
    <w:rsid w:val="003B6883"/>
    <w:rsid w:val="003B6C42"/>
    <w:rsid w:val="003C6E81"/>
    <w:rsid w:val="003D1381"/>
    <w:rsid w:val="003D2649"/>
    <w:rsid w:val="003D4703"/>
    <w:rsid w:val="003E3048"/>
    <w:rsid w:val="003E4807"/>
    <w:rsid w:val="00403537"/>
    <w:rsid w:val="0041120A"/>
    <w:rsid w:val="00411D17"/>
    <w:rsid w:val="0041568C"/>
    <w:rsid w:val="00417482"/>
    <w:rsid w:val="00431B93"/>
    <w:rsid w:val="00434F3E"/>
    <w:rsid w:val="004352DB"/>
    <w:rsid w:val="00447E81"/>
    <w:rsid w:val="00455EF1"/>
    <w:rsid w:val="0046028F"/>
    <w:rsid w:val="00465FE8"/>
    <w:rsid w:val="004662C4"/>
    <w:rsid w:val="0047613B"/>
    <w:rsid w:val="00482670"/>
    <w:rsid w:val="004842AA"/>
    <w:rsid w:val="004A17BC"/>
    <w:rsid w:val="004A1CDB"/>
    <w:rsid w:val="004A240D"/>
    <w:rsid w:val="004B419F"/>
    <w:rsid w:val="004E209B"/>
    <w:rsid w:val="004F2037"/>
    <w:rsid w:val="004F213A"/>
    <w:rsid w:val="004F7DEA"/>
    <w:rsid w:val="005036D6"/>
    <w:rsid w:val="00514463"/>
    <w:rsid w:val="00517F48"/>
    <w:rsid w:val="005225ED"/>
    <w:rsid w:val="0053036B"/>
    <w:rsid w:val="005344F0"/>
    <w:rsid w:val="00534E76"/>
    <w:rsid w:val="00537953"/>
    <w:rsid w:val="005423B6"/>
    <w:rsid w:val="00546C9C"/>
    <w:rsid w:val="00550CC0"/>
    <w:rsid w:val="00561B0B"/>
    <w:rsid w:val="005728B5"/>
    <w:rsid w:val="0057531F"/>
    <w:rsid w:val="00582576"/>
    <w:rsid w:val="00584C72"/>
    <w:rsid w:val="00590ABA"/>
    <w:rsid w:val="005946FC"/>
    <w:rsid w:val="00595C54"/>
    <w:rsid w:val="005A1CA0"/>
    <w:rsid w:val="005A6526"/>
    <w:rsid w:val="005C5DC4"/>
    <w:rsid w:val="005D36A7"/>
    <w:rsid w:val="005D6165"/>
    <w:rsid w:val="005E31F3"/>
    <w:rsid w:val="005E6CD9"/>
    <w:rsid w:val="005F008E"/>
    <w:rsid w:val="005F1913"/>
    <w:rsid w:val="00604F15"/>
    <w:rsid w:val="00610D42"/>
    <w:rsid w:val="00615D25"/>
    <w:rsid w:val="0061632B"/>
    <w:rsid w:val="00616E94"/>
    <w:rsid w:val="00617C80"/>
    <w:rsid w:val="00622321"/>
    <w:rsid w:val="006316AC"/>
    <w:rsid w:val="00633FB8"/>
    <w:rsid w:val="00650D60"/>
    <w:rsid w:val="006558FF"/>
    <w:rsid w:val="00656ECF"/>
    <w:rsid w:val="00672740"/>
    <w:rsid w:val="00695C79"/>
    <w:rsid w:val="006A5C63"/>
    <w:rsid w:val="006C6A3B"/>
    <w:rsid w:val="006D2223"/>
    <w:rsid w:val="006D7C66"/>
    <w:rsid w:val="006E71BF"/>
    <w:rsid w:val="006F648A"/>
    <w:rsid w:val="007053FB"/>
    <w:rsid w:val="00711810"/>
    <w:rsid w:val="007239EC"/>
    <w:rsid w:val="00724815"/>
    <w:rsid w:val="00725C25"/>
    <w:rsid w:val="00735CC8"/>
    <w:rsid w:val="007449F1"/>
    <w:rsid w:val="0075598F"/>
    <w:rsid w:val="00760AE8"/>
    <w:rsid w:val="007654BF"/>
    <w:rsid w:val="00775338"/>
    <w:rsid w:val="007801E6"/>
    <w:rsid w:val="00781C2F"/>
    <w:rsid w:val="00797743"/>
    <w:rsid w:val="007A0ABC"/>
    <w:rsid w:val="007A3CBD"/>
    <w:rsid w:val="007A43E3"/>
    <w:rsid w:val="007A5853"/>
    <w:rsid w:val="007B567D"/>
    <w:rsid w:val="007C0942"/>
    <w:rsid w:val="007C27BF"/>
    <w:rsid w:val="007C447D"/>
    <w:rsid w:val="007D3CC6"/>
    <w:rsid w:val="007D448C"/>
    <w:rsid w:val="007D5374"/>
    <w:rsid w:val="007E065D"/>
    <w:rsid w:val="007E29C7"/>
    <w:rsid w:val="007F5C99"/>
    <w:rsid w:val="00802497"/>
    <w:rsid w:val="00806845"/>
    <w:rsid w:val="00814C3C"/>
    <w:rsid w:val="00822E6B"/>
    <w:rsid w:val="008268A1"/>
    <w:rsid w:val="00827591"/>
    <w:rsid w:val="00835796"/>
    <w:rsid w:val="00837BEF"/>
    <w:rsid w:val="00843796"/>
    <w:rsid w:val="008474D1"/>
    <w:rsid w:val="008538F1"/>
    <w:rsid w:val="00857896"/>
    <w:rsid w:val="0086220A"/>
    <w:rsid w:val="008642DB"/>
    <w:rsid w:val="00866BE4"/>
    <w:rsid w:val="00873B49"/>
    <w:rsid w:val="008766E0"/>
    <w:rsid w:val="00876F4F"/>
    <w:rsid w:val="00883EAC"/>
    <w:rsid w:val="00886FB8"/>
    <w:rsid w:val="00890C22"/>
    <w:rsid w:val="008916C2"/>
    <w:rsid w:val="008A6DDC"/>
    <w:rsid w:val="008B1375"/>
    <w:rsid w:val="008B5BFE"/>
    <w:rsid w:val="008C3EE6"/>
    <w:rsid w:val="008C59FE"/>
    <w:rsid w:val="008D2CBA"/>
    <w:rsid w:val="008D6675"/>
    <w:rsid w:val="008D6DEB"/>
    <w:rsid w:val="008E43BD"/>
    <w:rsid w:val="008E4C36"/>
    <w:rsid w:val="008E4E37"/>
    <w:rsid w:val="008F4FCA"/>
    <w:rsid w:val="00901014"/>
    <w:rsid w:val="00910A71"/>
    <w:rsid w:val="0091796B"/>
    <w:rsid w:val="00932F29"/>
    <w:rsid w:val="00935E45"/>
    <w:rsid w:val="00936031"/>
    <w:rsid w:val="009374C7"/>
    <w:rsid w:val="00937F4F"/>
    <w:rsid w:val="00951307"/>
    <w:rsid w:val="00951342"/>
    <w:rsid w:val="00957DF0"/>
    <w:rsid w:val="00960F82"/>
    <w:rsid w:val="00963125"/>
    <w:rsid w:val="00963D77"/>
    <w:rsid w:val="0096622D"/>
    <w:rsid w:val="00980595"/>
    <w:rsid w:val="00982671"/>
    <w:rsid w:val="00983B90"/>
    <w:rsid w:val="009915BC"/>
    <w:rsid w:val="00995BA2"/>
    <w:rsid w:val="009A562B"/>
    <w:rsid w:val="009C020E"/>
    <w:rsid w:val="009C21FD"/>
    <w:rsid w:val="009D4613"/>
    <w:rsid w:val="009E2F76"/>
    <w:rsid w:val="009F08B5"/>
    <w:rsid w:val="009F5027"/>
    <w:rsid w:val="00A01E09"/>
    <w:rsid w:val="00A02FBB"/>
    <w:rsid w:val="00A049D5"/>
    <w:rsid w:val="00A05D6C"/>
    <w:rsid w:val="00A34130"/>
    <w:rsid w:val="00A35B28"/>
    <w:rsid w:val="00A43CDB"/>
    <w:rsid w:val="00A44AB0"/>
    <w:rsid w:val="00A505AC"/>
    <w:rsid w:val="00A55B08"/>
    <w:rsid w:val="00A575FE"/>
    <w:rsid w:val="00A61602"/>
    <w:rsid w:val="00A77807"/>
    <w:rsid w:val="00A8177D"/>
    <w:rsid w:val="00A860F6"/>
    <w:rsid w:val="00A92B18"/>
    <w:rsid w:val="00AA1ACA"/>
    <w:rsid w:val="00AA1D8D"/>
    <w:rsid w:val="00AC4A5E"/>
    <w:rsid w:val="00AC7210"/>
    <w:rsid w:val="00AD37DA"/>
    <w:rsid w:val="00AD492F"/>
    <w:rsid w:val="00AD4AC3"/>
    <w:rsid w:val="00AE04E8"/>
    <w:rsid w:val="00AE0E2B"/>
    <w:rsid w:val="00AE4111"/>
    <w:rsid w:val="00B2061F"/>
    <w:rsid w:val="00B24B26"/>
    <w:rsid w:val="00B257EE"/>
    <w:rsid w:val="00B445F6"/>
    <w:rsid w:val="00B47730"/>
    <w:rsid w:val="00B64D99"/>
    <w:rsid w:val="00B6686B"/>
    <w:rsid w:val="00B72217"/>
    <w:rsid w:val="00B8459E"/>
    <w:rsid w:val="00B8477C"/>
    <w:rsid w:val="00B90898"/>
    <w:rsid w:val="00B96231"/>
    <w:rsid w:val="00BB7840"/>
    <w:rsid w:val="00BC07F2"/>
    <w:rsid w:val="00BC5A62"/>
    <w:rsid w:val="00BC6AF4"/>
    <w:rsid w:val="00BD220C"/>
    <w:rsid w:val="00BD59BB"/>
    <w:rsid w:val="00BF6057"/>
    <w:rsid w:val="00C01784"/>
    <w:rsid w:val="00C03079"/>
    <w:rsid w:val="00C0405A"/>
    <w:rsid w:val="00C11E85"/>
    <w:rsid w:val="00C4152C"/>
    <w:rsid w:val="00C42E90"/>
    <w:rsid w:val="00C454FA"/>
    <w:rsid w:val="00C469BD"/>
    <w:rsid w:val="00C53733"/>
    <w:rsid w:val="00C53E93"/>
    <w:rsid w:val="00C54118"/>
    <w:rsid w:val="00C54768"/>
    <w:rsid w:val="00C628EE"/>
    <w:rsid w:val="00C76440"/>
    <w:rsid w:val="00C80A5B"/>
    <w:rsid w:val="00C80CE8"/>
    <w:rsid w:val="00C92059"/>
    <w:rsid w:val="00C945D0"/>
    <w:rsid w:val="00C9479C"/>
    <w:rsid w:val="00C963D0"/>
    <w:rsid w:val="00CA3696"/>
    <w:rsid w:val="00CA62E6"/>
    <w:rsid w:val="00CB0664"/>
    <w:rsid w:val="00CB1675"/>
    <w:rsid w:val="00CB2781"/>
    <w:rsid w:val="00CC0649"/>
    <w:rsid w:val="00CC4398"/>
    <w:rsid w:val="00CD402C"/>
    <w:rsid w:val="00CF6AD9"/>
    <w:rsid w:val="00CF7866"/>
    <w:rsid w:val="00CF7EF7"/>
    <w:rsid w:val="00D0083E"/>
    <w:rsid w:val="00D111FE"/>
    <w:rsid w:val="00D13D9F"/>
    <w:rsid w:val="00D22622"/>
    <w:rsid w:val="00D26CEB"/>
    <w:rsid w:val="00D34210"/>
    <w:rsid w:val="00D35C3F"/>
    <w:rsid w:val="00D506BB"/>
    <w:rsid w:val="00D56D95"/>
    <w:rsid w:val="00D60BCE"/>
    <w:rsid w:val="00D629CE"/>
    <w:rsid w:val="00D74960"/>
    <w:rsid w:val="00D7653C"/>
    <w:rsid w:val="00D8270A"/>
    <w:rsid w:val="00D869D5"/>
    <w:rsid w:val="00D93C09"/>
    <w:rsid w:val="00DA6C11"/>
    <w:rsid w:val="00DA725B"/>
    <w:rsid w:val="00DC180C"/>
    <w:rsid w:val="00DC2D16"/>
    <w:rsid w:val="00DD0C84"/>
    <w:rsid w:val="00DD3B2C"/>
    <w:rsid w:val="00DD4290"/>
    <w:rsid w:val="00DD795B"/>
    <w:rsid w:val="00DE0D16"/>
    <w:rsid w:val="00DE32D0"/>
    <w:rsid w:val="00DE3DC2"/>
    <w:rsid w:val="00DE765D"/>
    <w:rsid w:val="00DF2A66"/>
    <w:rsid w:val="00E02D02"/>
    <w:rsid w:val="00E02EE6"/>
    <w:rsid w:val="00E25F6F"/>
    <w:rsid w:val="00E36EA8"/>
    <w:rsid w:val="00E37CFE"/>
    <w:rsid w:val="00E65183"/>
    <w:rsid w:val="00E77D75"/>
    <w:rsid w:val="00E81250"/>
    <w:rsid w:val="00E868EA"/>
    <w:rsid w:val="00E878F1"/>
    <w:rsid w:val="00E9568B"/>
    <w:rsid w:val="00EA4C10"/>
    <w:rsid w:val="00EB4791"/>
    <w:rsid w:val="00EC180D"/>
    <w:rsid w:val="00EC455A"/>
    <w:rsid w:val="00EC619B"/>
    <w:rsid w:val="00EE0386"/>
    <w:rsid w:val="00EF6BBA"/>
    <w:rsid w:val="00EF6E97"/>
    <w:rsid w:val="00F05D87"/>
    <w:rsid w:val="00F10CB7"/>
    <w:rsid w:val="00F42B9F"/>
    <w:rsid w:val="00F43DD2"/>
    <w:rsid w:val="00F44669"/>
    <w:rsid w:val="00F46AA9"/>
    <w:rsid w:val="00F5017E"/>
    <w:rsid w:val="00F53238"/>
    <w:rsid w:val="00F60C53"/>
    <w:rsid w:val="00F6345B"/>
    <w:rsid w:val="00F6601C"/>
    <w:rsid w:val="00F67932"/>
    <w:rsid w:val="00F716D1"/>
    <w:rsid w:val="00F7170B"/>
    <w:rsid w:val="00F75D99"/>
    <w:rsid w:val="00F847A6"/>
    <w:rsid w:val="00F85AA7"/>
    <w:rsid w:val="00F87036"/>
    <w:rsid w:val="00FA1E18"/>
    <w:rsid w:val="00FA4421"/>
    <w:rsid w:val="00FB0D45"/>
    <w:rsid w:val="00FB452B"/>
    <w:rsid w:val="00FB6BAD"/>
    <w:rsid w:val="00FC3411"/>
    <w:rsid w:val="00FC5888"/>
    <w:rsid w:val="00FC693F"/>
    <w:rsid w:val="00FD0A11"/>
    <w:rsid w:val="00FD7882"/>
    <w:rsid w:val="00FE1B50"/>
    <w:rsid w:val="00FE604A"/>
    <w:rsid w:val="00FE6554"/>
    <w:rsid w:val="00FF11D1"/>
    <w:rsid w:val="00FF2368"/>
    <w:rsid w:val="058D849F"/>
    <w:rsid w:val="152D2E6B"/>
    <w:rsid w:val="20DDF96E"/>
    <w:rsid w:val="2316EAC5"/>
    <w:rsid w:val="28F83BA6"/>
    <w:rsid w:val="3E5B4943"/>
    <w:rsid w:val="42288BB1"/>
    <w:rsid w:val="53840242"/>
    <w:rsid w:val="62E5B801"/>
    <w:rsid w:val="69B0DBD1"/>
    <w:rsid w:val="7A7ECC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54E58C"/>
  <w14:defaultImageDpi w14:val="300"/>
  <w15:docId w15:val="{C09363CA-B7FA-49BA-8CF5-9164C41F6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24681B"/>
    <w:pPr>
      <w:jc w:val="both"/>
    </w:pPr>
    <w:rPr>
      <w:rFonts w:ascii="Times New Roman" w:hAnsi="Times New Roman"/>
      <w:sz w:val="24"/>
      <w:lang w:val="en-GB"/>
    </w:rPr>
  </w:style>
  <w:style w:type="paragraph" w:styleId="Pealkiri1">
    <w:name w:val="heading 1"/>
    <w:basedOn w:val="Normaallaad"/>
    <w:next w:val="Normaallaad"/>
    <w:link w:val="Pealkiri1Mr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Pealkiri2">
    <w:name w:val="heading 2"/>
    <w:basedOn w:val="Normaallaad"/>
    <w:next w:val="Normaallaad"/>
    <w:link w:val="Pealkiri2Mr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Pealkiri3">
    <w:name w:val="heading 3"/>
    <w:basedOn w:val="Normaallaad"/>
    <w:next w:val="Normaallaad"/>
    <w:link w:val="Pealkiri3Mr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Pealkiri4">
    <w:name w:val="heading 4"/>
    <w:basedOn w:val="Normaallaad"/>
    <w:next w:val="Normaallaad"/>
    <w:link w:val="Pealkiri4Mr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Pealkiri5">
    <w:name w:val="heading 5"/>
    <w:basedOn w:val="Normaallaad"/>
    <w:next w:val="Normaallaad"/>
    <w:link w:val="Pealkiri5Mr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Pealkiri6">
    <w:name w:val="heading 6"/>
    <w:basedOn w:val="Normaallaad"/>
    <w:next w:val="Normaallaad"/>
    <w:link w:val="Pealkiri6Mr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Pealkiri7">
    <w:name w:val="heading 7"/>
    <w:basedOn w:val="Normaallaad"/>
    <w:next w:val="Normaallaad"/>
    <w:link w:val="Pealkiri7Mr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Pealkiri8">
    <w:name w:val="heading 8"/>
    <w:basedOn w:val="Normaallaad"/>
    <w:next w:val="Normaallaad"/>
    <w:link w:val="Pealkiri8Mr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Pealkiri9">
    <w:name w:val="heading 9"/>
    <w:basedOn w:val="Normaallaad"/>
    <w:next w:val="Normaallaad"/>
    <w:link w:val="Pealkiri9Mr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E618BF"/>
    <w:pPr>
      <w:tabs>
        <w:tab w:val="center" w:pos="4680"/>
        <w:tab w:val="right" w:pos="9360"/>
      </w:tabs>
      <w:spacing w:after="0" w:line="240" w:lineRule="auto"/>
    </w:pPr>
  </w:style>
  <w:style w:type="character" w:customStyle="1" w:styleId="PisMrk">
    <w:name w:val="Päis Märk"/>
    <w:basedOn w:val="Liguvaikefont"/>
    <w:link w:val="Pis"/>
    <w:uiPriority w:val="99"/>
    <w:rsid w:val="00E618BF"/>
  </w:style>
  <w:style w:type="paragraph" w:styleId="Jalus">
    <w:name w:val="footer"/>
    <w:basedOn w:val="Normaallaad"/>
    <w:link w:val="JalusMrk"/>
    <w:uiPriority w:val="99"/>
    <w:unhideWhenUsed/>
    <w:rsid w:val="00E618BF"/>
    <w:pPr>
      <w:tabs>
        <w:tab w:val="center" w:pos="4680"/>
        <w:tab w:val="right" w:pos="9360"/>
      </w:tabs>
      <w:spacing w:after="0" w:line="240" w:lineRule="auto"/>
    </w:pPr>
  </w:style>
  <w:style w:type="character" w:customStyle="1" w:styleId="JalusMrk">
    <w:name w:val="Jalus Märk"/>
    <w:basedOn w:val="Liguvaikefont"/>
    <w:link w:val="Jalus"/>
    <w:uiPriority w:val="99"/>
    <w:rsid w:val="00E618BF"/>
  </w:style>
  <w:style w:type="paragraph" w:styleId="Vahedeta">
    <w:name w:val="No Spacing"/>
    <w:uiPriority w:val="1"/>
    <w:qFormat/>
    <w:rsid w:val="00FC693F"/>
    <w:pPr>
      <w:spacing w:after="0" w:line="240" w:lineRule="auto"/>
    </w:pPr>
  </w:style>
  <w:style w:type="character" w:customStyle="1" w:styleId="Pealkiri1Mrk">
    <w:name w:val="Pealkiri 1 Märk"/>
    <w:basedOn w:val="Liguvaikefont"/>
    <w:link w:val="Pealkiri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Pealkiri2Mrk">
    <w:name w:val="Pealkiri 2 Märk"/>
    <w:basedOn w:val="Liguvaikefont"/>
    <w:link w:val="Pealkiri2"/>
    <w:uiPriority w:val="9"/>
    <w:rsid w:val="00FC693F"/>
    <w:rPr>
      <w:rFonts w:asciiTheme="majorHAnsi" w:eastAsiaTheme="majorEastAsia" w:hAnsiTheme="majorHAnsi" w:cstheme="majorBidi"/>
      <w:b/>
      <w:bCs/>
      <w:color w:val="4F81BD" w:themeColor="accent1"/>
      <w:sz w:val="26"/>
      <w:szCs w:val="26"/>
    </w:rPr>
  </w:style>
  <w:style w:type="character" w:customStyle="1" w:styleId="Pealkiri3Mrk">
    <w:name w:val="Pealkiri 3 Märk"/>
    <w:basedOn w:val="Liguvaikefont"/>
    <w:link w:val="Pealkiri3"/>
    <w:uiPriority w:val="9"/>
    <w:rsid w:val="00FC693F"/>
    <w:rPr>
      <w:rFonts w:asciiTheme="majorHAnsi" w:eastAsiaTheme="majorEastAsia" w:hAnsiTheme="majorHAnsi" w:cstheme="majorBidi"/>
      <w:b/>
      <w:bCs/>
      <w:color w:val="4F81BD" w:themeColor="accent1"/>
    </w:rPr>
  </w:style>
  <w:style w:type="paragraph" w:styleId="Pealkiri">
    <w:name w:val="Title"/>
    <w:basedOn w:val="Normaallaad"/>
    <w:next w:val="Normaallaad"/>
    <w:link w:val="PealkiriMr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ealkiriMrk">
    <w:name w:val="Pealkiri Märk"/>
    <w:basedOn w:val="Liguvaikefont"/>
    <w:link w:val="Pealkiri"/>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apealkiri">
    <w:name w:val="Subtitle"/>
    <w:basedOn w:val="Normaallaad"/>
    <w:next w:val="Normaallaad"/>
    <w:link w:val="AlapealkiriMrk"/>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apealkiriMrk">
    <w:name w:val="Alapealkiri Märk"/>
    <w:basedOn w:val="Liguvaikefont"/>
    <w:link w:val="Alapealkiri"/>
    <w:uiPriority w:val="11"/>
    <w:rsid w:val="00FC693F"/>
    <w:rPr>
      <w:rFonts w:asciiTheme="majorHAnsi" w:eastAsiaTheme="majorEastAsia" w:hAnsiTheme="majorHAnsi" w:cstheme="majorBidi"/>
      <w:i/>
      <w:iCs/>
      <w:color w:val="4F81BD" w:themeColor="accent1"/>
      <w:spacing w:val="15"/>
      <w:sz w:val="24"/>
      <w:szCs w:val="24"/>
    </w:rPr>
  </w:style>
  <w:style w:type="paragraph" w:styleId="Loendilik">
    <w:name w:val="List Paragraph"/>
    <w:basedOn w:val="Normaallaad"/>
    <w:uiPriority w:val="34"/>
    <w:qFormat/>
    <w:rsid w:val="00FC693F"/>
    <w:pPr>
      <w:ind w:left="720"/>
      <w:contextualSpacing/>
    </w:pPr>
  </w:style>
  <w:style w:type="paragraph" w:styleId="Kehatekst">
    <w:name w:val="Body Text"/>
    <w:basedOn w:val="Normaallaad"/>
    <w:link w:val="KehatekstMrk"/>
    <w:uiPriority w:val="99"/>
    <w:unhideWhenUsed/>
    <w:rsid w:val="00AA1D8D"/>
    <w:pPr>
      <w:spacing w:after="120"/>
    </w:pPr>
  </w:style>
  <w:style w:type="character" w:customStyle="1" w:styleId="KehatekstMrk">
    <w:name w:val="Kehatekst Märk"/>
    <w:basedOn w:val="Liguvaikefont"/>
    <w:link w:val="Kehatekst"/>
    <w:uiPriority w:val="99"/>
    <w:rsid w:val="00AA1D8D"/>
  </w:style>
  <w:style w:type="paragraph" w:styleId="Kehatekst2">
    <w:name w:val="Body Text 2"/>
    <w:basedOn w:val="Normaallaad"/>
    <w:link w:val="Kehatekst2Mrk"/>
    <w:uiPriority w:val="99"/>
    <w:unhideWhenUsed/>
    <w:rsid w:val="00AA1D8D"/>
    <w:pPr>
      <w:spacing w:after="120" w:line="480" w:lineRule="auto"/>
    </w:pPr>
  </w:style>
  <w:style w:type="character" w:customStyle="1" w:styleId="Kehatekst2Mrk">
    <w:name w:val="Kehatekst 2 Märk"/>
    <w:basedOn w:val="Liguvaikefont"/>
    <w:link w:val="Kehatekst2"/>
    <w:uiPriority w:val="99"/>
    <w:rsid w:val="00AA1D8D"/>
  </w:style>
  <w:style w:type="paragraph" w:styleId="Kehatekst3">
    <w:name w:val="Body Text 3"/>
    <w:basedOn w:val="Normaallaad"/>
    <w:link w:val="Kehatekst3Mrk"/>
    <w:uiPriority w:val="99"/>
    <w:unhideWhenUsed/>
    <w:rsid w:val="00AA1D8D"/>
    <w:pPr>
      <w:spacing w:after="120"/>
    </w:pPr>
    <w:rPr>
      <w:sz w:val="16"/>
      <w:szCs w:val="16"/>
    </w:rPr>
  </w:style>
  <w:style w:type="character" w:customStyle="1" w:styleId="Kehatekst3Mrk">
    <w:name w:val="Kehatekst 3 Märk"/>
    <w:basedOn w:val="Liguvaikefont"/>
    <w:link w:val="Kehatekst3"/>
    <w:uiPriority w:val="99"/>
    <w:rsid w:val="00AA1D8D"/>
    <w:rPr>
      <w:sz w:val="16"/>
      <w:szCs w:val="16"/>
    </w:rPr>
  </w:style>
  <w:style w:type="paragraph" w:styleId="Loend">
    <w:name w:val="List"/>
    <w:basedOn w:val="Normaallaad"/>
    <w:uiPriority w:val="99"/>
    <w:unhideWhenUsed/>
    <w:rsid w:val="00AA1D8D"/>
    <w:pPr>
      <w:ind w:left="360" w:hanging="360"/>
      <w:contextualSpacing/>
    </w:pPr>
  </w:style>
  <w:style w:type="paragraph" w:styleId="Loend2">
    <w:name w:val="List 2"/>
    <w:basedOn w:val="Normaallaad"/>
    <w:uiPriority w:val="99"/>
    <w:unhideWhenUsed/>
    <w:rsid w:val="00326F90"/>
    <w:pPr>
      <w:ind w:left="720" w:hanging="360"/>
      <w:contextualSpacing/>
    </w:pPr>
  </w:style>
  <w:style w:type="paragraph" w:styleId="Loend3">
    <w:name w:val="List 3"/>
    <w:basedOn w:val="Normaallaad"/>
    <w:uiPriority w:val="99"/>
    <w:unhideWhenUsed/>
    <w:rsid w:val="00326F90"/>
    <w:pPr>
      <w:ind w:left="1080" w:hanging="360"/>
      <w:contextualSpacing/>
    </w:pPr>
  </w:style>
  <w:style w:type="paragraph" w:styleId="Loenditpp">
    <w:name w:val="List Bullet"/>
    <w:basedOn w:val="Normaallaad"/>
    <w:uiPriority w:val="99"/>
    <w:unhideWhenUsed/>
    <w:rsid w:val="00326F90"/>
    <w:pPr>
      <w:numPr>
        <w:numId w:val="1"/>
      </w:numPr>
      <w:contextualSpacing/>
    </w:pPr>
  </w:style>
  <w:style w:type="paragraph" w:styleId="Loenditpp2">
    <w:name w:val="List Bullet 2"/>
    <w:basedOn w:val="Normaallaad"/>
    <w:uiPriority w:val="99"/>
    <w:unhideWhenUsed/>
    <w:rsid w:val="00326F90"/>
    <w:pPr>
      <w:numPr>
        <w:numId w:val="2"/>
      </w:numPr>
      <w:contextualSpacing/>
    </w:pPr>
  </w:style>
  <w:style w:type="paragraph" w:styleId="Loenditpp3">
    <w:name w:val="List Bullet 3"/>
    <w:basedOn w:val="Normaallaad"/>
    <w:uiPriority w:val="99"/>
    <w:unhideWhenUsed/>
    <w:rsid w:val="00326F90"/>
    <w:pPr>
      <w:numPr>
        <w:numId w:val="3"/>
      </w:numPr>
      <w:contextualSpacing/>
    </w:pPr>
  </w:style>
  <w:style w:type="paragraph" w:styleId="Loendinumber">
    <w:name w:val="List Number"/>
    <w:basedOn w:val="Normaallaad"/>
    <w:uiPriority w:val="99"/>
    <w:unhideWhenUsed/>
    <w:rsid w:val="00326F90"/>
    <w:pPr>
      <w:numPr>
        <w:numId w:val="5"/>
      </w:numPr>
      <w:contextualSpacing/>
    </w:pPr>
  </w:style>
  <w:style w:type="paragraph" w:styleId="Loendinumber2">
    <w:name w:val="List Number 2"/>
    <w:basedOn w:val="Normaallaad"/>
    <w:uiPriority w:val="99"/>
    <w:unhideWhenUsed/>
    <w:rsid w:val="0029639D"/>
    <w:pPr>
      <w:numPr>
        <w:numId w:val="6"/>
      </w:numPr>
      <w:contextualSpacing/>
    </w:pPr>
  </w:style>
  <w:style w:type="paragraph" w:styleId="Loendinumber3">
    <w:name w:val="List Number 3"/>
    <w:basedOn w:val="Normaallaad"/>
    <w:uiPriority w:val="99"/>
    <w:unhideWhenUsed/>
    <w:rsid w:val="0029639D"/>
    <w:pPr>
      <w:numPr>
        <w:numId w:val="7"/>
      </w:numPr>
      <w:contextualSpacing/>
    </w:pPr>
  </w:style>
  <w:style w:type="paragraph" w:styleId="Loendijtk">
    <w:name w:val="List Continue"/>
    <w:basedOn w:val="Normaallaad"/>
    <w:uiPriority w:val="99"/>
    <w:unhideWhenUsed/>
    <w:rsid w:val="0029639D"/>
    <w:pPr>
      <w:spacing w:after="120"/>
      <w:ind w:left="360"/>
      <w:contextualSpacing/>
    </w:pPr>
  </w:style>
  <w:style w:type="paragraph" w:styleId="Loendijtk2">
    <w:name w:val="List Continue 2"/>
    <w:basedOn w:val="Normaallaad"/>
    <w:uiPriority w:val="99"/>
    <w:unhideWhenUsed/>
    <w:rsid w:val="0029639D"/>
    <w:pPr>
      <w:spacing w:after="120"/>
      <w:ind w:left="720"/>
      <w:contextualSpacing/>
    </w:pPr>
  </w:style>
  <w:style w:type="paragraph" w:styleId="Loendijtk3">
    <w:name w:val="List Continue 3"/>
    <w:basedOn w:val="Normaallaad"/>
    <w:uiPriority w:val="99"/>
    <w:unhideWhenUsed/>
    <w:rsid w:val="0029639D"/>
    <w:pPr>
      <w:spacing w:after="120"/>
      <w:ind w:left="1080"/>
      <w:contextualSpacing/>
    </w:pPr>
  </w:style>
  <w:style w:type="paragraph" w:styleId="Makrotekst">
    <w:name w:val="macro"/>
    <w:link w:val="MakrotekstMr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Mrk">
    <w:name w:val="Makrotekst Märk"/>
    <w:basedOn w:val="Liguvaikefont"/>
    <w:link w:val="Makrotekst"/>
    <w:uiPriority w:val="99"/>
    <w:rsid w:val="0029639D"/>
    <w:rPr>
      <w:rFonts w:ascii="Courier" w:hAnsi="Courier"/>
      <w:sz w:val="20"/>
      <w:szCs w:val="20"/>
    </w:rPr>
  </w:style>
  <w:style w:type="paragraph" w:styleId="Tsitaat">
    <w:name w:val="Quote"/>
    <w:basedOn w:val="Normaallaad"/>
    <w:next w:val="Normaallaad"/>
    <w:link w:val="TsitaatMrk"/>
    <w:uiPriority w:val="29"/>
    <w:qFormat/>
    <w:rsid w:val="00FC693F"/>
    <w:rPr>
      <w:i/>
      <w:iCs/>
      <w:color w:val="000000" w:themeColor="text1"/>
    </w:rPr>
  </w:style>
  <w:style w:type="character" w:customStyle="1" w:styleId="TsitaatMrk">
    <w:name w:val="Tsitaat Märk"/>
    <w:basedOn w:val="Liguvaikefont"/>
    <w:link w:val="Tsitaat"/>
    <w:uiPriority w:val="29"/>
    <w:rsid w:val="00FC693F"/>
    <w:rPr>
      <w:i/>
      <w:iCs/>
      <w:color w:val="000000" w:themeColor="text1"/>
    </w:rPr>
  </w:style>
  <w:style w:type="character" w:customStyle="1" w:styleId="Pealkiri4Mrk">
    <w:name w:val="Pealkiri 4 Märk"/>
    <w:basedOn w:val="Liguvaikefont"/>
    <w:link w:val="Pealkiri4"/>
    <w:uiPriority w:val="9"/>
    <w:semiHidden/>
    <w:rsid w:val="00FC693F"/>
    <w:rPr>
      <w:rFonts w:asciiTheme="majorHAnsi" w:eastAsiaTheme="majorEastAsia" w:hAnsiTheme="majorHAnsi" w:cstheme="majorBidi"/>
      <w:b/>
      <w:bCs/>
      <w:i/>
      <w:iCs/>
      <w:color w:val="4F81BD" w:themeColor="accent1"/>
    </w:rPr>
  </w:style>
  <w:style w:type="character" w:customStyle="1" w:styleId="Pealkiri5Mrk">
    <w:name w:val="Pealkiri 5 Märk"/>
    <w:basedOn w:val="Liguvaikefont"/>
    <w:link w:val="Pealkiri5"/>
    <w:uiPriority w:val="9"/>
    <w:semiHidden/>
    <w:rsid w:val="00FC693F"/>
    <w:rPr>
      <w:rFonts w:asciiTheme="majorHAnsi" w:eastAsiaTheme="majorEastAsia" w:hAnsiTheme="majorHAnsi" w:cstheme="majorBidi"/>
      <w:color w:val="243F60" w:themeColor="accent1" w:themeShade="7F"/>
    </w:rPr>
  </w:style>
  <w:style w:type="character" w:customStyle="1" w:styleId="Pealkiri6Mrk">
    <w:name w:val="Pealkiri 6 Märk"/>
    <w:basedOn w:val="Liguvaikefont"/>
    <w:link w:val="Pealkiri6"/>
    <w:uiPriority w:val="9"/>
    <w:semiHidden/>
    <w:rsid w:val="00FC693F"/>
    <w:rPr>
      <w:rFonts w:asciiTheme="majorHAnsi" w:eastAsiaTheme="majorEastAsia" w:hAnsiTheme="majorHAnsi" w:cstheme="majorBidi"/>
      <w:i/>
      <w:iCs/>
      <w:color w:val="243F60" w:themeColor="accent1" w:themeShade="7F"/>
    </w:rPr>
  </w:style>
  <w:style w:type="character" w:customStyle="1" w:styleId="Pealkiri7Mrk">
    <w:name w:val="Pealkiri 7 Märk"/>
    <w:basedOn w:val="Liguvaikefont"/>
    <w:link w:val="Pealkiri7"/>
    <w:uiPriority w:val="9"/>
    <w:semiHidden/>
    <w:rsid w:val="00FC693F"/>
    <w:rPr>
      <w:rFonts w:asciiTheme="majorHAnsi" w:eastAsiaTheme="majorEastAsia" w:hAnsiTheme="majorHAnsi" w:cstheme="majorBidi"/>
      <w:i/>
      <w:iCs/>
      <w:color w:val="404040" w:themeColor="text1" w:themeTint="BF"/>
    </w:rPr>
  </w:style>
  <w:style w:type="character" w:customStyle="1" w:styleId="Pealkiri8Mrk">
    <w:name w:val="Pealkiri 8 Märk"/>
    <w:basedOn w:val="Liguvaikefont"/>
    <w:link w:val="Pealkiri8"/>
    <w:uiPriority w:val="9"/>
    <w:semiHidden/>
    <w:rsid w:val="00FC693F"/>
    <w:rPr>
      <w:rFonts w:asciiTheme="majorHAnsi" w:eastAsiaTheme="majorEastAsia" w:hAnsiTheme="majorHAnsi" w:cstheme="majorBidi"/>
      <w:color w:val="4F81BD" w:themeColor="accent1"/>
      <w:sz w:val="20"/>
      <w:szCs w:val="20"/>
    </w:rPr>
  </w:style>
  <w:style w:type="character" w:customStyle="1" w:styleId="Pealkiri9Mrk">
    <w:name w:val="Pealkiri 9 Märk"/>
    <w:basedOn w:val="Liguvaikefont"/>
    <w:link w:val="Pealkiri9"/>
    <w:uiPriority w:val="9"/>
    <w:semiHidden/>
    <w:rsid w:val="00FC693F"/>
    <w:rPr>
      <w:rFonts w:asciiTheme="majorHAnsi" w:eastAsiaTheme="majorEastAsia" w:hAnsiTheme="majorHAnsi" w:cstheme="majorBidi"/>
      <w:i/>
      <w:iCs/>
      <w:color w:val="404040" w:themeColor="text1" w:themeTint="BF"/>
      <w:sz w:val="20"/>
      <w:szCs w:val="20"/>
    </w:rPr>
  </w:style>
  <w:style w:type="paragraph" w:styleId="Pealdis">
    <w:name w:val="caption"/>
    <w:basedOn w:val="Normaallaad"/>
    <w:next w:val="Normaallaad"/>
    <w:uiPriority w:val="35"/>
    <w:semiHidden/>
    <w:unhideWhenUsed/>
    <w:qFormat/>
    <w:rsid w:val="00FC693F"/>
    <w:pPr>
      <w:spacing w:line="240" w:lineRule="auto"/>
    </w:pPr>
    <w:rPr>
      <w:b/>
      <w:bCs/>
      <w:color w:val="4F81BD" w:themeColor="accent1"/>
      <w:sz w:val="18"/>
      <w:szCs w:val="18"/>
    </w:rPr>
  </w:style>
  <w:style w:type="character" w:styleId="Tugev">
    <w:name w:val="Strong"/>
    <w:basedOn w:val="Liguvaikefont"/>
    <w:uiPriority w:val="22"/>
    <w:qFormat/>
    <w:rsid w:val="00FC693F"/>
    <w:rPr>
      <w:b/>
      <w:bCs/>
    </w:rPr>
  </w:style>
  <w:style w:type="character" w:styleId="Rhutus">
    <w:name w:val="Emphasis"/>
    <w:basedOn w:val="Liguvaikefont"/>
    <w:uiPriority w:val="20"/>
    <w:qFormat/>
    <w:rsid w:val="00FC693F"/>
    <w:rPr>
      <w:i/>
      <w:iCs/>
    </w:rPr>
  </w:style>
  <w:style w:type="paragraph" w:styleId="Selgeltmrgatavtsitaat">
    <w:name w:val="Intense Quote"/>
    <w:basedOn w:val="Normaallaad"/>
    <w:next w:val="Normaallaad"/>
    <w:link w:val="SelgeltmrgatavtsitaatMr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elgeltmrgatavtsitaatMrk">
    <w:name w:val="Selgelt märgatav tsitaat Märk"/>
    <w:basedOn w:val="Liguvaikefont"/>
    <w:link w:val="Selgeltmrgatavtsitaat"/>
    <w:uiPriority w:val="30"/>
    <w:rsid w:val="00FC693F"/>
    <w:rPr>
      <w:b/>
      <w:bCs/>
      <w:i/>
      <w:iCs/>
      <w:color w:val="4F81BD" w:themeColor="accent1"/>
    </w:rPr>
  </w:style>
  <w:style w:type="character" w:styleId="Vaevumrgatavrhutus">
    <w:name w:val="Subtle Emphasis"/>
    <w:basedOn w:val="Liguvaikefont"/>
    <w:uiPriority w:val="19"/>
    <w:qFormat/>
    <w:rsid w:val="00FC693F"/>
    <w:rPr>
      <w:i/>
      <w:iCs/>
      <w:color w:val="808080" w:themeColor="text1" w:themeTint="7F"/>
    </w:rPr>
  </w:style>
  <w:style w:type="character" w:styleId="Selgeltmrgatavrhutus">
    <w:name w:val="Intense Emphasis"/>
    <w:basedOn w:val="Liguvaikefont"/>
    <w:uiPriority w:val="21"/>
    <w:qFormat/>
    <w:rsid w:val="00FC693F"/>
    <w:rPr>
      <w:b/>
      <w:bCs/>
      <w:i/>
      <w:iCs/>
      <w:color w:val="4F81BD" w:themeColor="accent1"/>
    </w:rPr>
  </w:style>
  <w:style w:type="character" w:styleId="Vaevumrgatavviide">
    <w:name w:val="Subtle Reference"/>
    <w:basedOn w:val="Liguvaikefont"/>
    <w:uiPriority w:val="31"/>
    <w:qFormat/>
    <w:rsid w:val="00FC693F"/>
    <w:rPr>
      <w:smallCaps/>
      <w:color w:val="C0504D" w:themeColor="accent2"/>
      <w:u w:val="single"/>
    </w:rPr>
  </w:style>
  <w:style w:type="character" w:styleId="Selgeltmrgatavviide">
    <w:name w:val="Intense Reference"/>
    <w:basedOn w:val="Liguvaikefont"/>
    <w:uiPriority w:val="32"/>
    <w:qFormat/>
    <w:rsid w:val="00FC693F"/>
    <w:rPr>
      <w:b/>
      <w:bCs/>
      <w:smallCaps/>
      <w:color w:val="C0504D" w:themeColor="accent2"/>
      <w:spacing w:val="5"/>
      <w:u w:val="single"/>
    </w:rPr>
  </w:style>
  <w:style w:type="character" w:styleId="Raamatupealkiri">
    <w:name w:val="Book Title"/>
    <w:basedOn w:val="Liguvaikefont"/>
    <w:uiPriority w:val="33"/>
    <w:qFormat/>
    <w:rsid w:val="00FC693F"/>
    <w:rPr>
      <w:b/>
      <w:bCs/>
      <w:smallCaps/>
      <w:spacing w:val="5"/>
    </w:rPr>
  </w:style>
  <w:style w:type="paragraph" w:styleId="Sisukorrapealkiri">
    <w:name w:val="TOC Heading"/>
    <w:basedOn w:val="Pealkiri1"/>
    <w:next w:val="Normaallaad"/>
    <w:uiPriority w:val="39"/>
    <w:semiHidden/>
    <w:unhideWhenUsed/>
    <w:qFormat/>
    <w:rsid w:val="00FC693F"/>
    <w:pPr>
      <w:outlineLvl w:val="9"/>
    </w:pPr>
  </w:style>
  <w:style w:type="table" w:styleId="Kontuurtabel">
    <w:name w:val="Table Grid"/>
    <w:basedOn w:val="Normaal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evarjustus">
    <w:name w:val="Light Shading"/>
    <w:basedOn w:val="Normaal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evarjustusrhk1">
    <w:name w:val="Light Shading Accent 1"/>
    <w:basedOn w:val="Normaal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evarjustusrhk2">
    <w:name w:val="Light Shading Accent 2"/>
    <w:basedOn w:val="Normaal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evarjustusrhk3">
    <w:name w:val="Light Shading Accent 3"/>
    <w:basedOn w:val="Normaal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evarjustusrhk4">
    <w:name w:val="Light Shading Accent 4"/>
    <w:basedOn w:val="Normaal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evarjustusrhk5">
    <w:name w:val="Light Shading Accent 5"/>
    <w:basedOn w:val="Normaal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evarjustusrhk6">
    <w:name w:val="Light Shading Accent 6"/>
    <w:basedOn w:val="Normaal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eloend">
    <w:name w:val="Light List"/>
    <w:basedOn w:val="Normaal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eloendrhk1">
    <w:name w:val="Light List Accent 1"/>
    <w:basedOn w:val="Normaal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eloendrhk2">
    <w:name w:val="Light List Accent 2"/>
    <w:basedOn w:val="Normaal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eloendrhk3">
    <w:name w:val="Light List Accent 3"/>
    <w:basedOn w:val="Normaal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eloendrhk4">
    <w:name w:val="Light List Accent 4"/>
    <w:basedOn w:val="Normaal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eloendrhk5">
    <w:name w:val="Light List Accent 5"/>
    <w:basedOn w:val="Normaal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eloendrhk6">
    <w:name w:val="Light List Accent 6"/>
    <w:basedOn w:val="Normaal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ekoordinaatvrk">
    <w:name w:val="Light Grid"/>
    <w:basedOn w:val="Normaal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ekoordinaatvrkrhk1">
    <w:name w:val="Light Grid Accent 1"/>
    <w:basedOn w:val="Normaal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ekoordinaatvrkrhk2">
    <w:name w:val="Light Grid Accent 2"/>
    <w:basedOn w:val="Normaal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ekoordinaatvrkrhk3">
    <w:name w:val="Light Grid Accent 3"/>
    <w:basedOn w:val="Normaal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ekoordinaatvrkrhk4">
    <w:name w:val="Light Grid Accent 4"/>
    <w:basedOn w:val="Normaal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ekoordinaatvrkrhk5">
    <w:name w:val="Light Grid Accent 5"/>
    <w:basedOn w:val="Normaal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ekoordinaatvrkrhk6">
    <w:name w:val="Light Grid Accent 6"/>
    <w:basedOn w:val="Normaal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Keskminevarjustus1">
    <w:name w:val="Medium Shading 1"/>
    <w:basedOn w:val="Normaal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Keskminevarjustus1rhk1">
    <w:name w:val="Medium Shading 1 Accent 1"/>
    <w:basedOn w:val="Normaal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Keskminevarjustus1rhk2">
    <w:name w:val="Medium Shading 1 Accent 2"/>
    <w:basedOn w:val="Normaal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Keskminevarjustus1rhk3">
    <w:name w:val="Medium Shading 1 Accent 3"/>
    <w:basedOn w:val="Normaal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Keskminevarjustus1rhk4">
    <w:name w:val="Medium Shading 1 Accent 4"/>
    <w:basedOn w:val="Normaal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Keskminevarjustus1rhk5">
    <w:name w:val="Medium Shading 1 Accent 5"/>
    <w:basedOn w:val="Normaal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Keskminevarjustus1rhk6">
    <w:name w:val="Medium Shading 1 Accent 6"/>
    <w:basedOn w:val="Normaal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Keskminevarjustus2">
    <w:name w:val="Medium Shading 2"/>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1">
    <w:name w:val="Medium Shading 2 Accent 1"/>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2">
    <w:name w:val="Medium Shading 2 Accent 2"/>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3">
    <w:name w:val="Medium Shading 2 Accent 3"/>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4">
    <w:name w:val="Medium Shading 2 Accent 4"/>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5">
    <w:name w:val="Medium Shading 2 Accent 5"/>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6">
    <w:name w:val="Medium Shading 2 Accent 6"/>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loend1">
    <w:name w:val="Medium List 1"/>
    <w:basedOn w:val="Normaal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Keskmineloend1rhk1">
    <w:name w:val="Medium List 1 Accent 1"/>
    <w:basedOn w:val="Normaal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Keskmineloend1rhk2">
    <w:name w:val="Medium List 1 Accent 2"/>
    <w:basedOn w:val="Normaal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Keskmineloend1rhk3">
    <w:name w:val="Medium List 1 Accent 3"/>
    <w:basedOn w:val="Normaal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Keskmineloend1rhk4">
    <w:name w:val="Medium List 1 Accent 4"/>
    <w:basedOn w:val="Normaal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Keskmineloend1rhk5">
    <w:name w:val="Medium List 1 Accent 5"/>
    <w:basedOn w:val="Normaal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Keskmineloend1rhk6">
    <w:name w:val="Medium List 1 Accent 6"/>
    <w:basedOn w:val="Normaal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Keskmineloend2">
    <w:name w:val="Medium List 2"/>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1">
    <w:name w:val="Medium List 2 Accent 1"/>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2">
    <w:name w:val="Medium List 2 Accent 2"/>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3">
    <w:name w:val="Medium List 2 Accent 3"/>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4">
    <w:name w:val="Medium List 2 Accent 4"/>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5">
    <w:name w:val="Medium List 2 Accent 5"/>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6">
    <w:name w:val="Medium List 2 Accent 6"/>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koordinaatvrk1">
    <w:name w:val="Medium Grid 1"/>
    <w:basedOn w:val="Normaal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eskminekoordinaatvrk1rhk1">
    <w:name w:val="Medium Grid 1 Accent 1"/>
    <w:basedOn w:val="Normaal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eskminekoordinaatvrk1rhk2">
    <w:name w:val="Medium Grid 1 Accent 2"/>
    <w:basedOn w:val="Normaal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eskminekoordinaatvrk1rhk3">
    <w:name w:val="Medium Grid 1 Accent 3"/>
    <w:basedOn w:val="Normaal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eskminekoordinaatvrk1rhk4">
    <w:name w:val="Medium Grid 1 Accent 4"/>
    <w:basedOn w:val="Normaal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eskminekoordinaatvrk1rhk5">
    <w:name w:val="Medium Grid 1 Accent 5"/>
    <w:basedOn w:val="Normaal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eskminekoordinaatvrk1rhk6">
    <w:name w:val="Medium Grid 1 Accent 6"/>
    <w:basedOn w:val="Normaal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eskminekoordinaatvrk2">
    <w:name w:val="Medium Grid 2"/>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eskminekoordinaatvrk2rhk1">
    <w:name w:val="Medium Grid 2 Accent 1"/>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eskminekoordinaatvrk2rhk2">
    <w:name w:val="Medium Grid 2 Accent 2"/>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eskminekoordinaatvrk2rhk3">
    <w:name w:val="Medium Grid 2 Accent 3"/>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eskminekoordinaatvrk2rhk4">
    <w:name w:val="Medium Grid 2 Accent 4"/>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eskminekoordinaatvrk2rhk5">
    <w:name w:val="Medium Grid 2 Accent 5"/>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eskminekoordinaatvrk2rhk6">
    <w:name w:val="Medium Grid 2 Accent 6"/>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eskminekoordinaatvrk3">
    <w:name w:val="Medium Grid 3"/>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eskminekoordinaatvrk3rhk1">
    <w:name w:val="Medium Grid 3 Accent 1"/>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eskminekoordinaatvrk3rhk2">
    <w:name w:val="Medium Grid 3 Accent 2"/>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eskminekoordinaatvrk3rhk3">
    <w:name w:val="Medium Grid 3 Accent 3"/>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eskminekoordinaatvrk3rhk4">
    <w:name w:val="Medium Grid 3 Accent 4"/>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eskminekoordinaatvrk3rhk5">
    <w:name w:val="Medium Grid 3 Accent 5"/>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eskminekoordinaatvrk3rhk6">
    <w:name w:val="Medium Grid 3 Accent 6"/>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eloend">
    <w:name w:val="Dark List"/>
    <w:basedOn w:val="Normaal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eloendrhk1">
    <w:name w:val="Dark List Accent 1"/>
    <w:basedOn w:val="Normaal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eloendrhk2">
    <w:name w:val="Dark List Accent 2"/>
    <w:basedOn w:val="Normaal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eloendrhk3">
    <w:name w:val="Dark List Accent 3"/>
    <w:basedOn w:val="Normaal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eloendrhk4">
    <w:name w:val="Dark List Accent 4"/>
    <w:basedOn w:val="Normaal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eloendrhk5">
    <w:name w:val="Dark List Accent 5"/>
    <w:basedOn w:val="Normaal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eloendrhk6">
    <w:name w:val="Dark List Accent 6"/>
    <w:basedOn w:val="Normaal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Vrvilinevarjustus">
    <w:name w:val="Colorful Shading"/>
    <w:basedOn w:val="Normaal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vilinevarjustusrhk1">
    <w:name w:val="Colorful Shading Accent 1"/>
    <w:basedOn w:val="Normaal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Vrvilinevarjustusrhk2">
    <w:name w:val="Colorful Shading Accent 2"/>
    <w:basedOn w:val="Normaal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Vrvilinevarjustusrhk3">
    <w:name w:val="Colorful Shading Accent 3"/>
    <w:basedOn w:val="Normaal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Vrvilinevarjustusrhk4">
    <w:name w:val="Colorful Shading Accent 4"/>
    <w:basedOn w:val="Normaal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Vrvilinevarjustusrhk5">
    <w:name w:val="Colorful Shading Accent 5"/>
    <w:basedOn w:val="Normaal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Vrvilinevarjustusrhk6">
    <w:name w:val="Colorful Shading Accent 6"/>
    <w:basedOn w:val="Normaal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Vrvilineloend">
    <w:name w:val="Colorful List"/>
    <w:basedOn w:val="Normaal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vilineloendrhk1">
    <w:name w:val="Colorful List Accent 1"/>
    <w:basedOn w:val="Normaal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Vrvilineloendrhk2">
    <w:name w:val="Colorful List Accent 2"/>
    <w:basedOn w:val="Normaal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Vrvilineloendrhk3">
    <w:name w:val="Colorful List Accent 3"/>
    <w:basedOn w:val="Normaal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Vrvilineloendrhk4">
    <w:name w:val="Colorful List Accent 4"/>
    <w:basedOn w:val="Normaal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Vrvilineloendrhk5">
    <w:name w:val="Colorful List Accent 5"/>
    <w:basedOn w:val="Normaal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Vrvilineloendrhk6">
    <w:name w:val="Colorful List Accent 6"/>
    <w:basedOn w:val="Normaal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Vrvilinekoordinaatvrk">
    <w:name w:val="Colorful Grid"/>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vilinekoordinaatvrkrhk1">
    <w:name w:val="Colorful Grid Accent 1"/>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rvilinekoordinaatvrkrhk2">
    <w:name w:val="Colorful Grid Accent 2"/>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rvilinekoordinaatvrkrhk3">
    <w:name w:val="Colorful Grid Accent 3"/>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rvilinekoordinaatvrkrhk4">
    <w:name w:val="Colorful Grid Accent 4"/>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rvilinekoordinaatvrkrhk5">
    <w:name w:val="Colorful Grid Accent 5"/>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rvilinekoordinaatvrkrhk6">
    <w:name w:val="Colorful Grid Accent 6"/>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Kommentaariviide">
    <w:name w:val="annotation reference"/>
    <w:basedOn w:val="Liguvaikefont"/>
    <w:uiPriority w:val="99"/>
    <w:semiHidden/>
    <w:unhideWhenUsed/>
    <w:rsid w:val="00EB4791"/>
    <w:rPr>
      <w:sz w:val="16"/>
      <w:szCs w:val="16"/>
    </w:rPr>
  </w:style>
  <w:style w:type="paragraph" w:styleId="Kommentaaritekst">
    <w:name w:val="annotation text"/>
    <w:basedOn w:val="Normaallaad"/>
    <w:link w:val="KommentaaritekstMrk"/>
    <w:uiPriority w:val="99"/>
    <w:unhideWhenUsed/>
    <w:rsid w:val="00EB4791"/>
    <w:pPr>
      <w:spacing w:line="240" w:lineRule="auto"/>
    </w:pPr>
    <w:rPr>
      <w:sz w:val="20"/>
      <w:szCs w:val="20"/>
    </w:rPr>
  </w:style>
  <w:style w:type="character" w:customStyle="1" w:styleId="KommentaaritekstMrk">
    <w:name w:val="Kommentaari tekst Märk"/>
    <w:basedOn w:val="Liguvaikefont"/>
    <w:link w:val="Kommentaaritekst"/>
    <w:uiPriority w:val="99"/>
    <w:rsid w:val="00EB4791"/>
    <w:rPr>
      <w:sz w:val="20"/>
      <w:szCs w:val="20"/>
    </w:rPr>
  </w:style>
  <w:style w:type="paragraph" w:styleId="Kommentaariteema">
    <w:name w:val="annotation subject"/>
    <w:basedOn w:val="Kommentaaritekst"/>
    <w:next w:val="Kommentaaritekst"/>
    <w:link w:val="KommentaariteemaMrk"/>
    <w:uiPriority w:val="99"/>
    <w:semiHidden/>
    <w:unhideWhenUsed/>
    <w:rsid w:val="00EB4791"/>
    <w:rPr>
      <w:b/>
      <w:bCs/>
    </w:rPr>
  </w:style>
  <w:style w:type="character" w:customStyle="1" w:styleId="KommentaariteemaMrk">
    <w:name w:val="Kommentaari teema Märk"/>
    <w:basedOn w:val="KommentaaritekstMrk"/>
    <w:link w:val="Kommentaariteema"/>
    <w:uiPriority w:val="99"/>
    <w:semiHidden/>
    <w:rsid w:val="00EB4791"/>
    <w:rPr>
      <w:b/>
      <w:bCs/>
      <w:sz w:val="20"/>
      <w:szCs w:val="20"/>
    </w:rPr>
  </w:style>
  <w:style w:type="paragraph" w:styleId="Allmrkusetekst">
    <w:name w:val="footnote text"/>
    <w:basedOn w:val="Normaallaad"/>
    <w:link w:val="AllmrkusetekstMrk"/>
    <w:uiPriority w:val="99"/>
    <w:unhideWhenUsed/>
    <w:rsid w:val="00590ABA"/>
    <w:pPr>
      <w:spacing w:after="0" w:line="240" w:lineRule="auto"/>
    </w:pPr>
    <w:rPr>
      <w:sz w:val="20"/>
      <w:szCs w:val="20"/>
    </w:rPr>
  </w:style>
  <w:style w:type="character" w:customStyle="1" w:styleId="AllmrkusetekstMrk">
    <w:name w:val="Allmärkuse tekst Märk"/>
    <w:basedOn w:val="Liguvaikefont"/>
    <w:link w:val="Allmrkusetekst"/>
    <w:uiPriority w:val="99"/>
    <w:rsid w:val="00590ABA"/>
    <w:rPr>
      <w:sz w:val="20"/>
      <w:szCs w:val="20"/>
    </w:rPr>
  </w:style>
  <w:style w:type="character" w:styleId="Allmrkuseviide">
    <w:name w:val="footnote reference"/>
    <w:basedOn w:val="Liguvaikefont"/>
    <w:uiPriority w:val="99"/>
    <w:semiHidden/>
    <w:unhideWhenUsed/>
    <w:rsid w:val="00590ABA"/>
    <w:rPr>
      <w:vertAlign w:val="superscript"/>
    </w:rPr>
  </w:style>
  <w:style w:type="paragraph" w:customStyle="1" w:styleId="paragraph">
    <w:name w:val="paragraph"/>
    <w:basedOn w:val="Normaallaad"/>
    <w:rsid w:val="008E4C36"/>
    <w:pPr>
      <w:spacing w:before="100" w:beforeAutospacing="1" w:after="100" w:afterAutospacing="1" w:line="240" w:lineRule="auto"/>
    </w:pPr>
    <w:rPr>
      <w:rFonts w:eastAsia="Times New Roman" w:cs="Times New Roman"/>
      <w:szCs w:val="24"/>
      <w:lang w:val="et-EE" w:eastAsia="et-EE"/>
    </w:rPr>
  </w:style>
  <w:style w:type="character" w:customStyle="1" w:styleId="normaltextrun">
    <w:name w:val="normaltextrun"/>
    <w:basedOn w:val="Liguvaikefont"/>
    <w:rsid w:val="008E4C36"/>
  </w:style>
  <w:style w:type="character" w:customStyle="1" w:styleId="eop">
    <w:name w:val="eop"/>
    <w:basedOn w:val="Liguvaikefont"/>
    <w:rsid w:val="008E4C36"/>
  </w:style>
  <w:style w:type="character" w:customStyle="1" w:styleId="tyhik">
    <w:name w:val="tyhik"/>
    <w:basedOn w:val="Liguvaikefont"/>
    <w:rsid w:val="00213AE9"/>
  </w:style>
  <w:style w:type="character" w:customStyle="1" w:styleId="mm">
    <w:name w:val="mm"/>
    <w:basedOn w:val="Liguvaikefont"/>
    <w:rsid w:val="00213AE9"/>
  </w:style>
  <w:style w:type="character" w:styleId="Hperlink">
    <w:name w:val="Hyperlink"/>
    <w:basedOn w:val="Liguvaikefont"/>
    <w:uiPriority w:val="99"/>
    <w:unhideWhenUsed/>
    <w:rsid w:val="00213AE9"/>
    <w:rPr>
      <w:color w:val="0000FF"/>
      <w:u w:val="single"/>
    </w:rPr>
  </w:style>
  <w:style w:type="character" w:styleId="Lahendamatamainimine">
    <w:name w:val="Unresolved Mention"/>
    <w:basedOn w:val="Liguvaikefont"/>
    <w:uiPriority w:val="99"/>
    <w:semiHidden/>
    <w:unhideWhenUsed/>
    <w:rsid w:val="00835796"/>
    <w:rPr>
      <w:color w:val="605E5C"/>
      <w:shd w:val="clear" w:color="auto" w:fill="E1DFDD"/>
    </w:rPr>
  </w:style>
  <w:style w:type="character" w:styleId="Klastatudhperlink">
    <w:name w:val="FollowedHyperlink"/>
    <w:basedOn w:val="Liguvaikefont"/>
    <w:uiPriority w:val="99"/>
    <w:semiHidden/>
    <w:unhideWhenUsed/>
    <w:rsid w:val="008357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180082">
      <w:bodyDiv w:val="1"/>
      <w:marLeft w:val="0"/>
      <w:marRight w:val="0"/>
      <w:marTop w:val="0"/>
      <w:marBottom w:val="0"/>
      <w:divBdr>
        <w:top w:val="none" w:sz="0" w:space="0" w:color="auto"/>
        <w:left w:val="none" w:sz="0" w:space="0" w:color="auto"/>
        <w:bottom w:val="none" w:sz="0" w:space="0" w:color="auto"/>
        <w:right w:val="none" w:sz="0" w:space="0" w:color="auto"/>
      </w:divBdr>
    </w:div>
    <w:div w:id="1140613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3XC00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83EBE023BF9C34BB62A80050EA21CD9" ma:contentTypeVersion="20" ma:contentTypeDescription="Create a new document." ma:contentTypeScope="" ma:versionID="b65601ad787398f3a863c5a7400cbd39">
  <xsd:schema xmlns:xsd="http://www.w3.org/2001/XMLSchema" xmlns:xs="http://www.w3.org/2001/XMLSchema" xmlns:p="http://schemas.microsoft.com/office/2006/metadata/properties" xmlns:ns2="3ef563e4-a684-4eea-bca7-75b3817198a1" xmlns:ns3="23825f18-a025-4d7c-842d-029e8d8147a0" targetNamespace="http://schemas.microsoft.com/office/2006/metadata/properties" ma:root="true" ma:fieldsID="95347bd070c4114e518ee55b4dc572e6" ns2:_="" ns3:_="">
    <xsd:import namespace="3ef563e4-a684-4eea-bca7-75b3817198a1"/>
    <xsd:import namespace="23825f18-a025-4d7c-842d-029e8d8147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2:Jrknr" minOccurs="0"/>
                <xsd:element ref="ns2:MediaServiceObjectDetectorVersions" minOccurs="0"/>
                <xsd:element ref="ns2:MediaServiceSearchProperties" minOccurs="0"/>
                <xsd:element ref="ns2:_x0032_02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563e4-a684-4eea-bca7-75b3817198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978271f-27e5-43dd-9024-7121501f8189" ma:termSetId="09814cd3-568e-fe90-9814-8d621ff8fb84" ma:anchorId="fba54fb3-c3e1-fe81-a776-ca4b69148c4d" ma:open="true" ma:isKeyword="false">
      <xsd:complexType>
        <xsd:sequence>
          <xsd:element ref="pc:Terms" minOccurs="0" maxOccurs="1"/>
        </xsd:sequence>
      </xsd:complexType>
    </xsd:element>
    <xsd:element name="Jrknr" ma:index="23" nillable="true" ma:displayName="Jrk nr" ma:default="1" ma:format="Dropdown" ma:indexed="true" ma:internalName="Jrknr" ma:percentage="FALSE">
      <xsd:simpleType>
        <xsd:restriction base="dms:Number">
          <xsd:minInclusive value="1"/>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32_025" ma:index="26" nillable="true" ma:displayName="2025" ma:internalName="_x0032_025">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825f18-a025-4d7c-842d-029e8d8147a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ef563e4-a684-4eea-bca7-75b3817198a1">
      <Terms xmlns="http://schemas.microsoft.com/office/infopath/2007/PartnerControls"/>
    </lcf76f155ced4ddcb4097134ff3c332f>
    <_x0032_025 xmlns="3ef563e4-a684-4eea-bca7-75b3817198a1" xsi:nil="true"/>
    <Jrknr xmlns="3ef563e4-a684-4eea-bca7-75b3817198a1">1</Jrknr>
  </documentManagement>
</p:properties>
</file>

<file path=customXml/itemProps1.xml><?xml version="1.0" encoding="utf-8"?>
<ds:datastoreItem xmlns:ds="http://schemas.openxmlformats.org/officeDocument/2006/customXml" ds:itemID="{1713D769-C67F-4E2D-AE18-F7BE9BE19084}">
  <ds:schemaRefs>
    <ds:schemaRef ds:uri="http://schemas.microsoft.com/sharepoint/v3/contenttype/forms"/>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CB983D90-CDAF-4BD2-A7B1-6C0F996F92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f563e4-a684-4eea-bca7-75b3817198a1"/>
    <ds:schemaRef ds:uri="23825f18-a025-4d7c-842d-029e8d814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A92658-CBF6-4DA4-8AE5-53AF355B7488}">
  <ds:schemaRefs>
    <ds:schemaRef ds:uri="http://schemas.microsoft.com/office/2006/metadata/properties"/>
    <ds:schemaRef ds:uri="http://schemas.microsoft.com/office/infopath/2007/PartnerControls"/>
    <ds:schemaRef ds:uri="3ef563e4-a684-4eea-bca7-75b3817198a1"/>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647</Words>
  <Characters>3753</Characters>
  <Application>Microsoft Office Word</Application>
  <DocSecurity>0</DocSecurity>
  <Lines>31</Lines>
  <Paragraphs>8</Paragraphs>
  <ScaleCrop>false</ScaleCrop>
  <Manager/>
  <Company/>
  <LinksUpToDate>false</LinksUpToDate>
  <CharactersWithSpaces>4392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Eleanor Pruvli</cp:lastModifiedBy>
  <cp:revision>27</cp:revision>
  <dcterms:created xsi:type="dcterms:W3CDTF">2026-04-06T14:04:00Z</dcterms:created>
  <dcterms:modified xsi:type="dcterms:W3CDTF">2026-04-08T15:44:00Z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0x010100583EBE023BF9C34BB62A80050EA21CD9</vt:lpwstr>
  </property>
  <property fmtid="{D5CDD505-2E9C-101B-9397-08002B2CF9AE}" pid="3" name="MediaServiceImageTags">
    <vt:lpwstr/>
  </property>
</Properties>
</file>