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0BA4" w14:textId="38532460" w:rsidR="005D36A7" w:rsidRPr="00910A0A" w:rsidRDefault="009C21FD" w:rsidP="00A860F6">
      <w:pPr>
        <w:spacing w:line="240" w:lineRule="auto"/>
        <w:jc w:val="center"/>
        <w:rPr>
          <w:rFonts w:cs="Times New Roman"/>
          <w:b/>
          <w:bCs/>
          <w:szCs w:val="24"/>
          <w:lang w:val="en-GB"/>
        </w:rPr>
      </w:pPr>
      <w:r w:rsidRPr="00910A0A">
        <w:rPr>
          <w:rFonts w:cs="Times New Roman"/>
          <w:b/>
          <w:bCs/>
          <w:szCs w:val="24"/>
          <w:lang w:val="en-GB"/>
        </w:rPr>
        <w:t xml:space="preserve">Know Your </w:t>
      </w:r>
      <w:r w:rsidR="00DA56E4">
        <w:rPr>
          <w:rFonts w:cs="Times New Roman"/>
          <w:b/>
          <w:bCs/>
          <w:szCs w:val="24"/>
          <w:lang w:val="en-GB"/>
        </w:rPr>
        <w:t>Client</w:t>
      </w:r>
      <w:r w:rsidRPr="00910A0A">
        <w:rPr>
          <w:rFonts w:cs="Times New Roman"/>
          <w:b/>
          <w:bCs/>
          <w:szCs w:val="24"/>
          <w:lang w:val="en-GB"/>
        </w:rPr>
        <w:t xml:space="preserve"> Questionnaire – </w:t>
      </w:r>
      <w:r w:rsidR="00FC79A4" w:rsidRPr="00910A0A">
        <w:rPr>
          <w:rFonts w:cs="Times New Roman"/>
          <w:b/>
          <w:bCs/>
          <w:szCs w:val="24"/>
          <w:lang w:val="en-GB"/>
        </w:rPr>
        <w:t>Legal person</w:t>
      </w:r>
      <w:r w:rsidR="00A110A4">
        <w:rPr>
          <w:rStyle w:val="Allmrkuseviide"/>
          <w:rFonts w:cs="Times New Roman"/>
          <w:b/>
          <w:bCs/>
          <w:szCs w:val="24"/>
          <w:lang w:val="en-GB"/>
        </w:rPr>
        <w:footnoteReference w:id="1"/>
      </w:r>
    </w:p>
    <w:p w14:paraId="153D46DC" w14:textId="77777777" w:rsidR="00A860F6" w:rsidRPr="00910A0A" w:rsidRDefault="009C21FD" w:rsidP="00A860F6">
      <w:pPr>
        <w:spacing w:line="240" w:lineRule="auto"/>
        <w:jc w:val="center"/>
        <w:rPr>
          <w:rFonts w:cs="Times New Roman"/>
          <w:szCs w:val="24"/>
          <w:lang w:val="en-GB"/>
        </w:rPr>
      </w:pPr>
      <w:r w:rsidRPr="00910A0A">
        <w:rPr>
          <w:rFonts w:cs="Times New Roman"/>
          <w:szCs w:val="24"/>
          <w:lang w:val="en-GB"/>
        </w:rPr>
        <w:t>(SAMPLE FOR LAW FIRMS)</w:t>
      </w:r>
    </w:p>
    <w:p w14:paraId="0352C691" w14:textId="427792BD" w:rsidR="00787521" w:rsidRDefault="00787521" w:rsidP="00C01784">
      <w:pPr>
        <w:rPr>
          <w:rFonts w:cs="Times New Roman"/>
          <w:bCs/>
          <w:szCs w:val="24"/>
          <w:lang w:val="en-GB"/>
        </w:rPr>
      </w:pPr>
      <w:r w:rsidRPr="00787521">
        <w:rPr>
          <w:rFonts w:cs="Times New Roman"/>
          <w:bCs/>
          <w:szCs w:val="24"/>
          <w:lang w:val="en-GB"/>
        </w:rPr>
        <w:t xml:space="preserve">The purpose of the questionnaire is to collect the necessary data from the client </w:t>
      </w:r>
      <w:r w:rsidR="00770EE6" w:rsidRPr="00787521">
        <w:rPr>
          <w:rFonts w:cs="Times New Roman"/>
          <w:bCs/>
          <w:szCs w:val="24"/>
          <w:lang w:val="en-GB"/>
        </w:rPr>
        <w:t>for</w:t>
      </w:r>
      <w:r w:rsidRPr="00787521">
        <w:rPr>
          <w:rFonts w:cs="Times New Roman"/>
          <w:bCs/>
          <w:szCs w:val="24"/>
          <w:lang w:val="en-GB"/>
        </w:rPr>
        <w:t xml:space="preserve"> the law firm to fulfil the due diligence measures arising from the Money Laundering and Terrorist Financing Prevention Act.</w:t>
      </w:r>
    </w:p>
    <w:p w14:paraId="4F5B4D6F" w14:textId="76D5E261" w:rsidR="005D36A7" w:rsidRPr="00910A0A" w:rsidRDefault="00E30EF1" w:rsidP="00C01784">
      <w:pPr>
        <w:rPr>
          <w:rFonts w:cs="Times New Roman"/>
          <w:bCs/>
          <w:szCs w:val="24"/>
          <w:lang w:val="en-GB"/>
        </w:rPr>
      </w:pPr>
      <w:r w:rsidRPr="00910A0A">
        <w:rPr>
          <w:rFonts w:cs="Times New Roman"/>
          <w:b/>
          <w:bCs/>
          <w:szCs w:val="24"/>
          <w:lang w:val="en-GB"/>
        </w:rPr>
        <w:t xml:space="preserve">DATA OF A </w:t>
      </w:r>
      <w:r w:rsidR="00DA56E4">
        <w:rPr>
          <w:rFonts w:cs="Times New Roman"/>
          <w:b/>
          <w:bCs/>
          <w:szCs w:val="24"/>
          <w:lang w:val="en-GB"/>
        </w:rPr>
        <w:t>CLIENT</w:t>
      </w:r>
      <w:r w:rsidRPr="00910A0A">
        <w:rPr>
          <w:rFonts w:cs="Times New Roman"/>
          <w:b/>
          <w:bCs/>
          <w:szCs w:val="24"/>
          <w:lang w:val="en-GB"/>
        </w:rPr>
        <w:t xml:space="preserve"> WHO IS A LEGAL PERSON</w:t>
      </w:r>
    </w:p>
    <w:tbl>
      <w:tblPr>
        <w:tblStyle w:val="Kontuurtabel"/>
        <w:tblW w:w="9039" w:type="dxa"/>
        <w:tblLook w:val="04A0" w:firstRow="1" w:lastRow="0" w:firstColumn="1" w:lastColumn="0" w:noHBand="0" w:noVBand="1"/>
      </w:tblPr>
      <w:tblGrid>
        <w:gridCol w:w="4915"/>
        <w:gridCol w:w="4124"/>
      </w:tblGrid>
      <w:tr w:rsidR="006519C9" w:rsidRPr="00910A0A" w14:paraId="7C33B215" w14:textId="77777777" w:rsidTr="0007384A">
        <w:trPr>
          <w:trHeight w:val="269"/>
        </w:trPr>
        <w:tc>
          <w:tcPr>
            <w:tcW w:w="4915" w:type="dxa"/>
            <w:hideMark/>
          </w:tcPr>
          <w:p w14:paraId="0408DC0E" w14:textId="68F429F2" w:rsidR="008D7B12" w:rsidRPr="00910A0A" w:rsidRDefault="00984C4B">
            <w:pPr>
              <w:rPr>
                <w:rFonts w:eastAsia="Times New Roman" w:cs="Times New Roman"/>
                <w:color w:val="1B1C1D"/>
                <w:szCs w:val="24"/>
                <w:lang w:val="en-GB" w:eastAsia="et-EE"/>
              </w:rPr>
            </w:pPr>
            <w:r w:rsidRPr="00910A0A">
              <w:rPr>
                <w:rFonts w:eastAsia="Times New Roman" w:cs="Times New Roman"/>
                <w:color w:val="1B1C1D"/>
                <w:szCs w:val="24"/>
                <w:lang w:val="en-GB" w:eastAsia="et-EE"/>
              </w:rPr>
              <w:t xml:space="preserve">Business name of the </w:t>
            </w:r>
            <w:r w:rsidR="00FC79A4" w:rsidRPr="00910A0A">
              <w:rPr>
                <w:rFonts w:eastAsia="Times New Roman" w:cs="Times New Roman"/>
                <w:color w:val="1B1C1D"/>
                <w:szCs w:val="24"/>
                <w:lang w:val="en-GB" w:eastAsia="et-EE"/>
              </w:rPr>
              <w:t>legal person</w:t>
            </w:r>
          </w:p>
        </w:tc>
        <w:tc>
          <w:tcPr>
            <w:tcW w:w="4124" w:type="dxa"/>
            <w:hideMark/>
          </w:tcPr>
          <w:p w14:paraId="62EEBF74" w14:textId="77777777" w:rsidR="008D7B12" w:rsidRPr="00910A0A" w:rsidRDefault="008D7B12">
            <w:pPr>
              <w:rPr>
                <w:rFonts w:eastAsia="Times New Roman" w:cs="Times New Roman"/>
                <w:color w:val="1B1C1D"/>
                <w:szCs w:val="24"/>
                <w:lang w:val="en-GB" w:eastAsia="et-EE"/>
              </w:rPr>
            </w:pPr>
          </w:p>
        </w:tc>
      </w:tr>
      <w:tr w:rsidR="00524BC8" w:rsidRPr="00910A0A" w14:paraId="225955B4" w14:textId="77777777" w:rsidTr="0007384A">
        <w:trPr>
          <w:trHeight w:val="269"/>
        </w:trPr>
        <w:tc>
          <w:tcPr>
            <w:tcW w:w="4915" w:type="dxa"/>
          </w:tcPr>
          <w:p w14:paraId="770BBCEF" w14:textId="540A1095" w:rsidR="00524BC8" w:rsidRPr="00910A0A" w:rsidRDefault="002C2447">
            <w:pPr>
              <w:rPr>
                <w:rFonts w:eastAsia="Times New Roman" w:cs="Times New Roman"/>
                <w:color w:val="1B1C1D"/>
                <w:szCs w:val="24"/>
                <w:lang w:val="en-GB" w:eastAsia="et-EE"/>
              </w:rPr>
            </w:pPr>
            <w:r w:rsidRPr="002C2447">
              <w:rPr>
                <w:rFonts w:eastAsia="Times New Roman" w:cs="Times New Roman"/>
                <w:color w:val="1B1C1D"/>
                <w:szCs w:val="24"/>
                <w:lang w:val="en-GB" w:eastAsia="et-EE"/>
              </w:rPr>
              <w:t>Form of the legal entity</w:t>
            </w:r>
          </w:p>
        </w:tc>
        <w:tc>
          <w:tcPr>
            <w:tcW w:w="4124" w:type="dxa"/>
          </w:tcPr>
          <w:p w14:paraId="64411C03" w14:textId="77777777" w:rsidR="004A6399" w:rsidRDefault="004F6075" w:rsidP="001136A3">
            <w:pPr>
              <w:tabs>
                <w:tab w:val="right" w:pos="1418"/>
                <w:tab w:val="left" w:pos="3544"/>
              </w:tabs>
              <w:rPr>
                <w:rFonts w:eastAsia="Times New Roman" w:cs="Times New Roman"/>
                <w:color w:val="1B1C1D"/>
                <w:szCs w:val="24"/>
                <w:lang w:val="et-EE" w:eastAsia="et-EE"/>
              </w:rPr>
            </w:pPr>
            <w:sdt>
              <w:sdtPr>
                <w:rPr>
                  <w:rFonts w:cs="Times New Roman"/>
                  <w:szCs w:val="24"/>
                  <w:lang w:val="et-EE"/>
                </w:rPr>
                <w:id w:val="-234710753"/>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Pr>
                <w:rFonts w:cs="Times New Roman"/>
                <w:szCs w:val="24"/>
                <w:lang w:val="et-EE"/>
              </w:rPr>
              <w:t xml:space="preserve"> </w:t>
            </w:r>
            <w:r w:rsidR="007329F6" w:rsidRPr="007329F6">
              <w:rPr>
                <w:rFonts w:eastAsia="Calibri" w:cs="Arial"/>
                <w:szCs w:val="18"/>
                <w:lang w:val="en-GB"/>
              </w:rPr>
              <w:t>Private limited company</w:t>
            </w:r>
            <w:r w:rsidR="007329F6">
              <w:rPr>
                <w:rFonts w:eastAsia="Calibri" w:cs="Arial"/>
                <w:szCs w:val="18"/>
                <w:lang w:val="en-GB"/>
              </w:rPr>
              <w:t xml:space="preserve"> </w:t>
            </w:r>
            <w:r w:rsidR="00D65458" w:rsidRPr="00F635F0">
              <w:rPr>
                <w:rFonts w:eastAsia="Times New Roman" w:cs="Times New Roman"/>
                <w:color w:val="1B1C1D"/>
                <w:szCs w:val="24"/>
                <w:lang w:val="et-EE" w:eastAsia="et-EE"/>
              </w:rPr>
              <w:t>/</w:t>
            </w:r>
            <w:r w:rsidR="00D65458">
              <w:rPr>
                <w:rFonts w:cs="Times New Roman"/>
                <w:szCs w:val="24"/>
                <w:lang w:val="et-EE"/>
              </w:rPr>
              <w:t xml:space="preserve"> </w:t>
            </w:r>
            <w:sdt>
              <w:sdtPr>
                <w:rPr>
                  <w:rFonts w:cs="Times New Roman"/>
                  <w:szCs w:val="24"/>
                  <w:lang w:val="et-EE"/>
                </w:rPr>
                <w:id w:val="1104698024"/>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Pr>
                <w:rFonts w:cs="Times New Roman"/>
                <w:szCs w:val="24"/>
                <w:lang w:val="et-EE"/>
              </w:rPr>
              <w:t xml:space="preserve"> </w:t>
            </w:r>
            <w:proofErr w:type="spellStart"/>
            <w:r w:rsidR="009913BD" w:rsidRPr="009913BD">
              <w:rPr>
                <w:rFonts w:eastAsia="Times New Roman" w:cs="Times New Roman"/>
                <w:color w:val="1B1C1D"/>
                <w:szCs w:val="24"/>
                <w:lang w:val="et-EE" w:eastAsia="et-EE"/>
              </w:rPr>
              <w:t>Public</w:t>
            </w:r>
            <w:proofErr w:type="spellEnd"/>
            <w:r w:rsidR="009913BD" w:rsidRPr="009913BD">
              <w:rPr>
                <w:rFonts w:eastAsia="Times New Roman" w:cs="Times New Roman"/>
                <w:color w:val="1B1C1D"/>
                <w:szCs w:val="24"/>
                <w:lang w:val="et-EE" w:eastAsia="et-EE"/>
              </w:rPr>
              <w:t xml:space="preserve"> </w:t>
            </w:r>
            <w:proofErr w:type="spellStart"/>
            <w:r w:rsidR="009913BD" w:rsidRPr="009913BD">
              <w:rPr>
                <w:rFonts w:eastAsia="Times New Roman" w:cs="Times New Roman"/>
                <w:color w:val="1B1C1D"/>
                <w:szCs w:val="24"/>
                <w:lang w:val="et-EE" w:eastAsia="et-EE"/>
              </w:rPr>
              <w:t>limited</w:t>
            </w:r>
            <w:proofErr w:type="spellEnd"/>
            <w:r w:rsidR="009913BD" w:rsidRPr="009913BD">
              <w:rPr>
                <w:rFonts w:eastAsia="Times New Roman" w:cs="Times New Roman"/>
                <w:color w:val="1B1C1D"/>
                <w:szCs w:val="24"/>
                <w:lang w:val="et-EE" w:eastAsia="et-EE"/>
              </w:rPr>
              <w:t xml:space="preserve"> </w:t>
            </w:r>
            <w:proofErr w:type="spellStart"/>
            <w:r w:rsidR="009913BD" w:rsidRPr="009913BD">
              <w:rPr>
                <w:rFonts w:eastAsia="Times New Roman" w:cs="Times New Roman"/>
                <w:color w:val="1B1C1D"/>
                <w:szCs w:val="24"/>
                <w:lang w:val="et-EE" w:eastAsia="et-EE"/>
              </w:rPr>
              <w:t>company</w:t>
            </w:r>
            <w:proofErr w:type="spellEnd"/>
            <w:r w:rsidR="00D65458" w:rsidRPr="00F635F0">
              <w:rPr>
                <w:rFonts w:eastAsia="Times New Roman" w:cs="Times New Roman"/>
                <w:color w:val="1B1C1D"/>
                <w:szCs w:val="24"/>
                <w:lang w:val="et-EE" w:eastAsia="et-EE"/>
              </w:rPr>
              <w:t xml:space="preserve"> / </w:t>
            </w:r>
            <w:sdt>
              <w:sdtPr>
                <w:rPr>
                  <w:rFonts w:cs="Times New Roman"/>
                  <w:szCs w:val="24"/>
                  <w:lang w:val="et-EE"/>
                </w:rPr>
                <w:id w:val="-2057615195"/>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Pr>
                <w:rFonts w:cs="Times New Roman"/>
                <w:szCs w:val="24"/>
                <w:lang w:val="et-EE"/>
              </w:rPr>
              <w:t xml:space="preserve"> </w:t>
            </w:r>
            <w:proofErr w:type="gramStart"/>
            <w:r w:rsidR="009301C2" w:rsidRPr="009301C2">
              <w:rPr>
                <w:rFonts w:eastAsia="Times New Roman" w:cs="Times New Roman"/>
                <w:color w:val="1B1C1D"/>
                <w:szCs w:val="24"/>
                <w:lang w:val="et-EE" w:eastAsia="et-EE"/>
              </w:rPr>
              <w:t>Non-</w:t>
            </w:r>
            <w:proofErr w:type="spellStart"/>
            <w:r w:rsidR="009301C2" w:rsidRPr="009301C2">
              <w:rPr>
                <w:rFonts w:eastAsia="Times New Roman" w:cs="Times New Roman"/>
                <w:color w:val="1B1C1D"/>
                <w:szCs w:val="24"/>
                <w:lang w:val="et-EE" w:eastAsia="et-EE"/>
              </w:rPr>
              <w:t>profit</w:t>
            </w:r>
            <w:proofErr w:type="spellEnd"/>
            <w:proofErr w:type="gramEnd"/>
            <w:r w:rsidR="009301C2" w:rsidRPr="009301C2">
              <w:rPr>
                <w:rFonts w:eastAsia="Times New Roman" w:cs="Times New Roman"/>
                <w:color w:val="1B1C1D"/>
                <w:szCs w:val="24"/>
                <w:lang w:val="et-EE" w:eastAsia="et-EE"/>
              </w:rPr>
              <w:t xml:space="preserve"> </w:t>
            </w:r>
            <w:proofErr w:type="spellStart"/>
            <w:r w:rsidR="009301C2" w:rsidRPr="009301C2">
              <w:rPr>
                <w:rFonts w:eastAsia="Times New Roman" w:cs="Times New Roman"/>
                <w:color w:val="1B1C1D"/>
                <w:szCs w:val="24"/>
                <w:lang w:val="et-EE" w:eastAsia="et-EE"/>
              </w:rPr>
              <w:t>association</w:t>
            </w:r>
            <w:proofErr w:type="spellEnd"/>
            <w:r w:rsidR="00D65458" w:rsidRPr="00F635F0">
              <w:rPr>
                <w:rFonts w:eastAsia="Times New Roman" w:cs="Times New Roman"/>
                <w:color w:val="1B1C1D"/>
                <w:szCs w:val="24"/>
                <w:lang w:val="et-EE" w:eastAsia="et-EE"/>
              </w:rPr>
              <w:t xml:space="preserve"> / </w:t>
            </w:r>
            <w:sdt>
              <w:sdtPr>
                <w:rPr>
                  <w:rFonts w:cs="Times New Roman"/>
                  <w:szCs w:val="24"/>
                  <w:lang w:val="et-EE"/>
                </w:rPr>
                <w:id w:val="-1518301431"/>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sidRPr="00F635F0">
              <w:rPr>
                <w:rFonts w:eastAsia="Times New Roman" w:cs="Times New Roman"/>
                <w:color w:val="1B1C1D"/>
                <w:szCs w:val="24"/>
                <w:lang w:val="et-EE" w:eastAsia="et-EE"/>
              </w:rPr>
              <w:t xml:space="preserve"> </w:t>
            </w:r>
            <w:r w:rsidR="001136A3" w:rsidRPr="001136A3">
              <w:rPr>
                <w:rFonts w:eastAsia="Times New Roman" w:cs="Times New Roman"/>
                <w:color w:val="1B1C1D"/>
                <w:szCs w:val="24"/>
                <w:lang w:val="et-EE" w:eastAsia="et-EE"/>
              </w:rPr>
              <w:t xml:space="preserve">General </w:t>
            </w:r>
            <w:proofErr w:type="spellStart"/>
            <w:r w:rsidR="001136A3" w:rsidRPr="001136A3">
              <w:rPr>
                <w:rFonts w:eastAsia="Times New Roman" w:cs="Times New Roman"/>
                <w:color w:val="1B1C1D"/>
                <w:szCs w:val="24"/>
                <w:lang w:val="et-EE" w:eastAsia="et-EE"/>
              </w:rPr>
              <w:t>partnership</w:t>
            </w:r>
            <w:proofErr w:type="spellEnd"/>
            <w:r w:rsidR="001136A3">
              <w:rPr>
                <w:rFonts w:eastAsia="Times New Roman" w:cs="Times New Roman"/>
                <w:color w:val="1B1C1D"/>
                <w:szCs w:val="24"/>
                <w:lang w:val="et-EE" w:eastAsia="et-EE"/>
              </w:rPr>
              <w:t xml:space="preserve"> </w:t>
            </w:r>
            <w:r w:rsidR="00D65458" w:rsidRPr="00F635F0">
              <w:rPr>
                <w:rFonts w:eastAsia="Times New Roman" w:cs="Times New Roman"/>
                <w:color w:val="1B1C1D"/>
                <w:szCs w:val="24"/>
                <w:lang w:val="et-EE" w:eastAsia="et-EE"/>
              </w:rPr>
              <w:t>/</w:t>
            </w:r>
          </w:p>
          <w:p w14:paraId="4C25D877" w14:textId="30DC90D5" w:rsidR="004A6399" w:rsidRDefault="004F6075" w:rsidP="001136A3">
            <w:pPr>
              <w:tabs>
                <w:tab w:val="right" w:pos="1418"/>
                <w:tab w:val="left" w:pos="3544"/>
              </w:tabs>
              <w:rPr>
                <w:rFonts w:ascii="MS Gothic" w:eastAsia="MS Gothic" w:hAnsi="MS Gothic" w:cs="Times New Roman"/>
                <w:szCs w:val="24"/>
                <w:lang w:val="et-EE"/>
              </w:rPr>
            </w:pPr>
            <w:sdt>
              <w:sdtPr>
                <w:rPr>
                  <w:rFonts w:cs="Times New Roman"/>
                  <w:szCs w:val="24"/>
                  <w:lang w:val="et-EE"/>
                </w:rPr>
                <w:id w:val="-586384284"/>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Pr>
                <w:rFonts w:cs="Times New Roman"/>
                <w:szCs w:val="24"/>
                <w:lang w:val="et-EE"/>
              </w:rPr>
              <w:t xml:space="preserve"> </w:t>
            </w:r>
            <w:r w:rsidR="006E48D2" w:rsidRPr="000E5C5C">
              <w:rPr>
                <w:rFonts w:eastAsia="Times New Roman" w:cs="Times New Roman"/>
                <w:color w:val="1B1C1D"/>
                <w:szCs w:val="24"/>
                <w:lang w:val="et-EE" w:eastAsia="et-EE"/>
              </w:rPr>
              <w:t xml:space="preserve">Limited </w:t>
            </w:r>
            <w:proofErr w:type="spellStart"/>
            <w:r w:rsidR="006E48D2" w:rsidRPr="000E5C5C">
              <w:rPr>
                <w:rFonts w:eastAsia="Times New Roman" w:cs="Times New Roman"/>
                <w:color w:val="1B1C1D"/>
                <w:szCs w:val="24"/>
                <w:lang w:val="et-EE" w:eastAsia="et-EE"/>
              </w:rPr>
              <w:t>partnership</w:t>
            </w:r>
            <w:proofErr w:type="spellEnd"/>
            <w:r w:rsidR="006E48D2" w:rsidRPr="00F635F0">
              <w:rPr>
                <w:rFonts w:eastAsia="Times New Roman" w:cs="Times New Roman"/>
                <w:color w:val="1B1C1D"/>
                <w:szCs w:val="24"/>
                <w:lang w:val="et-EE" w:eastAsia="et-EE"/>
              </w:rPr>
              <w:t xml:space="preserve"> </w:t>
            </w:r>
            <w:r w:rsidR="00D65458" w:rsidRPr="00F635F0">
              <w:rPr>
                <w:rFonts w:eastAsia="Times New Roman" w:cs="Times New Roman"/>
                <w:color w:val="1B1C1D"/>
                <w:szCs w:val="24"/>
                <w:lang w:val="et-EE" w:eastAsia="et-EE"/>
              </w:rPr>
              <w:t xml:space="preserve">/ </w:t>
            </w:r>
            <w:sdt>
              <w:sdtPr>
                <w:rPr>
                  <w:rFonts w:cs="Times New Roman"/>
                  <w:szCs w:val="24"/>
                  <w:lang w:val="et-EE"/>
                </w:rPr>
                <w:id w:val="182943739"/>
                <w14:checkbox>
                  <w14:checked w14:val="0"/>
                  <w14:checkedState w14:val="2612" w14:font="MS Gothic"/>
                  <w14:uncheckedState w14:val="2610" w14:font="MS Gothic"/>
                </w14:checkbox>
              </w:sdtPr>
              <w:sdtEndPr/>
              <w:sdtContent>
                <w:r w:rsidR="001136A3">
                  <w:rPr>
                    <w:rFonts w:ascii="MS Gothic" w:eastAsia="MS Gothic" w:hAnsi="MS Gothic" w:cs="Times New Roman" w:hint="eastAsia"/>
                    <w:szCs w:val="24"/>
                    <w:lang w:val="et-EE"/>
                  </w:rPr>
                  <w:t>☐</w:t>
                </w:r>
              </w:sdtContent>
            </w:sdt>
            <w:r w:rsidR="001136A3">
              <w:rPr>
                <w:rFonts w:cs="Times New Roman"/>
                <w:szCs w:val="24"/>
                <w:lang w:val="et-EE"/>
              </w:rPr>
              <w:t xml:space="preserve"> </w:t>
            </w:r>
            <w:r w:rsidR="00B61875" w:rsidRPr="00B61875">
              <w:rPr>
                <w:rFonts w:eastAsia="Times New Roman" w:cs="Times New Roman"/>
                <w:color w:val="1B1C1D"/>
                <w:szCs w:val="24"/>
                <w:lang w:val="et-EE" w:eastAsia="et-EE"/>
              </w:rPr>
              <w:t xml:space="preserve">Foundation </w:t>
            </w:r>
          </w:p>
          <w:p w14:paraId="185C2738" w14:textId="1AFF3876" w:rsidR="00524BC8" w:rsidRPr="00910A0A" w:rsidRDefault="004F6075" w:rsidP="001136A3">
            <w:pPr>
              <w:tabs>
                <w:tab w:val="right" w:pos="1418"/>
                <w:tab w:val="left" w:pos="3544"/>
              </w:tabs>
              <w:rPr>
                <w:rFonts w:eastAsia="Times New Roman" w:cs="Times New Roman"/>
                <w:color w:val="1B1C1D"/>
                <w:szCs w:val="24"/>
                <w:lang w:val="en-GB" w:eastAsia="et-EE"/>
              </w:rPr>
            </w:pPr>
            <w:sdt>
              <w:sdtPr>
                <w:rPr>
                  <w:rFonts w:cs="Times New Roman"/>
                  <w:szCs w:val="24"/>
                  <w:lang w:val="et-EE"/>
                </w:rPr>
                <w:id w:val="-111446930"/>
                <w14:checkbox>
                  <w14:checked w14:val="0"/>
                  <w14:checkedState w14:val="2612" w14:font="MS Gothic"/>
                  <w14:uncheckedState w14:val="2610" w14:font="MS Gothic"/>
                </w14:checkbox>
              </w:sdtPr>
              <w:sdtEndPr/>
              <w:sdtContent>
                <w:r w:rsidR="00D65458">
                  <w:rPr>
                    <w:rFonts w:ascii="MS Gothic" w:eastAsia="MS Gothic" w:hAnsi="MS Gothic" w:cs="Times New Roman" w:hint="eastAsia"/>
                    <w:szCs w:val="24"/>
                    <w:lang w:val="et-EE"/>
                  </w:rPr>
                  <w:t>☐</w:t>
                </w:r>
              </w:sdtContent>
            </w:sdt>
            <w:r w:rsidR="00D65458">
              <w:rPr>
                <w:rFonts w:cs="Times New Roman"/>
                <w:szCs w:val="24"/>
                <w:lang w:val="et-EE"/>
              </w:rPr>
              <w:t xml:space="preserve"> </w:t>
            </w:r>
            <w:proofErr w:type="spellStart"/>
            <w:r w:rsidR="0016608A" w:rsidRPr="0016608A">
              <w:rPr>
                <w:rFonts w:eastAsia="Times New Roman" w:cs="Times New Roman"/>
                <w:color w:val="1B1C1D"/>
                <w:szCs w:val="24"/>
                <w:lang w:val="et-EE" w:eastAsia="et-EE"/>
              </w:rPr>
              <w:t>Other</w:t>
            </w:r>
            <w:proofErr w:type="spellEnd"/>
            <w:r w:rsidR="00D65458">
              <w:rPr>
                <w:rFonts w:eastAsia="Times New Roman" w:cs="Times New Roman"/>
                <w:color w:val="1B1C1D"/>
                <w:szCs w:val="24"/>
                <w:lang w:val="et-EE" w:eastAsia="et-EE"/>
              </w:rPr>
              <w:t xml:space="preserve"> </w:t>
            </w:r>
            <w:r w:rsidR="00FA0150" w:rsidRPr="00910A0A">
              <w:rPr>
                <w:rFonts w:eastAsia="Times New Roman" w:cs="Times New Roman"/>
                <w:i/>
                <w:iCs/>
                <w:color w:val="1B1C1D"/>
                <w:szCs w:val="24"/>
                <w:lang w:val="en-GB" w:eastAsia="et-EE"/>
              </w:rPr>
              <w:t>(please specify</w:t>
            </w:r>
            <w:r w:rsidR="001B0E61">
              <w:rPr>
                <w:rFonts w:eastAsia="Times New Roman" w:cs="Times New Roman"/>
                <w:i/>
                <w:iCs/>
                <w:color w:val="1B1C1D"/>
                <w:szCs w:val="24"/>
                <w:lang w:val="en-GB" w:eastAsia="et-EE"/>
              </w:rPr>
              <w:t>)</w:t>
            </w:r>
            <w:r w:rsidR="00D65458">
              <w:rPr>
                <w:rFonts w:eastAsia="Times New Roman" w:cs="Times New Roman"/>
                <w:color w:val="1B1C1D"/>
                <w:szCs w:val="24"/>
                <w:lang w:val="et-EE" w:eastAsia="et-EE"/>
              </w:rPr>
              <w:t xml:space="preserve"> </w:t>
            </w:r>
            <w:r w:rsidR="00D65458" w:rsidRPr="007B095E">
              <w:rPr>
                <w:rFonts w:cs="Times New Roman"/>
                <w:szCs w:val="24"/>
                <w:lang w:val="et-EE"/>
              </w:rPr>
              <w:fldChar w:fldCharType="begin">
                <w:ffData>
                  <w:name w:val=""/>
                  <w:enabled/>
                  <w:calcOnExit w:val="0"/>
                  <w:textInput/>
                </w:ffData>
              </w:fldChar>
            </w:r>
            <w:r w:rsidR="00D65458" w:rsidRPr="007B095E">
              <w:rPr>
                <w:rFonts w:cs="Times New Roman"/>
                <w:szCs w:val="24"/>
                <w:lang w:val="et-EE"/>
              </w:rPr>
              <w:instrText xml:space="preserve"> FORMTEXT </w:instrText>
            </w:r>
            <w:r w:rsidR="00D65458" w:rsidRPr="007B095E">
              <w:rPr>
                <w:rFonts w:cs="Times New Roman"/>
                <w:szCs w:val="24"/>
                <w:lang w:val="et-EE"/>
              </w:rPr>
            </w:r>
            <w:r w:rsidR="00D65458" w:rsidRPr="007B095E">
              <w:rPr>
                <w:rFonts w:cs="Times New Roman"/>
                <w:szCs w:val="24"/>
                <w:lang w:val="et-EE"/>
              </w:rPr>
              <w:fldChar w:fldCharType="separate"/>
            </w:r>
            <w:r w:rsidR="00D65458" w:rsidRPr="007B095E">
              <w:rPr>
                <w:rFonts w:cs="Times New Roman"/>
                <w:noProof/>
                <w:szCs w:val="24"/>
                <w:lang w:val="et-EE"/>
              </w:rPr>
              <w:t> </w:t>
            </w:r>
            <w:r w:rsidR="00D65458" w:rsidRPr="007B095E">
              <w:rPr>
                <w:rFonts w:cs="Times New Roman"/>
                <w:noProof/>
                <w:szCs w:val="24"/>
                <w:lang w:val="et-EE"/>
              </w:rPr>
              <w:t> </w:t>
            </w:r>
            <w:r w:rsidR="00D65458" w:rsidRPr="007B095E">
              <w:rPr>
                <w:rFonts w:cs="Times New Roman"/>
                <w:noProof/>
                <w:szCs w:val="24"/>
                <w:lang w:val="et-EE"/>
              </w:rPr>
              <w:t> </w:t>
            </w:r>
            <w:r w:rsidR="00D65458" w:rsidRPr="007B095E">
              <w:rPr>
                <w:rFonts w:cs="Times New Roman"/>
                <w:noProof/>
                <w:szCs w:val="24"/>
                <w:lang w:val="et-EE"/>
              </w:rPr>
              <w:t> </w:t>
            </w:r>
            <w:r w:rsidR="00D65458" w:rsidRPr="007B095E">
              <w:rPr>
                <w:rFonts w:cs="Times New Roman"/>
                <w:noProof/>
                <w:szCs w:val="24"/>
                <w:lang w:val="et-EE"/>
              </w:rPr>
              <w:t> </w:t>
            </w:r>
            <w:r w:rsidR="00D65458" w:rsidRPr="007B095E">
              <w:rPr>
                <w:rFonts w:cs="Times New Roman"/>
                <w:szCs w:val="24"/>
                <w:lang w:val="et-EE"/>
              </w:rPr>
              <w:fldChar w:fldCharType="end"/>
            </w:r>
          </w:p>
        </w:tc>
      </w:tr>
      <w:tr w:rsidR="00F55959" w:rsidRPr="00910A0A" w14:paraId="546EB49D" w14:textId="77777777" w:rsidTr="0007384A">
        <w:trPr>
          <w:trHeight w:val="269"/>
        </w:trPr>
        <w:tc>
          <w:tcPr>
            <w:tcW w:w="4915" w:type="dxa"/>
          </w:tcPr>
          <w:p w14:paraId="13E952DC" w14:textId="48B6F9FB" w:rsidR="00F55959" w:rsidRPr="00910A0A" w:rsidRDefault="00F55959" w:rsidP="00F55959">
            <w:pPr>
              <w:rPr>
                <w:rFonts w:eastAsia="Times New Roman" w:cs="Times New Roman"/>
                <w:color w:val="1B1C1D"/>
                <w:szCs w:val="24"/>
                <w:bdr w:val="none" w:sz="0" w:space="0" w:color="auto" w:frame="1"/>
                <w:lang w:val="en-GB" w:eastAsia="et-EE"/>
              </w:rPr>
            </w:pPr>
            <w:r w:rsidRPr="00910A0A">
              <w:rPr>
                <w:rFonts w:eastAsia="Times New Roman" w:cs="Times New Roman"/>
                <w:color w:val="1B1C1D"/>
                <w:szCs w:val="24"/>
                <w:lang w:val="en-GB" w:eastAsia="et-EE"/>
              </w:rPr>
              <w:t>Registry code or registration number</w:t>
            </w:r>
          </w:p>
        </w:tc>
        <w:tc>
          <w:tcPr>
            <w:tcW w:w="4124" w:type="dxa"/>
          </w:tcPr>
          <w:p w14:paraId="791C7984" w14:textId="77777777" w:rsidR="00F55959" w:rsidRPr="00910A0A" w:rsidRDefault="00F55959" w:rsidP="00F55959">
            <w:pPr>
              <w:rPr>
                <w:rFonts w:eastAsia="Times New Roman" w:cs="Times New Roman"/>
                <w:color w:val="1B1C1D"/>
                <w:szCs w:val="24"/>
                <w:lang w:val="en-GB" w:eastAsia="et-EE"/>
              </w:rPr>
            </w:pPr>
          </w:p>
        </w:tc>
      </w:tr>
      <w:tr w:rsidR="00F55959" w:rsidRPr="00910A0A" w14:paraId="7ABCBD82" w14:textId="77777777" w:rsidTr="0007384A">
        <w:trPr>
          <w:trHeight w:val="269"/>
        </w:trPr>
        <w:tc>
          <w:tcPr>
            <w:tcW w:w="4915" w:type="dxa"/>
            <w:hideMark/>
          </w:tcPr>
          <w:p w14:paraId="38CD079A" w14:textId="2EF838A3"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bdr w:val="none" w:sz="0" w:space="0" w:color="auto" w:frame="1"/>
                <w:lang w:val="en-GB" w:eastAsia="et-EE"/>
              </w:rPr>
              <w:t>Date of registration</w:t>
            </w:r>
          </w:p>
        </w:tc>
        <w:tc>
          <w:tcPr>
            <w:tcW w:w="4124" w:type="dxa"/>
            <w:hideMark/>
          </w:tcPr>
          <w:p w14:paraId="2CA96CB9" w14:textId="77777777" w:rsidR="00F55959" w:rsidRPr="00910A0A" w:rsidRDefault="00F55959" w:rsidP="00F55959">
            <w:pPr>
              <w:rPr>
                <w:rFonts w:eastAsia="Times New Roman" w:cs="Times New Roman"/>
                <w:color w:val="1B1C1D"/>
                <w:szCs w:val="24"/>
                <w:lang w:val="en-GB" w:eastAsia="et-EE"/>
              </w:rPr>
            </w:pPr>
          </w:p>
        </w:tc>
      </w:tr>
      <w:tr w:rsidR="00F55959" w:rsidRPr="00910A0A" w14:paraId="4D4A4534" w14:textId="77777777" w:rsidTr="0007384A">
        <w:trPr>
          <w:trHeight w:val="553"/>
        </w:trPr>
        <w:tc>
          <w:tcPr>
            <w:tcW w:w="4915" w:type="dxa"/>
          </w:tcPr>
          <w:p w14:paraId="709A24EF" w14:textId="6EE22C4F" w:rsidR="00F55959" w:rsidRPr="00910A0A" w:rsidRDefault="00F55959" w:rsidP="00F55959">
            <w:pPr>
              <w:rPr>
                <w:rFonts w:eastAsia="Times New Roman" w:cs="Times New Roman"/>
                <w:color w:val="1B1C1D"/>
                <w:szCs w:val="24"/>
                <w:bdr w:val="none" w:sz="0" w:space="0" w:color="auto" w:frame="1"/>
                <w:lang w:val="en-GB" w:eastAsia="et-EE"/>
              </w:rPr>
            </w:pPr>
            <w:r w:rsidRPr="00910A0A">
              <w:rPr>
                <w:rFonts w:eastAsia="Times New Roman" w:cs="Times New Roman"/>
                <w:color w:val="1B1C1D"/>
                <w:szCs w:val="24"/>
                <w:bdr w:val="none" w:sz="0" w:space="0" w:color="auto" w:frame="1"/>
                <w:lang w:val="en-GB" w:eastAsia="et-EE"/>
              </w:rPr>
              <w:t>Names of the sole director / members of the management board / members of other body replacing the management board</w:t>
            </w:r>
          </w:p>
        </w:tc>
        <w:tc>
          <w:tcPr>
            <w:tcW w:w="4124" w:type="dxa"/>
          </w:tcPr>
          <w:p w14:paraId="6487EADE" w14:textId="77777777" w:rsidR="00F55959" w:rsidRPr="00910A0A" w:rsidRDefault="00F55959" w:rsidP="00F55959">
            <w:pPr>
              <w:rPr>
                <w:rFonts w:eastAsia="Times New Roman" w:cs="Times New Roman"/>
                <w:color w:val="1B1C1D"/>
                <w:szCs w:val="24"/>
                <w:lang w:val="en-GB" w:eastAsia="et-EE"/>
              </w:rPr>
            </w:pPr>
          </w:p>
        </w:tc>
      </w:tr>
      <w:tr w:rsidR="00F55959" w:rsidRPr="00910A0A" w14:paraId="022C4986" w14:textId="77777777" w:rsidTr="0007384A">
        <w:trPr>
          <w:trHeight w:val="583"/>
        </w:trPr>
        <w:tc>
          <w:tcPr>
            <w:tcW w:w="4915" w:type="dxa"/>
          </w:tcPr>
          <w:p w14:paraId="564C9C41" w14:textId="2873CDC2" w:rsidR="00F55959" w:rsidRPr="00910A0A" w:rsidRDefault="002D4B4A" w:rsidP="00F55959">
            <w:pPr>
              <w:rPr>
                <w:rFonts w:eastAsia="Times New Roman" w:cs="Times New Roman"/>
                <w:color w:val="1B1C1D"/>
                <w:szCs w:val="24"/>
                <w:lang w:val="en-GB" w:eastAsia="et-EE"/>
              </w:rPr>
            </w:pPr>
            <w:r>
              <w:t>Country of registration</w:t>
            </w:r>
          </w:p>
        </w:tc>
        <w:tc>
          <w:tcPr>
            <w:tcW w:w="4124" w:type="dxa"/>
          </w:tcPr>
          <w:p w14:paraId="54134433" w14:textId="6D305B5B" w:rsidR="00F55959" w:rsidRPr="00910A0A" w:rsidRDefault="00F55959" w:rsidP="00F55959">
            <w:pPr>
              <w:rPr>
                <w:rFonts w:eastAsia="Times New Roman" w:cs="Times New Roman"/>
                <w:color w:val="1B1C1D"/>
                <w:szCs w:val="24"/>
                <w:lang w:val="en-GB" w:eastAsia="et-EE"/>
              </w:rPr>
            </w:pPr>
          </w:p>
        </w:tc>
      </w:tr>
      <w:tr w:rsidR="002D4B4A" w:rsidRPr="00910A0A" w14:paraId="75B99C4F" w14:textId="77777777" w:rsidTr="0007384A">
        <w:trPr>
          <w:trHeight w:val="583"/>
        </w:trPr>
        <w:tc>
          <w:tcPr>
            <w:tcW w:w="4915" w:type="dxa"/>
          </w:tcPr>
          <w:p w14:paraId="60B431A0" w14:textId="0926A544" w:rsidR="002D4B4A" w:rsidRPr="00910A0A" w:rsidRDefault="002D4B4A" w:rsidP="00F55959">
            <w:pPr>
              <w:rPr>
                <w:rFonts w:eastAsia="Times New Roman" w:cs="Times New Roman"/>
                <w:color w:val="1B1C1D"/>
                <w:szCs w:val="24"/>
                <w:lang w:val="en-GB" w:eastAsia="et-EE"/>
              </w:rPr>
            </w:pPr>
            <w:r>
              <w:t>Registered address</w:t>
            </w:r>
          </w:p>
        </w:tc>
        <w:tc>
          <w:tcPr>
            <w:tcW w:w="4124" w:type="dxa"/>
          </w:tcPr>
          <w:p w14:paraId="7BE0AF7F" w14:textId="77777777" w:rsidR="002D4B4A" w:rsidRPr="00910A0A" w:rsidRDefault="002D4B4A" w:rsidP="00F55959">
            <w:pPr>
              <w:rPr>
                <w:rFonts w:ascii="Segoe UI Symbol" w:eastAsia="Times New Roman" w:hAnsi="Segoe UI Symbol" w:cs="Segoe UI Symbol"/>
                <w:color w:val="1B1C1D"/>
                <w:szCs w:val="24"/>
                <w:lang w:val="en-GB" w:eastAsia="et-EE"/>
              </w:rPr>
            </w:pPr>
          </w:p>
        </w:tc>
      </w:tr>
      <w:tr w:rsidR="00F55959" w:rsidRPr="00910A0A" w14:paraId="3433D493" w14:textId="77777777" w:rsidTr="0007384A">
        <w:trPr>
          <w:trHeight w:val="269"/>
        </w:trPr>
        <w:tc>
          <w:tcPr>
            <w:tcW w:w="4915" w:type="dxa"/>
            <w:hideMark/>
          </w:tcPr>
          <w:p w14:paraId="44424F27" w14:textId="1EC1F857"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Permanent seat or place of business</w:t>
            </w:r>
          </w:p>
        </w:tc>
        <w:tc>
          <w:tcPr>
            <w:tcW w:w="4124" w:type="dxa"/>
            <w:hideMark/>
          </w:tcPr>
          <w:p w14:paraId="3EE36203" w14:textId="77777777" w:rsidR="00F55959" w:rsidRPr="00910A0A" w:rsidRDefault="00F55959" w:rsidP="00F55959">
            <w:pPr>
              <w:rPr>
                <w:rFonts w:eastAsia="Times New Roman" w:cs="Times New Roman"/>
                <w:color w:val="1B1C1D"/>
                <w:szCs w:val="24"/>
                <w:lang w:val="en-GB" w:eastAsia="et-EE"/>
              </w:rPr>
            </w:pPr>
          </w:p>
        </w:tc>
      </w:tr>
      <w:tr w:rsidR="00F55959" w:rsidRPr="00910A0A" w14:paraId="3DBBEC92" w14:textId="77777777" w:rsidTr="0007384A">
        <w:trPr>
          <w:trHeight w:val="269"/>
        </w:trPr>
        <w:tc>
          <w:tcPr>
            <w:tcW w:w="4915" w:type="dxa"/>
            <w:hideMark/>
          </w:tcPr>
          <w:p w14:paraId="436EC9D1" w14:textId="5E16316F"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Field of activity / profession</w:t>
            </w:r>
          </w:p>
        </w:tc>
        <w:tc>
          <w:tcPr>
            <w:tcW w:w="4124" w:type="dxa"/>
            <w:hideMark/>
          </w:tcPr>
          <w:p w14:paraId="0C413C88" w14:textId="77777777" w:rsidR="00F55959" w:rsidRPr="00910A0A" w:rsidRDefault="00F55959" w:rsidP="00F55959">
            <w:pPr>
              <w:rPr>
                <w:rFonts w:eastAsia="Times New Roman" w:cs="Times New Roman"/>
                <w:color w:val="1B1C1D"/>
                <w:szCs w:val="24"/>
                <w:lang w:val="en-GB" w:eastAsia="et-EE"/>
              </w:rPr>
            </w:pPr>
          </w:p>
        </w:tc>
      </w:tr>
      <w:tr w:rsidR="00F55959" w:rsidRPr="00910A0A" w14:paraId="47500FB8" w14:textId="77777777" w:rsidTr="0007384A">
        <w:trPr>
          <w:trHeight w:val="269"/>
        </w:trPr>
        <w:tc>
          <w:tcPr>
            <w:tcW w:w="4915" w:type="dxa"/>
            <w:hideMark/>
          </w:tcPr>
          <w:p w14:paraId="6D6F7B99" w14:textId="5A419350"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Purpose of the business relationship or transaction</w:t>
            </w:r>
          </w:p>
        </w:tc>
        <w:tc>
          <w:tcPr>
            <w:tcW w:w="4124" w:type="dxa"/>
            <w:hideMark/>
          </w:tcPr>
          <w:p w14:paraId="68E57F43" w14:textId="77777777" w:rsidR="00F55959" w:rsidRPr="00910A0A" w:rsidRDefault="00F55959" w:rsidP="00F55959">
            <w:pPr>
              <w:rPr>
                <w:rFonts w:eastAsia="Times New Roman" w:cs="Times New Roman"/>
                <w:color w:val="1B1C1D"/>
                <w:szCs w:val="24"/>
                <w:lang w:val="en-GB" w:eastAsia="et-EE"/>
              </w:rPr>
            </w:pPr>
          </w:p>
        </w:tc>
      </w:tr>
      <w:tr w:rsidR="00F55959" w:rsidRPr="00910A0A" w14:paraId="4B3F069D" w14:textId="77777777" w:rsidTr="0007384A">
        <w:trPr>
          <w:trHeight w:val="628"/>
        </w:trPr>
        <w:tc>
          <w:tcPr>
            <w:tcW w:w="4915" w:type="dxa"/>
            <w:hideMark/>
          </w:tcPr>
          <w:p w14:paraId="6577F2A3" w14:textId="3883DFB6" w:rsidR="00F55959" w:rsidRPr="00910A0A" w:rsidRDefault="00F55959" w:rsidP="00F55959">
            <w:pPr>
              <w:rPr>
                <w:rFonts w:eastAsia="Times New Roman" w:cs="Times New Roman"/>
                <w:color w:val="1B1C1D"/>
                <w:szCs w:val="24"/>
                <w:lang w:val="en-GB" w:eastAsia="et-EE"/>
              </w:rPr>
            </w:pPr>
            <w:r w:rsidRPr="00910A0A">
              <w:rPr>
                <w:rFonts w:cs="Times New Roman"/>
                <w:szCs w:val="24"/>
                <w:lang w:val="en-GB"/>
              </w:rPr>
              <w:t>Do you act for or on behalf of another?</w:t>
            </w:r>
          </w:p>
        </w:tc>
        <w:tc>
          <w:tcPr>
            <w:tcW w:w="4124" w:type="dxa"/>
            <w:hideMark/>
          </w:tcPr>
          <w:p w14:paraId="609E0FAB" w14:textId="7095178E" w:rsidR="00F55959" w:rsidRPr="00910A0A" w:rsidRDefault="004F6075" w:rsidP="00F55959">
            <w:pPr>
              <w:tabs>
                <w:tab w:val="right" w:pos="1418"/>
                <w:tab w:val="left" w:pos="3544"/>
              </w:tabs>
              <w:rPr>
                <w:rFonts w:cs="Times New Roman"/>
                <w:szCs w:val="24"/>
                <w:lang w:val="en-GB"/>
              </w:rPr>
            </w:pPr>
            <w:sdt>
              <w:sdtPr>
                <w:rPr>
                  <w:rFonts w:cs="Times New Roman"/>
                  <w:szCs w:val="24"/>
                  <w:lang w:val="en-GB"/>
                </w:rPr>
                <w:id w:val="-1165395564"/>
                <w14:checkbox>
                  <w14:checked w14:val="1"/>
                  <w14:checkedState w14:val="2612" w14:font="MS Gothic"/>
                  <w14:uncheckedState w14:val="2610" w14:font="MS Gothic"/>
                </w14:checkbox>
              </w:sdtPr>
              <w:sdtEndPr/>
              <w:sdtContent>
                <w:r w:rsidR="00F55959" w:rsidRPr="00910A0A">
                  <w:rPr>
                    <w:rFonts w:eastAsia="MS Gothic" w:cs="Times New Roman"/>
                    <w:szCs w:val="24"/>
                    <w:lang w:val="en-GB"/>
                  </w:rPr>
                  <w:t xml:space="preserve">   </w:t>
                </w:r>
                <w:r w:rsidR="00F55959" w:rsidRPr="00910A0A">
                  <w:rPr>
                    <w:rFonts w:ascii="Segoe UI Symbol" w:eastAsia="MS Gothic" w:hAnsi="Segoe UI Symbol" w:cs="Segoe UI Symbol"/>
                    <w:szCs w:val="24"/>
                    <w:lang w:val="en-GB"/>
                  </w:rPr>
                  <w:t>☐</w:t>
                </w:r>
                <w:r w:rsidR="00F55959" w:rsidRPr="00910A0A">
                  <w:rPr>
                    <w:rFonts w:eastAsia="MS Gothic" w:cs="Times New Roman"/>
                    <w:szCs w:val="24"/>
                    <w:lang w:val="en-GB"/>
                  </w:rPr>
                  <w:t xml:space="preserve"> </w:t>
                </w:r>
              </w:sdtContent>
            </w:sdt>
            <w:r w:rsidR="00F55959" w:rsidRPr="00910A0A">
              <w:rPr>
                <w:rFonts w:cs="Times New Roman"/>
                <w:szCs w:val="24"/>
                <w:lang w:val="en-GB"/>
              </w:rPr>
              <w:t xml:space="preserve"> Yes</w:t>
            </w:r>
          </w:p>
          <w:p w14:paraId="45A44D87" w14:textId="6D3460EE" w:rsidR="00F55959" w:rsidRPr="00910A0A" w:rsidRDefault="004F6075" w:rsidP="00F55959">
            <w:pPr>
              <w:rPr>
                <w:rFonts w:eastAsia="Times New Roman" w:cs="Times New Roman"/>
                <w:color w:val="1B1C1D"/>
                <w:szCs w:val="24"/>
                <w:lang w:val="en-GB" w:eastAsia="et-EE"/>
              </w:rPr>
            </w:pPr>
            <w:sdt>
              <w:sdtPr>
                <w:rPr>
                  <w:rFonts w:cs="Times New Roman"/>
                  <w:szCs w:val="24"/>
                  <w:lang w:val="en-GB"/>
                </w:rPr>
                <w:id w:val="1802416734"/>
                <w14:checkbox>
                  <w14:checked w14:val="0"/>
                  <w14:checkedState w14:val="2612" w14:font="MS Gothic"/>
                  <w14:uncheckedState w14:val="2610" w14:font="MS Gothic"/>
                </w14:checkbox>
              </w:sdtPr>
              <w:sdtEndPr/>
              <w:sdtContent>
                <w:r w:rsidR="00F55959" w:rsidRPr="00910A0A">
                  <w:rPr>
                    <w:rFonts w:eastAsia="MS Gothic" w:cs="Times New Roman"/>
                    <w:szCs w:val="24"/>
                    <w:lang w:val="en-GB"/>
                  </w:rPr>
                  <w:t xml:space="preserve">   </w:t>
                </w:r>
                <w:r w:rsidR="00F55959" w:rsidRPr="00910A0A">
                  <w:rPr>
                    <w:rFonts w:ascii="Segoe UI Symbol" w:eastAsia="MS Gothic" w:hAnsi="Segoe UI Symbol" w:cs="Segoe UI Symbol"/>
                    <w:szCs w:val="24"/>
                    <w:lang w:val="en-GB"/>
                  </w:rPr>
                  <w:t>☐</w:t>
                </w:r>
                <w:r w:rsidR="00F55959" w:rsidRPr="00910A0A">
                  <w:rPr>
                    <w:rFonts w:eastAsia="MS Gothic" w:cs="Times New Roman"/>
                    <w:szCs w:val="24"/>
                    <w:lang w:val="en-GB"/>
                  </w:rPr>
                  <w:t xml:space="preserve"> </w:t>
                </w:r>
              </w:sdtContent>
            </w:sdt>
            <w:r w:rsidR="00F55959" w:rsidRPr="00910A0A">
              <w:rPr>
                <w:rFonts w:cs="Times New Roman"/>
                <w:szCs w:val="24"/>
                <w:lang w:val="en-GB"/>
              </w:rPr>
              <w:t xml:space="preserve"> No</w:t>
            </w:r>
          </w:p>
        </w:tc>
      </w:tr>
      <w:tr w:rsidR="00F55959" w:rsidRPr="00910A0A" w14:paraId="5A169E39" w14:textId="77777777" w:rsidTr="0007384A">
        <w:trPr>
          <w:trHeight w:val="269"/>
        </w:trPr>
        <w:tc>
          <w:tcPr>
            <w:tcW w:w="4915" w:type="dxa"/>
            <w:hideMark/>
          </w:tcPr>
          <w:p w14:paraId="47B2F77D" w14:textId="18BFB105"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Experience in the field of activity</w:t>
            </w:r>
          </w:p>
        </w:tc>
        <w:tc>
          <w:tcPr>
            <w:tcW w:w="4124" w:type="dxa"/>
            <w:hideMark/>
          </w:tcPr>
          <w:p w14:paraId="37CD4D2E" w14:textId="77777777" w:rsidR="00F55959" w:rsidRPr="00910A0A" w:rsidRDefault="00F55959" w:rsidP="00F55959">
            <w:pPr>
              <w:rPr>
                <w:rFonts w:eastAsia="Times New Roman" w:cs="Times New Roman"/>
                <w:color w:val="1B1C1D"/>
                <w:szCs w:val="24"/>
                <w:lang w:val="en-GB" w:eastAsia="et-EE"/>
              </w:rPr>
            </w:pPr>
          </w:p>
        </w:tc>
      </w:tr>
      <w:tr w:rsidR="00F55959" w:rsidRPr="00910A0A" w14:paraId="12B2ACA4" w14:textId="77777777" w:rsidTr="0007384A">
        <w:trPr>
          <w:trHeight w:val="269"/>
        </w:trPr>
        <w:tc>
          <w:tcPr>
            <w:tcW w:w="4915" w:type="dxa"/>
          </w:tcPr>
          <w:p w14:paraId="7C042282" w14:textId="6B95D45C"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Telephone</w:t>
            </w:r>
          </w:p>
        </w:tc>
        <w:tc>
          <w:tcPr>
            <w:tcW w:w="4124" w:type="dxa"/>
          </w:tcPr>
          <w:p w14:paraId="45ACD6A1" w14:textId="77777777" w:rsidR="00F55959" w:rsidRPr="00910A0A" w:rsidRDefault="00F55959" w:rsidP="00F55959">
            <w:pPr>
              <w:rPr>
                <w:rFonts w:eastAsia="Times New Roman" w:cs="Times New Roman"/>
                <w:color w:val="1B1C1D"/>
                <w:szCs w:val="24"/>
                <w:lang w:val="en-GB" w:eastAsia="et-EE"/>
              </w:rPr>
            </w:pPr>
          </w:p>
        </w:tc>
      </w:tr>
      <w:tr w:rsidR="00F55959" w:rsidRPr="00910A0A" w14:paraId="0095A498" w14:textId="77777777" w:rsidTr="0007384A">
        <w:trPr>
          <w:trHeight w:val="269"/>
        </w:trPr>
        <w:tc>
          <w:tcPr>
            <w:tcW w:w="4915" w:type="dxa"/>
            <w:hideMark/>
          </w:tcPr>
          <w:p w14:paraId="007D893F" w14:textId="7B7589BC" w:rsidR="00F55959" w:rsidRPr="00910A0A" w:rsidRDefault="00F55959" w:rsidP="00F55959">
            <w:pPr>
              <w:rPr>
                <w:rFonts w:eastAsia="Times New Roman" w:cs="Times New Roman"/>
                <w:color w:val="1B1C1D"/>
                <w:szCs w:val="24"/>
                <w:lang w:val="en-GB" w:eastAsia="et-EE"/>
              </w:rPr>
            </w:pPr>
            <w:r w:rsidRPr="00910A0A">
              <w:rPr>
                <w:rFonts w:eastAsia="Times New Roman" w:cs="Times New Roman"/>
                <w:color w:val="1B1C1D"/>
                <w:szCs w:val="24"/>
                <w:lang w:val="en-GB" w:eastAsia="et-EE"/>
              </w:rPr>
              <w:t>E-mail</w:t>
            </w:r>
          </w:p>
        </w:tc>
        <w:tc>
          <w:tcPr>
            <w:tcW w:w="4124" w:type="dxa"/>
            <w:hideMark/>
          </w:tcPr>
          <w:p w14:paraId="6B06D7E7" w14:textId="77777777" w:rsidR="00F55959" w:rsidRPr="00910A0A" w:rsidRDefault="00F55959" w:rsidP="00F55959">
            <w:pPr>
              <w:rPr>
                <w:rFonts w:eastAsia="Times New Roman" w:cs="Times New Roman"/>
                <w:color w:val="1B1C1D"/>
                <w:szCs w:val="24"/>
                <w:lang w:val="en-GB" w:eastAsia="et-EE"/>
              </w:rPr>
            </w:pPr>
          </w:p>
        </w:tc>
      </w:tr>
      <w:tr w:rsidR="00F55959" w:rsidRPr="00910A0A" w14:paraId="11DF7108" w14:textId="77777777" w:rsidTr="0007384A">
        <w:trPr>
          <w:trHeight w:val="897"/>
        </w:trPr>
        <w:tc>
          <w:tcPr>
            <w:tcW w:w="4915" w:type="dxa"/>
          </w:tcPr>
          <w:p w14:paraId="037D0315" w14:textId="7C43E7DF" w:rsidR="00F55959" w:rsidRPr="00910A0A" w:rsidRDefault="00F55959" w:rsidP="00F55959">
            <w:pPr>
              <w:rPr>
                <w:rFonts w:eastAsia="Times New Roman" w:cs="Times New Roman"/>
                <w:color w:val="1B1C1D"/>
                <w:szCs w:val="24"/>
                <w:lang w:val="en-GB" w:eastAsia="et-EE"/>
              </w:rPr>
            </w:pPr>
            <w:r w:rsidRPr="00910A0A">
              <w:rPr>
                <w:rFonts w:cs="Times New Roman"/>
                <w:szCs w:val="24"/>
                <w:lang w:val="en-GB"/>
              </w:rPr>
              <w:t xml:space="preserve">Are legal service invoices paid by the </w:t>
            </w:r>
            <w:r w:rsidR="004564A2">
              <w:rPr>
                <w:rFonts w:cs="Times New Roman"/>
                <w:szCs w:val="24"/>
                <w:lang w:val="en-GB"/>
              </w:rPr>
              <w:t>c</w:t>
            </w:r>
            <w:r w:rsidR="00DA56E4">
              <w:rPr>
                <w:rFonts w:cs="Times New Roman"/>
                <w:szCs w:val="24"/>
                <w:lang w:val="en-GB"/>
              </w:rPr>
              <w:t>lient</w:t>
            </w:r>
            <w:r w:rsidRPr="00910A0A">
              <w:rPr>
                <w:rFonts w:cs="Times New Roman"/>
                <w:szCs w:val="24"/>
                <w:lang w:val="en-GB"/>
              </w:rPr>
              <w:t>?</w:t>
            </w:r>
          </w:p>
        </w:tc>
        <w:tc>
          <w:tcPr>
            <w:tcW w:w="4124" w:type="dxa"/>
          </w:tcPr>
          <w:p w14:paraId="714B5300" w14:textId="2F5BD378" w:rsidR="00F55959" w:rsidRPr="00910A0A" w:rsidRDefault="004F6075" w:rsidP="00F55959">
            <w:pPr>
              <w:tabs>
                <w:tab w:val="left" w:pos="189"/>
                <w:tab w:val="left" w:pos="3544"/>
              </w:tabs>
              <w:rPr>
                <w:rFonts w:cs="Times New Roman"/>
                <w:szCs w:val="24"/>
                <w:lang w:val="en-GB"/>
              </w:rPr>
            </w:pPr>
            <w:sdt>
              <w:sdtPr>
                <w:rPr>
                  <w:rFonts w:cs="Times New Roman"/>
                  <w:szCs w:val="24"/>
                  <w:lang w:val="en-GB"/>
                </w:rPr>
                <w:alias w:val="Are legal service invoices paid by the customer? Yes"/>
                <w:tag w:val="Are legal service invoices paid by the customer? Yes"/>
                <w:id w:val="1787392301"/>
                <w14:checkbox>
                  <w14:checked w14:val="0"/>
                  <w14:checkedState w14:val="2612" w14:font="MS Gothic"/>
                  <w14:uncheckedState w14:val="2610" w14:font="MS Gothic"/>
                </w14:checkbox>
              </w:sdtPr>
              <w:sdtEndPr/>
              <w:sdtContent>
                <w:r w:rsidR="00F55959">
                  <w:rPr>
                    <w:rFonts w:ascii="MS Gothic" w:eastAsia="MS Gothic" w:hAnsi="MS Gothic" w:cs="Times New Roman" w:hint="eastAsia"/>
                    <w:szCs w:val="24"/>
                    <w:lang w:val="en-GB"/>
                  </w:rPr>
                  <w:t>☐</w:t>
                </w:r>
              </w:sdtContent>
            </w:sdt>
            <w:r w:rsidR="00F55959" w:rsidRPr="00910A0A">
              <w:rPr>
                <w:rFonts w:cs="Times New Roman"/>
                <w:szCs w:val="24"/>
                <w:lang w:val="en-GB"/>
              </w:rPr>
              <w:t>Yes</w:t>
            </w:r>
          </w:p>
          <w:p w14:paraId="6DEC0096" w14:textId="6D087FF0" w:rsidR="00F55959" w:rsidRPr="00910A0A" w:rsidRDefault="004F6075" w:rsidP="00F55959">
            <w:pPr>
              <w:tabs>
                <w:tab w:val="left" w:pos="189"/>
              </w:tabs>
              <w:rPr>
                <w:rFonts w:eastAsia="Times New Roman" w:cs="Times New Roman"/>
                <w:color w:val="1B1C1D"/>
                <w:szCs w:val="24"/>
                <w:lang w:val="en-GB" w:eastAsia="et-EE"/>
              </w:rPr>
            </w:pPr>
            <w:sdt>
              <w:sdtPr>
                <w:rPr>
                  <w:rFonts w:cs="Times New Roman"/>
                  <w:szCs w:val="24"/>
                  <w:lang w:val="en-GB"/>
                </w:rPr>
                <w:id w:val="469566186"/>
                <w14:checkbox>
                  <w14:checked w14:val="0"/>
                  <w14:checkedState w14:val="2612" w14:font="MS Gothic"/>
                  <w14:uncheckedState w14:val="2610" w14:font="MS Gothic"/>
                </w14:checkbox>
              </w:sdtPr>
              <w:sdtEndPr/>
              <w:sdtContent>
                <w:r w:rsidR="00F55959">
                  <w:rPr>
                    <w:rFonts w:ascii="MS Gothic" w:eastAsia="MS Gothic" w:hAnsi="MS Gothic" w:cs="Times New Roman" w:hint="eastAsia"/>
                    <w:szCs w:val="24"/>
                    <w:lang w:val="en-GB"/>
                  </w:rPr>
                  <w:t>☐</w:t>
                </w:r>
              </w:sdtContent>
            </w:sdt>
            <w:r w:rsidR="00F55959" w:rsidRPr="00910A0A">
              <w:rPr>
                <w:rFonts w:cs="Times New Roman"/>
                <w:szCs w:val="24"/>
                <w:lang w:val="en-GB"/>
              </w:rPr>
              <w:t xml:space="preserve">No, payment is made by </w:t>
            </w:r>
            <w:r w:rsidR="00F55959" w:rsidRPr="00910A0A">
              <w:rPr>
                <w:rFonts w:cs="Times New Roman"/>
                <w:i/>
                <w:iCs/>
                <w:szCs w:val="24"/>
                <w:lang w:val="en-GB"/>
              </w:rPr>
              <w:t>(please specify)</w:t>
            </w:r>
            <w:r w:rsidR="00F55959" w:rsidRPr="00910A0A">
              <w:rPr>
                <w:rFonts w:cs="Times New Roman"/>
                <w:szCs w:val="24"/>
                <w:lang w:val="en-GB"/>
              </w:rPr>
              <w:t xml:space="preserve">: </w:t>
            </w:r>
            <w:r w:rsidR="00F55959" w:rsidRPr="00910A0A">
              <w:rPr>
                <w:rFonts w:cs="Times New Roman"/>
                <w:szCs w:val="24"/>
                <w:lang w:val="en-GB"/>
              </w:rPr>
              <w:fldChar w:fldCharType="begin">
                <w:ffData>
                  <w:name w:val=""/>
                  <w:enabled/>
                  <w:calcOnExit w:val="0"/>
                  <w:textInput/>
                </w:ffData>
              </w:fldChar>
            </w:r>
            <w:r w:rsidR="00F55959" w:rsidRPr="00910A0A">
              <w:rPr>
                <w:rFonts w:cs="Times New Roman"/>
                <w:szCs w:val="24"/>
                <w:lang w:val="en-GB"/>
              </w:rPr>
              <w:instrText xml:space="preserve"> FORMTEXT </w:instrText>
            </w:r>
            <w:r w:rsidR="00F55959" w:rsidRPr="00910A0A">
              <w:rPr>
                <w:rFonts w:cs="Times New Roman"/>
                <w:szCs w:val="24"/>
                <w:lang w:val="en-GB"/>
              </w:rPr>
            </w:r>
            <w:r w:rsidR="00F55959" w:rsidRPr="00910A0A">
              <w:rPr>
                <w:rFonts w:cs="Times New Roman"/>
                <w:szCs w:val="24"/>
                <w:lang w:val="en-GB"/>
              </w:rPr>
              <w:fldChar w:fldCharType="separate"/>
            </w:r>
            <w:r w:rsidR="00F55959" w:rsidRPr="00910A0A">
              <w:rPr>
                <w:rFonts w:cs="Times New Roman"/>
                <w:noProof/>
                <w:szCs w:val="24"/>
                <w:lang w:val="en-GB"/>
              </w:rPr>
              <w:t>     </w:t>
            </w:r>
            <w:r w:rsidR="00F55959" w:rsidRPr="00910A0A">
              <w:rPr>
                <w:rFonts w:cs="Times New Roman"/>
                <w:szCs w:val="24"/>
                <w:lang w:val="en-GB"/>
              </w:rPr>
              <w:fldChar w:fldCharType="end"/>
            </w:r>
            <w:r w:rsidR="00F55959" w:rsidRPr="00910A0A">
              <w:rPr>
                <w:rFonts w:cs="Times New Roman"/>
                <w:szCs w:val="24"/>
                <w:lang w:val="en-GB"/>
              </w:rPr>
              <w:t xml:space="preserve"> </w:t>
            </w:r>
          </w:p>
        </w:tc>
      </w:tr>
      <w:tr w:rsidR="00F55959" w:rsidRPr="00910A0A" w14:paraId="17DB88CA" w14:textId="77777777" w:rsidTr="0007384A">
        <w:trPr>
          <w:trHeight w:val="897"/>
        </w:trPr>
        <w:tc>
          <w:tcPr>
            <w:tcW w:w="4915" w:type="dxa"/>
          </w:tcPr>
          <w:p w14:paraId="25312B35" w14:textId="701B4B8A" w:rsidR="00F55959" w:rsidRPr="00910A0A" w:rsidRDefault="00F55959" w:rsidP="00F55959">
            <w:pPr>
              <w:rPr>
                <w:rFonts w:cs="Times New Roman"/>
                <w:szCs w:val="24"/>
                <w:lang w:val="en-GB"/>
              </w:rPr>
            </w:pPr>
            <w:r w:rsidRPr="00910A0A">
              <w:rPr>
                <w:rFonts w:cs="Times New Roman"/>
                <w:szCs w:val="24"/>
                <w:lang w:val="en-GB"/>
              </w:rPr>
              <w:lastRenderedPageBreak/>
              <w:t>Method of payment for legal services</w:t>
            </w:r>
          </w:p>
        </w:tc>
        <w:tc>
          <w:tcPr>
            <w:tcW w:w="4124" w:type="dxa"/>
          </w:tcPr>
          <w:p w14:paraId="269D5A86" w14:textId="36057ACE" w:rsidR="00F55959" w:rsidRPr="00910A0A" w:rsidRDefault="004F6075" w:rsidP="00F55959">
            <w:pPr>
              <w:tabs>
                <w:tab w:val="right" w:pos="1418"/>
                <w:tab w:val="left" w:pos="3544"/>
              </w:tabs>
              <w:rPr>
                <w:rFonts w:cs="Times New Roman"/>
                <w:szCs w:val="24"/>
                <w:lang w:val="en-GB"/>
              </w:rPr>
            </w:pPr>
            <w:sdt>
              <w:sdtPr>
                <w:rPr>
                  <w:rFonts w:cs="Times New Roman"/>
                  <w:szCs w:val="24"/>
                  <w:lang w:val="en-GB"/>
                </w:rPr>
                <w:id w:val="-2056689486"/>
                <w14:checkbox>
                  <w14:checked w14:val="0"/>
                  <w14:checkedState w14:val="2612" w14:font="MS Gothic"/>
                  <w14:uncheckedState w14:val="2610" w14:font="MS Gothic"/>
                </w14:checkbox>
              </w:sdtPr>
              <w:sdtEndPr/>
              <w:sdtContent>
                <w:r w:rsidR="00F55959" w:rsidRPr="00910A0A">
                  <w:rPr>
                    <w:rFonts w:eastAsia="MS Gothic" w:cs="Times New Roman"/>
                    <w:szCs w:val="24"/>
                    <w:lang w:val="en-GB"/>
                  </w:rPr>
                  <w:t xml:space="preserve">   </w:t>
                </w:r>
                <w:r w:rsidR="00F55959" w:rsidRPr="00910A0A">
                  <w:rPr>
                    <w:rFonts w:ascii="Segoe UI Symbol" w:eastAsia="MS Gothic" w:hAnsi="Segoe UI Symbol" w:cs="Segoe UI Symbol"/>
                    <w:szCs w:val="24"/>
                    <w:lang w:val="en-GB"/>
                  </w:rPr>
                  <w:t>☐</w:t>
                </w:r>
                <w:r w:rsidR="00F55959" w:rsidRPr="00910A0A">
                  <w:rPr>
                    <w:rFonts w:eastAsia="MS Gothic" w:cs="Times New Roman"/>
                    <w:szCs w:val="24"/>
                    <w:lang w:val="en-GB"/>
                  </w:rPr>
                  <w:t xml:space="preserve"> </w:t>
                </w:r>
              </w:sdtContent>
            </w:sdt>
            <w:r w:rsidR="00F55959" w:rsidRPr="00910A0A">
              <w:rPr>
                <w:rFonts w:cs="Times New Roman"/>
                <w:szCs w:val="24"/>
                <w:lang w:val="en-GB"/>
              </w:rPr>
              <w:t xml:space="preserve"> Cash</w:t>
            </w:r>
          </w:p>
          <w:p w14:paraId="04390CBB" w14:textId="4E317277" w:rsidR="00F55959" w:rsidRPr="00910A0A" w:rsidRDefault="004F6075" w:rsidP="00F55959">
            <w:pPr>
              <w:tabs>
                <w:tab w:val="right" w:pos="1418"/>
                <w:tab w:val="left" w:pos="3544"/>
              </w:tabs>
              <w:rPr>
                <w:rFonts w:cs="Times New Roman"/>
                <w:szCs w:val="24"/>
                <w:lang w:val="en-GB"/>
              </w:rPr>
            </w:pPr>
            <w:sdt>
              <w:sdtPr>
                <w:rPr>
                  <w:rFonts w:cs="Times New Roman"/>
                  <w:szCs w:val="24"/>
                  <w:lang w:val="en-GB"/>
                </w:rPr>
                <w:id w:val="84265100"/>
                <w14:checkbox>
                  <w14:checked w14:val="0"/>
                  <w14:checkedState w14:val="2612" w14:font="MS Gothic"/>
                  <w14:uncheckedState w14:val="2610" w14:font="MS Gothic"/>
                </w14:checkbox>
              </w:sdtPr>
              <w:sdtEndPr/>
              <w:sdtContent>
                <w:r w:rsidR="00F55959" w:rsidRPr="00910A0A">
                  <w:rPr>
                    <w:rFonts w:eastAsia="MS Gothic" w:cs="Times New Roman"/>
                    <w:szCs w:val="24"/>
                    <w:lang w:val="en-GB"/>
                  </w:rPr>
                  <w:t xml:space="preserve">   </w:t>
                </w:r>
                <w:r w:rsidR="00F55959" w:rsidRPr="00910A0A">
                  <w:rPr>
                    <w:rFonts w:ascii="Segoe UI Symbol" w:eastAsia="MS Gothic" w:hAnsi="Segoe UI Symbol" w:cs="Segoe UI Symbol"/>
                    <w:szCs w:val="24"/>
                    <w:lang w:val="en-GB"/>
                  </w:rPr>
                  <w:t>☐</w:t>
                </w:r>
                <w:r w:rsidR="00F55959" w:rsidRPr="00910A0A">
                  <w:rPr>
                    <w:rFonts w:eastAsia="MS Gothic" w:cs="Times New Roman"/>
                    <w:szCs w:val="24"/>
                    <w:lang w:val="en-GB"/>
                  </w:rPr>
                  <w:t xml:space="preserve"> </w:t>
                </w:r>
              </w:sdtContent>
            </w:sdt>
            <w:r w:rsidR="00F55959" w:rsidRPr="00910A0A">
              <w:rPr>
                <w:rFonts w:cs="Times New Roman"/>
                <w:szCs w:val="24"/>
                <w:lang w:val="en-GB"/>
              </w:rPr>
              <w:t xml:space="preserve"> Bank transfer</w:t>
            </w:r>
          </w:p>
          <w:p w14:paraId="6A534719" w14:textId="391AF85F" w:rsidR="00F55959" w:rsidRPr="00910A0A" w:rsidRDefault="004F6075" w:rsidP="00F55959">
            <w:pPr>
              <w:tabs>
                <w:tab w:val="right" w:pos="1418"/>
                <w:tab w:val="left" w:pos="3544"/>
              </w:tabs>
              <w:rPr>
                <w:rFonts w:cs="Times New Roman"/>
                <w:szCs w:val="24"/>
                <w:lang w:val="en-GB"/>
              </w:rPr>
            </w:pPr>
            <w:sdt>
              <w:sdtPr>
                <w:rPr>
                  <w:rFonts w:cs="Times New Roman"/>
                  <w:szCs w:val="24"/>
                  <w:lang w:val="en-GB"/>
                </w:rPr>
                <w:id w:val="-963653700"/>
                <w14:checkbox>
                  <w14:checked w14:val="0"/>
                  <w14:checkedState w14:val="2612" w14:font="MS Gothic"/>
                  <w14:uncheckedState w14:val="2610" w14:font="MS Gothic"/>
                </w14:checkbox>
              </w:sdtPr>
              <w:sdtEndPr/>
              <w:sdtContent>
                <w:r w:rsidR="00F55959" w:rsidRPr="00910A0A">
                  <w:rPr>
                    <w:rFonts w:eastAsia="MS Gothic" w:cs="Times New Roman"/>
                    <w:szCs w:val="24"/>
                    <w:lang w:val="en-GB"/>
                  </w:rPr>
                  <w:t xml:space="preserve">   </w:t>
                </w:r>
                <w:r w:rsidR="00F55959" w:rsidRPr="00910A0A">
                  <w:rPr>
                    <w:rFonts w:ascii="Segoe UI Symbol" w:eastAsia="MS Gothic" w:hAnsi="Segoe UI Symbol" w:cs="Segoe UI Symbol"/>
                    <w:szCs w:val="24"/>
                    <w:lang w:val="en-GB"/>
                  </w:rPr>
                  <w:t>☐</w:t>
                </w:r>
                <w:r w:rsidR="00F55959" w:rsidRPr="00910A0A">
                  <w:rPr>
                    <w:rFonts w:eastAsia="MS Gothic" w:cs="Times New Roman"/>
                    <w:szCs w:val="24"/>
                    <w:lang w:val="en-GB"/>
                  </w:rPr>
                  <w:t xml:space="preserve"> </w:t>
                </w:r>
              </w:sdtContent>
            </w:sdt>
            <w:r w:rsidR="00F55959" w:rsidRPr="00910A0A">
              <w:rPr>
                <w:rFonts w:cs="Times New Roman"/>
                <w:szCs w:val="24"/>
                <w:lang w:val="en-GB"/>
              </w:rPr>
              <w:t xml:space="preserve"> Other </w:t>
            </w:r>
            <w:r w:rsidR="00F55959" w:rsidRPr="00910A0A">
              <w:rPr>
                <w:rFonts w:cs="Times New Roman"/>
                <w:i/>
                <w:iCs/>
                <w:szCs w:val="24"/>
                <w:lang w:val="en-GB"/>
              </w:rPr>
              <w:t xml:space="preserve">(please specify) </w:t>
            </w:r>
            <w:r w:rsidR="00F55959" w:rsidRPr="00910A0A">
              <w:rPr>
                <w:rFonts w:cs="Times New Roman"/>
                <w:szCs w:val="24"/>
                <w:lang w:val="en-GB"/>
              </w:rPr>
              <w:fldChar w:fldCharType="begin">
                <w:ffData>
                  <w:name w:val=""/>
                  <w:enabled/>
                  <w:calcOnExit w:val="0"/>
                  <w:textInput/>
                </w:ffData>
              </w:fldChar>
            </w:r>
            <w:r w:rsidR="00F55959" w:rsidRPr="00910A0A">
              <w:rPr>
                <w:rFonts w:cs="Times New Roman"/>
                <w:szCs w:val="24"/>
                <w:lang w:val="en-GB"/>
              </w:rPr>
              <w:instrText xml:space="preserve"> FORMTEXT </w:instrText>
            </w:r>
            <w:r w:rsidR="00F55959" w:rsidRPr="00910A0A">
              <w:rPr>
                <w:rFonts w:cs="Times New Roman"/>
                <w:szCs w:val="24"/>
                <w:lang w:val="en-GB"/>
              </w:rPr>
            </w:r>
            <w:r w:rsidR="00F55959" w:rsidRPr="00910A0A">
              <w:rPr>
                <w:rFonts w:cs="Times New Roman"/>
                <w:szCs w:val="24"/>
                <w:lang w:val="en-GB"/>
              </w:rPr>
              <w:fldChar w:fldCharType="separate"/>
            </w:r>
            <w:r w:rsidR="00F55959" w:rsidRPr="00910A0A">
              <w:rPr>
                <w:rFonts w:cs="Times New Roman"/>
                <w:noProof/>
                <w:szCs w:val="24"/>
                <w:lang w:val="en-GB"/>
              </w:rPr>
              <w:t>     </w:t>
            </w:r>
            <w:r w:rsidR="00F55959" w:rsidRPr="00910A0A">
              <w:rPr>
                <w:rFonts w:cs="Times New Roman"/>
                <w:szCs w:val="24"/>
                <w:lang w:val="en-GB"/>
              </w:rPr>
              <w:fldChar w:fldCharType="end"/>
            </w:r>
            <w:r w:rsidR="00F55959" w:rsidRPr="00910A0A">
              <w:rPr>
                <w:rFonts w:cs="Times New Roman"/>
                <w:szCs w:val="24"/>
                <w:lang w:val="en-GB"/>
              </w:rPr>
              <w:t xml:space="preserve"> </w:t>
            </w:r>
          </w:p>
        </w:tc>
      </w:tr>
    </w:tbl>
    <w:p w14:paraId="7F9D6239" w14:textId="2F43DAE9" w:rsidR="005D36A7" w:rsidRPr="00910A0A" w:rsidRDefault="00FC79A4" w:rsidP="3E5B4943">
      <w:pPr>
        <w:rPr>
          <w:rFonts w:cs="Times New Roman"/>
          <w:szCs w:val="24"/>
          <w:lang w:val="en-GB"/>
        </w:rPr>
      </w:pPr>
      <w:r w:rsidRPr="00910A0A">
        <w:rPr>
          <w:rFonts w:cs="Times New Roman"/>
          <w:b/>
          <w:bCs/>
          <w:szCs w:val="24"/>
          <w:lang w:val="en-GB"/>
        </w:rPr>
        <w:t xml:space="preserve">DATA OF THE </w:t>
      </w:r>
      <w:r w:rsidR="00DA56E4">
        <w:rPr>
          <w:rFonts w:cs="Times New Roman"/>
          <w:b/>
          <w:bCs/>
          <w:szCs w:val="24"/>
          <w:lang w:val="en-GB"/>
        </w:rPr>
        <w:t>CLIENT</w:t>
      </w:r>
      <w:r w:rsidRPr="00910A0A">
        <w:rPr>
          <w:rFonts w:cs="Times New Roman"/>
          <w:b/>
          <w:bCs/>
          <w:szCs w:val="24"/>
          <w:lang w:val="en-GB"/>
        </w:rPr>
        <w:t>'S REPRESENTATIVE WHO IS A NATURAL PERSON</w:t>
      </w:r>
    </w:p>
    <w:tbl>
      <w:tblPr>
        <w:tblStyle w:val="Kontuurtabel"/>
        <w:tblW w:w="9062" w:type="dxa"/>
        <w:tblLook w:val="04A0" w:firstRow="1" w:lastRow="0" w:firstColumn="1" w:lastColumn="0" w:noHBand="0" w:noVBand="1"/>
      </w:tblPr>
      <w:tblGrid>
        <w:gridCol w:w="404"/>
        <w:gridCol w:w="4095"/>
        <w:gridCol w:w="4563"/>
      </w:tblGrid>
      <w:tr w:rsidR="00317299" w:rsidRPr="00910A0A" w14:paraId="424394D6" w14:textId="77777777" w:rsidTr="00E804EA">
        <w:trPr>
          <w:trHeight w:val="272"/>
        </w:trPr>
        <w:tc>
          <w:tcPr>
            <w:tcW w:w="4499" w:type="dxa"/>
            <w:gridSpan w:val="2"/>
          </w:tcPr>
          <w:p w14:paraId="49A2C784" w14:textId="03C43E55" w:rsidR="00317299" w:rsidRPr="00910A0A" w:rsidRDefault="00DA4E91" w:rsidP="00317299">
            <w:pPr>
              <w:rPr>
                <w:rFonts w:cs="Times New Roman"/>
                <w:szCs w:val="24"/>
                <w:lang w:val="en-GB"/>
              </w:rPr>
            </w:pPr>
            <w:r w:rsidRPr="00DA4E91">
              <w:rPr>
                <w:rFonts w:cs="Times New Roman"/>
                <w:szCs w:val="24"/>
                <w:lang w:val="en-GB"/>
              </w:rPr>
              <w:t>First name and surname</w:t>
            </w:r>
          </w:p>
        </w:tc>
        <w:tc>
          <w:tcPr>
            <w:tcW w:w="4563" w:type="dxa"/>
          </w:tcPr>
          <w:p w14:paraId="04CCDCE9" w14:textId="77777777" w:rsidR="00317299" w:rsidRPr="00910A0A" w:rsidRDefault="00317299" w:rsidP="00317299">
            <w:pPr>
              <w:rPr>
                <w:rFonts w:cs="Times New Roman"/>
                <w:szCs w:val="24"/>
                <w:lang w:val="en-GB"/>
              </w:rPr>
            </w:pPr>
          </w:p>
        </w:tc>
      </w:tr>
      <w:tr w:rsidR="00420BAE" w:rsidRPr="00910A0A" w14:paraId="0894F334" w14:textId="77777777" w:rsidTr="00E804EA">
        <w:trPr>
          <w:trHeight w:val="562"/>
        </w:trPr>
        <w:tc>
          <w:tcPr>
            <w:tcW w:w="4499" w:type="dxa"/>
            <w:gridSpan w:val="2"/>
          </w:tcPr>
          <w:p w14:paraId="35B1A671" w14:textId="7C33395C" w:rsidR="00420BAE" w:rsidRPr="00910A0A" w:rsidRDefault="009672A7" w:rsidP="00420BAE">
            <w:pPr>
              <w:rPr>
                <w:rFonts w:cs="Times New Roman"/>
                <w:szCs w:val="24"/>
                <w:lang w:val="en-GB"/>
              </w:rPr>
            </w:pPr>
            <w:r w:rsidRPr="009672A7">
              <w:rPr>
                <w:rFonts w:cs="Times New Roman"/>
                <w:szCs w:val="24"/>
                <w:lang w:val="en-GB"/>
              </w:rPr>
              <w:t>Personal identification code (or date of birth in the case of a non-resident)</w:t>
            </w:r>
          </w:p>
        </w:tc>
        <w:tc>
          <w:tcPr>
            <w:tcW w:w="4563" w:type="dxa"/>
          </w:tcPr>
          <w:p w14:paraId="7B4B0893" w14:textId="77777777" w:rsidR="00420BAE" w:rsidRPr="00910A0A" w:rsidRDefault="00420BAE" w:rsidP="00420BAE">
            <w:pPr>
              <w:rPr>
                <w:rFonts w:cs="Times New Roman"/>
                <w:szCs w:val="24"/>
                <w:lang w:val="en-GB"/>
              </w:rPr>
            </w:pPr>
          </w:p>
        </w:tc>
      </w:tr>
      <w:tr w:rsidR="005D36A7" w:rsidRPr="00910A0A" w14:paraId="299D7541" w14:textId="77777777" w:rsidTr="00E804EA">
        <w:trPr>
          <w:trHeight w:val="257"/>
        </w:trPr>
        <w:tc>
          <w:tcPr>
            <w:tcW w:w="4499" w:type="dxa"/>
            <w:gridSpan w:val="2"/>
          </w:tcPr>
          <w:p w14:paraId="5542D8D9" w14:textId="47E9407B" w:rsidR="005D36A7" w:rsidRPr="00910A0A" w:rsidRDefault="00FC79A4" w:rsidP="3E5B4943">
            <w:pPr>
              <w:rPr>
                <w:rFonts w:cs="Times New Roman"/>
                <w:szCs w:val="24"/>
                <w:lang w:val="en-GB"/>
              </w:rPr>
            </w:pPr>
            <w:r w:rsidRPr="00910A0A">
              <w:rPr>
                <w:rFonts w:cs="Times New Roman"/>
                <w:szCs w:val="24"/>
                <w:lang w:val="en-GB"/>
              </w:rPr>
              <w:t>Place of residence</w:t>
            </w:r>
            <w:r w:rsidR="00540EB2" w:rsidRPr="00910A0A">
              <w:rPr>
                <w:rFonts w:cs="Times New Roman"/>
                <w:szCs w:val="24"/>
                <w:lang w:val="en-GB"/>
              </w:rPr>
              <w:t xml:space="preserve"> or location</w:t>
            </w:r>
          </w:p>
        </w:tc>
        <w:tc>
          <w:tcPr>
            <w:tcW w:w="4563" w:type="dxa"/>
          </w:tcPr>
          <w:p w14:paraId="0085D733" w14:textId="77777777" w:rsidR="005D36A7" w:rsidRPr="00910A0A" w:rsidRDefault="005D36A7" w:rsidP="3E5B4943">
            <w:pPr>
              <w:rPr>
                <w:rFonts w:cs="Times New Roman"/>
                <w:szCs w:val="24"/>
                <w:lang w:val="en-GB"/>
              </w:rPr>
            </w:pPr>
          </w:p>
        </w:tc>
      </w:tr>
      <w:tr w:rsidR="005D36A7" w:rsidRPr="00910A0A" w14:paraId="6296E4D9" w14:textId="77777777" w:rsidTr="00E804EA">
        <w:trPr>
          <w:trHeight w:val="272"/>
        </w:trPr>
        <w:tc>
          <w:tcPr>
            <w:tcW w:w="4499" w:type="dxa"/>
            <w:gridSpan w:val="2"/>
          </w:tcPr>
          <w:p w14:paraId="18A7FB29" w14:textId="0FDC89C4" w:rsidR="005D36A7" w:rsidRPr="00910A0A" w:rsidRDefault="0091796B" w:rsidP="3E5B4943">
            <w:pPr>
              <w:rPr>
                <w:rFonts w:cs="Times New Roman"/>
                <w:szCs w:val="24"/>
                <w:lang w:val="en-GB"/>
              </w:rPr>
            </w:pPr>
            <w:r w:rsidRPr="00910A0A">
              <w:rPr>
                <w:rFonts w:cs="Times New Roman"/>
                <w:szCs w:val="24"/>
                <w:lang w:val="en-GB"/>
              </w:rPr>
              <w:t>Type of identity document</w:t>
            </w:r>
            <w:r w:rsidR="00D209BD" w:rsidRPr="00910A0A">
              <w:rPr>
                <w:rFonts w:cs="Times New Roman"/>
                <w:szCs w:val="24"/>
                <w:lang w:val="en-GB"/>
              </w:rPr>
              <w:t xml:space="preserve"> (passport</w:t>
            </w:r>
            <w:r w:rsidR="005421D2" w:rsidRPr="00910A0A">
              <w:rPr>
                <w:rFonts w:cs="Times New Roman"/>
                <w:szCs w:val="24"/>
                <w:lang w:val="en-GB"/>
              </w:rPr>
              <w:t xml:space="preserve"> </w:t>
            </w:r>
            <w:r w:rsidR="007E643A" w:rsidRPr="00910A0A">
              <w:rPr>
                <w:rFonts w:cs="Times New Roman"/>
                <w:szCs w:val="24"/>
                <w:lang w:val="en-GB"/>
              </w:rPr>
              <w:t>etc.</w:t>
            </w:r>
            <w:r w:rsidR="005421D2" w:rsidRPr="00910A0A">
              <w:rPr>
                <w:rFonts w:cs="Times New Roman"/>
                <w:szCs w:val="24"/>
                <w:lang w:val="en-GB"/>
              </w:rPr>
              <w:t>)</w:t>
            </w:r>
          </w:p>
        </w:tc>
        <w:tc>
          <w:tcPr>
            <w:tcW w:w="4563" w:type="dxa"/>
          </w:tcPr>
          <w:p w14:paraId="7F5B09E0" w14:textId="77777777" w:rsidR="005D36A7" w:rsidRPr="00910A0A" w:rsidRDefault="005D36A7" w:rsidP="3E5B4943">
            <w:pPr>
              <w:rPr>
                <w:rFonts w:cs="Times New Roman"/>
                <w:szCs w:val="24"/>
                <w:lang w:val="en-GB"/>
              </w:rPr>
            </w:pPr>
          </w:p>
        </w:tc>
      </w:tr>
      <w:tr w:rsidR="005D36A7" w:rsidRPr="00910A0A" w14:paraId="522BF010" w14:textId="77777777" w:rsidTr="00E804EA">
        <w:trPr>
          <w:trHeight w:val="272"/>
        </w:trPr>
        <w:tc>
          <w:tcPr>
            <w:tcW w:w="4499" w:type="dxa"/>
            <w:gridSpan w:val="2"/>
          </w:tcPr>
          <w:p w14:paraId="51D654D6" w14:textId="77777777" w:rsidR="005D36A7" w:rsidRPr="00910A0A" w:rsidRDefault="0091796B" w:rsidP="3E5B4943">
            <w:pPr>
              <w:rPr>
                <w:rFonts w:cs="Times New Roman"/>
                <w:szCs w:val="24"/>
                <w:lang w:val="en-GB"/>
              </w:rPr>
            </w:pPr>
            <w:r w:rsidRPr="00910A0A">
              <w:rPr>
                <w:rFonts w:cs="Times New Roman"/>
                <w:szCs w:val="24"/>
                <w:lang w:val="en-GB"/>
              </w:rPr>
              <w:t>Document number</w:t>
            </w:r>
          </w:p>
        </w:tc>
        <w:tc>
          <w:tcPr>
            <w:tcW w:w="4563" w:type="dxa"/>
          </w:tcPr>
          <w:p w14:paraId="2681872F" w14:textId="77777777" w:rsidR="005D36A7" w:rsidRPr="00910A0A" w:rsidRDefault="005D36A7" w:rsidP="3E5B4943">
            <w:pPr>
              <w:rPr>
                <w:rFonts w:cs="Times New Roman"/>
                <w:szCs w:val="24"/>
                <w:lang w:val="en-GB"/>
              </w:rPr>
            </w:pPr>
          </w:p>
        </w:tc>
      </w:tr>
      <w:tr w:rsidR="005D36A7" w:rsidRPr="00910A0A" w14:paraId="00EE5BA8" w14:textId="77777777" w:rsidTr="00E804EA">
        <w:trPr>
          <w:trHeight w:val="272"/>
        </w:trPr>
        <w:tc>
          <w:tcPr>
            <w:tcW w:w="4499" w:type="dxa"/>
            <w:gridSpan w:val="2"/>
          </w:tcPr>
          <w:p w14:paraId="7AA5756B" w14:textId="77777777" w:rsidR="005D36A7" w:rsidRPr="00910A0A" w:rsidRDefault="0091796B" w:rsidP="3E5B4943">
            <w:pPr>
              <w:rPr>
                <w:rFonts w:cs="Times New Roman"/>
                <w:szCs w:val="24"/>
                <w:lang w:val="en-GB"/>
              </w:rPr>
            </w:pPr>
            <w:r w:rsidRPr="00910A0A">
              <w:rPr>
                <w:rFonts w:cs="Times New Roman"/>
                <w:szCs w:val="24"/>
                <w:lang w:val="en-GB"/>
              </w:rPr>
              <w:t>Date of issue</w:t>
            </w:r>
          </w:p>
        </w:tc>
        <w:tc>
          <w:tcPr>
            <w:tcW w:w="4563" w:type="dxa"/>
          </w:tcPr>
          <w:p w14:paraId="38968162" w14:textId="77777777" w:rsidR="005D36A7" w:rsidRPr="00910A0A" w:rsidRDefault="005D36A7" w:rsidP="3E5B4943">
            <w:pPr>
              <w:rPr>
                <w:rFonts w:cs="Times New Roman"/>
                <w:szCs w:val="24"/>
                <w:lang w:val="en-GB"/>
              </w:rPr>
            </w:pPr>
          </w:p>
        </w:tc>
      </w:tr>
      <w:tr w:rsidR="005D36A7" w:rsidRPr="00910A0A" w14:paraId="7B137212" w14:textId="77777777" w:rsidTr="00E804EA">
        <w:trPr>
          <w:trHeight w:val="272"/>
        </w:trPr>
        <w:tc>
          <w:tcPr>
            <w:tcW w:w="4499" w:type="dxa"/>
            <w:gridSpan w:val="2"/>
          </w:tcPr>
          <w:p w14:paraId="533EE158" w14:textId="20587079" w:rsidR="005D36A7" w:rsidRPr="00910A0A" w:rsidRDefault="00B756FF" w:rsidP="3E5B4943">
            <w:pPr>
              <w:rPr>
                <w:rFonts w:cs="Times New Roman"/>
                <w:szCs w:val="24"/>
                <w:lang w:val="en-GB"/>
              </w:rPr>
            </w:pPr>
            <w:r w:rsidRPr="00B756FF">
              <w:rPr>
                <w:rFonts w:cs="Times New Roman"/>
                <w:szCs w:val="24"/>
                <w:lang w:val="en-GB"/>
              </w:rPr>
              <w:t>Date of expiry of the document</w:t>
            </w:r>
          </w:p>
        </w:tc>
        <w:tc>
          <w:tcPr>
            <w:tcW w:w="4563" w:type="dxa"/>
          </w:tcPr>
          <w:p w14:paraId="2E57D858" w14:textId="77777777" w:rsidR="005D36A7" w:rsidRPr="00910A0A" w:rsidRDefault="005D36A7" w:rsidP="3E5B4943">
            <w:pPr>
              <w:rPr>
                <w:rFonts w:cs="Times New Roman"/>
                <w:szCs w:val="24"/>
                <w:lang w:val="en-GB"/>
              </w:rPr>
            </w:pPr>
          </w:p>
        </w:tc>
      </w:tr>
      <w:tr w:rsidR="005D36A7" w:rsidRPr="00910A0A" w14:paraId="77FBB20F" w14:textId="77777777" w:rsidTr="00E804EA">
        <w:trPr>
          <w:trHeight w:val="272"/>
        </w:trPr>
        <w:tc>
          <w:tcPr>
            <w:tcW w:w="4499" w:type="dxa"/>
            <w:gridSpan w:val="2"/>
          </w:tcPr>
          <w:p w14:paraId="340C0F08" w14:textId="77777777" w:rsidR="005D36A7" w:rsidRPr="00910A0A" w:rsidRDefault="0091796B" w:rsidP="3E5B4943">
            <w:pPr>
              <w:rPr>
                <w:rFonts w:cs="Times New Roman"/>
                <w:szCs w:val="24"/>
                <w:lang w:val="en-GB"/>
              </w:rPr>
            </w:pPr>
            <w:r w:rsidRPr="00910A0A">
              <w:rPr>
                <w:rFonts w:cs="Times New Roman"/>
                <w:szCs w:val="24"/>
                <w:lang w:val="en-GB"/>
              </w:rPr>
              <w:t>Country of issue of the document</w:t>
            </w:r>
          </w:p>
        </w:tc>
        <w:tc>
          <w:tcPr>
            <w:tcW w:w="4563" w:type="dxa"/>
          </w:tcPr>
          <w:p w14:paraId="4DA96E5D" w14:textId="77777777" w:rsidR="005D36A7" w:rsidRPr="00910A0A" w:rsidRDefault="005D36A7" w:rsidP="3E5B4943">
            <w:pPr>
              <w:rPr>
                <w:rFonts w:cs="Times New Roman"/>
                <w:szCs w:val="24"/>
                <w:lang w:val="en-GB"/>
              </w:rPr>
            </w:pPr>
          </w:p>
        </w:tc>
      </w:tr>
      <w:tr w:rsidR="005231E9" w:rsidRPr="00910A0A" w14:paraId="29B42FBF" w14:textId="77777777" w:rsidTr="00E804EA">
        <w:trPr>
          <w:trHeight w:val="272"/>
        </w:trPr>
        <w:tc>
          <w:tcPr>
            <w:tcW w:w="4499" w:type="dxa"/>
            <w:gridSpan w:val="2"/>
          </w:tcPr>
          <w:p w14:paraId="5B0E928C" w14:textId="77777777" w:rsidR="005231E9" w:rsidRPr="00910A0A" w:rsidRDefault="005231E9">
            <w:pPr>
              <w:rPr>
                <w:rFonts w:cs="Times New Roman"/>
                <w:szCs w:val="24"/>
                <w:lang w:val="en-GB"/>
              </w:rPr>
            </w:pPr>
            <w:r w:rsidRPr="00910A0A">
              <w:rPr>
                <w:rFonts w:cs="Times New Roman"/>
                <w:szCs w:val="24"/>
                <w:lang w:val="en-GB"/>
              </w:rPr>
              <w:t>Telephone</w:t>
            </w:r>
          </w:p>
        </w:tc>
        <w:tc>
          <w:tcPr>
            <w:tcW w:w="4563" w:type="dxa"/>
          </w:tcPr>
          <w:p w14:paraId="5918DBC6" w14:textId="77777777" w:rsidR="005231E9" w:rsidRPr="00910A0A" w:rsidRDefault="005231E9">
            <w:pPr>
              <w:rPr>
                <w:rFonts w:cs="Times New Roman"/>
                <w:szCs w:val="24"/>
                <w:lang w:val="en-GB"/>
              </w:rPr>
            </w:pPr>
          </w:p>
        </w:tc>
      </w:tr>
      <w:tr w:rsidR="005231E9" w:rsidRPr="00910A0A" w14:paraId="549B5472" w14:textId="77777777" w:rsidTr="00E804EA">
        <w:trPr>
          <w:trHeight w:val="288"/>
        </w:trPr>
        <w:tc>
          <w:tcPr>
            <w:tcW w:w="4499" w:type="dxa"/>
            <w:gridSpan w:val="2"/>
          </w:tcPr>
          <w:p w14:paraId="00986CAF" w14:textId="77777777" w:rsidR="005231E9" w:rsidRPr="00910A0A" w:rsidRDefault="005231E9">
            <w:pPr>
              <w:rPr>
                <w:rFonts w:cs="Times New Roman"/>
                <w:szCs w:val="24"/>
                <w:lang w:val="en-GB"/>
              </w:rPr>
            </w:pPr>
            <w:r w:rsidRPr="00910A0A">
              <w:rPr>
                <w:rFonts w:cs="Times New Roman"/>
                <w:szCs w:val="24"/>
                <w:lang w:val="en-GB"/>
              </w:rPr>
              <w:t>E-mail</w:t>
            </w:r>
          </w:p>
        </w:tc>
        <w:tc>
          <w:tcPr>
            <w:tcW w:w="4563" w:type="dxa"/>
          </w:tcPr>
          <w:p w14:paraId="728E3530" w14:textId="77777777" w:rsidR="005231E9" w:rsidRPr="00910A0A" w:rsidRDefault="005231E9">
            <w:pPr>
              <w:rPr>
                <w:rFonts w:cs="Times New Roman"/>
                <w:szCs w:val="24"/>
                <w:lang w:val="en-GB"/>
              </w:rPr>
            </w:pPr>
          </w:p>
        </w:tc>
      </w:tr>
      <w:tr w:rsidR="00A535E1" w:rsidRPr="00910A0A" w14:paraId="439846BD" w14:textId="77777777" w:rsidTr="0007384A">
        <w:trPr>
          <w:trHeight w:val="340"/>
        </w:trPr>
        <w:tc>
          <w:tcPr>
            <w:tcW w:w="9062" w:type="dxa"/>
            <w:gridSpan w:val="3"/>
          </w:tcPr>
          <w:p w14:paraId="1B5C6B97" w14:textId="684B0E96" w:rsidR="00A535E1" w:rsidRPr="00910A0A" w:rsidRDefault="00A535E1" w:rsidP="004C63DC">
            <w:pPr>
              <w:rPr>
                <w:rFonts w:cs="Times New Roman"/>
                <w:b/>
                <w:bCs/>
                <w:szCs w:val="24"/>
                <w:lang w:val="en-GB"/>
              </w:rPr>
            </w:pPr>
            <w:r w:rsidRPr="00910A0A">
              <w:rPr>
                <w:rFonts w:cs="Times New Roman"/>
                <w:b/>
                <w:bCs/>
                <w:szCs w:val="24"/>
                <w:lang w:val="en-GB"/>
              </w:rPr>
              <w:t xml:space="preserve">Basis </w:t>
            </w:r>
            <w:r w:rsidRPr="00910A0A">
              <w:rPr>
                <w:rFonts w:eastAsia="Times New Roman" w:cs="Times New Roman"/>
                <w:b/>
                <w:bCs/>
                <w:color w:val="1B1C1D"/>
                <w:szCs w:val="24"/>
                <w:lang w:val="en-GB" w:eastAsia="et-EE"/>
              </w:rPr>
              <w:t xml:space="preserve">for the right of </w:t>
            </w:r>
            <w:r w:rsidR="00291265" w:rsidRPr="00910A0A">
              <w:rPr>
                <w:rFonts w:eastAsia="Times New Roman" w:cs="Times New Roman"/>
                <w:b/>
                <w:bCs/>
                <w:color w:val="1B1C1D"/>
                <w:szCs w:val="24"/>
                <w:lang w:val="en-GB" w:eastAsia="et-EE"/>
              </w:rPr>
              <w:t>representation</w:t>
            </w:r>
            <w:r w:rsidR="00291265" w:rsidRPr="00910A0A">
              <w:rPr>
                <w:rFonts w:eastAsia="Times New Roman" w:cs="Times New Roman"/>
                <w:color w:val="1B1C1D"/>
                <w:szCs w:val="24"/>
                <w:lang w:val="en-GB" w:eastAsia="et-EE"/>
              </w:rPr>
              <w:t xml:space="preserve"> </w:t>
            </w:r>
            <w:r w:rsidR="00291265" w:rsidRPr="00910A0A">
              <w:rPr>
                <w:rFonts w:ascii="Segoe UI Symbol" w:eastAsia="Times New Roman" w:hAnsi="Segoe UI Symbol" w:cs="Segoe UI Symbol"/>
                <w:color w:val="1B1C1D"/>
                <w:szCs w:val="24"/>
                <w:lang w:val="en-GB" w:eastAsia="et-EE"/>
              </w:rPr>
              <w:t>☐</w:t>
            </w:r>
            <w:r w:rsidR="00FC79A4" w:rsidRPr="00910A0A">
              <w:rPr>
                <w:rFonts w:eastAsia="Times New Roman" w:cs="Times New Roman"/>
                <w:color w:val="1B1C1D"/>
                <w:szCs w:val="24"/>
                <w:lang w:val="en-GB" w:eastAsia="et-EE"/>
              </w:rPr>
              <w:t xml:space="preserve"> </w:t>
            </w:r>
            <w:r w:rsidR="007C15FE" w:rsidRPr="007C15FE">
              <w:rPr>
                <w:rFonts w:eastAsia="Times New Roman" w:cs="Times New Roman"/>
                <w:color w:val="1B1C1D"/>
                <w:szCs w:val="24"/>
                <w:lang w:val="en-GB" w:eastAsia="et-EE"/>
              </w:rPr>
              <w:t xml:space="preserve">Member of the management board </w:t>
            </w:r>
            <w:r w:rsidR="00285C52" w:rsidRPr="00910A0A">
              <w:rPr>
                <w:rFonts w:ascii="Segoe UI Symbol" w:eastAsia="Times New Roman" w:hAnsi="Segoe UI Symbol" w:cs="Segoe UI Symbol"/>
                <w:color w:val="1B1C1D"/>
                <w:szCs w:val="24"/>
                <w:lang w:val="en-GB" w:eastAsia="et-EE"/>
              </w:rPr>
              <w:t>☐</w:t>
            </w:r>
            <w:r w:rsidR="00285C52" w:rsidRPr="00910A0A">
              <w:rPr>
                <w:rFonts w:eastAsia="Times New Roman" w:cs="Times New Roman"/>
                <w:color w:val="1B1C1D"/>
                <w:szCs w:val="24"/>
                <w:lang w:val="en-GB" w:eastAsia="et-EE"/>
              </w:rPr>
              <w:t xml:space="preserve"> Power of attorney </w:t>
            </w:r>
            <w:r w:rsidR="00910A0A" w:rsidRPr="00910A0A">
              <w:rPr>
                <w:rFonts w:eastAsia="Times New Roman" w:cs="Times New Roman"/>
                <w:i/>
                <w:iCs/>
                <w:color w:val="1B1C1D"/>
                <w:szCs w:val="24"/>
                <w:lang w:val="en-GB" w:eastAsia="et-EE"/>
              </w:rPr>
              <w:t>(please specify)</w:t>
            </w:r>
            <w:r w:rsidR="005820CF">
              <w:rPr>
                <w:rFonts w:eastAsia="Times New Roman" w:cs="Times New Roman"/>
                <w:i/>
                <w:iCs/>
                <w:color w:val="1B1C1D"/>
                <w:szCs w:val="24"/>
                <w:lang w:val="en-GB" w:eastAsia="et-EE"/>
              </w:rPr>
              <w:t xml:space="preserve"> </w:t>
            </w:r>
            <w:r w:rsidR="005820CF" w:rsidRPr="00910A0A">
              <w:rPr>
                <w:rFonts w:ascii="Segoe UI Symbol" w:eastAsia="Times New Roman" w:hAnsi="Segoe UI Symbol" w:cs="Segoe UI Symbol"/>
                <w:color w:val="1B1C1D"/>
                <w:szCs w:val="24"/>
                <w:lang w:val="en-GB" w:eastAsia="et-EE"/>
              </w:rPr>
              <w:t>☐</w:t>
            </w:r>
            <w:r w:rsidR="005820CF" w:rsidRPr="00910A0A">
              <w:rPr>
                <w:rFonts w:eastAsia="Times New Roman" w:cs="Times New Roman"/>
                <w:color w:val="1B1C1D"/>
                <w:szCs w:val="24"/>
                <w:lang w:val="en-GB" w:eastAsia="et-EE"/>
              </w:rPr>
              <w:t xml:space="preserve"> </w:t>
            </w:r>
            <w:r w:rsidR="005820CF">
              <w:rPr>
                <w:rFonts w:eastAsia="Times New Roman" w:cs="Times New Roman"/>
                <w:color w:val="1B1C1D"/>
                <w:szCs w:val="24"/>
                <w:lang w:val="en-GB" w:eastAsia="et-EE"/>
              </w:rPr>
              <w:t xml:space="preserve">Other </w:t>
            </w:r>
            <w:r w:rsidR="005820CF" w:rsidRPr="00910A0A">
              <w:rPr>
                <w:rFonts w:eastAsia="Times New Roman" w:cs="Times New Roman"/>
                <w:i/>
                <w:iCs/>
                <w:color w:val="1B1C1D"/>
                <w:szCs w:val="24"/>
                <w:lang w:val="en-GB" w:eastAsia="et-EE"/>
              </w:rPr>
              <w:t>(please specify)</w:t>
            </w:r>
            <w:r w:rsidR="005820CF">
              <w:rPr>
                <w:rFonts w:eastAsia="Times New Roman" w:cs="Times New Roman"/>
                <w:i/>
                <w:iCs/>
                <w:color w:val="1B1C1D"/>
                <w:szCs w:val="24"/>
                <w:lang w:val="en-GB" w:eastAsia="et-EE"/>
              </w:rPr>
              <w:t xml:space="preserve"> </w:t>
            </w:r>
            <w:r w:rsidR="005820CF" w:rsidRPr="00910A0A">
              <w:rPr>
                <w:rFonts w:cs="Times New Roman"/>
                <w:szCs w:val="24"/>
                <w:lang w:val="en-GB"/>
              </w:rPr>
              <w:fldChar w:fldCharType="begin">
                <w:ffData>
                  <w:name w:val=""/>
                  <w:enabled/>
                  <w:calcOnExit w:val="0"/>
                  <w:textInput/>
                </w:ffData>
              </w:fldChar>
            </w:r>
            <w:r w:rsidR="005820CF" w:rsidRPr="00910A0A">
              <w:rPr>
                <w:rFonts w:cs="Times New Roman"/>
                <w:szCs w:val="24"/>
                <w:lang w:val="en-GB"/>
              </w:rPr>
              <w:instrText xml:space="preserve"> FORMTEXT </w:instrText>
            </w:r>
            <w:r w:rsidR="005820CF" w:rsidRPr="00910A0A">
              <w:rPr>
                <w:rFonts w:cs="Times New Roman"/>
                <w:szCs w:val="24"/>
                <w:lang w:val="en-GB"/>
              </w:rPr>
            </w:r>
            <w:r w:rsidR="005820CF" w:rsidRPr="00910A0A">
              <w:rPr>
                <w:rFonts w:cs="Times New Roman"/>
                <w:szCs w:val="24"/>
                <w:lang w:val="en-GB"/>
              </w:rPr>
              <w:fldChar w:fldCharType="separate"/>
            </w:r>
            <w:r w:rsidR="005820CF" w:rsidRPr="00910A0A">
              <w:rPr>
                <w:rFonts w:cs="Times New Roman"/>
                <w:noProof/>
                <w:szCs w:val="24"/>
                <w:lang w:val="en-GB"/>
              </w:rPr>
              <w:t>     </w:t>
            </w:r>
            <w:r w:rsidR="005820CF" w:rsidRPr="00910A0A">
              <w:rPr>
                <w:rFonts w:cs="Times New Roman"/>
                <w:szCs w:val="24"/>
                <w:lang w:val="en-GB"/>
              </w:rPr>
              <w:fldChar w:fldCharType="end"/>
            </w:r>
          </w:p>
        </w:tc>
      </w:tr>
      <w:tr w:rsidR="00EC32E7" w:rsidRPr="00910A0A" w14:paraId="5C8C838D" w14:textId="77777777" w:rsidTr="00E804EA">
        <w:trPr>
          <w:trHeight w:val="583"/>
        </w:trPr>
        <w:tc>
          <w:tcPr>
            <w:tcW w:w="404" w:type="dxa"/>
            <w:vMerge w:val="restart"/>
          </w:tcPr>
          <w:p w14:paraId="0484F127" w14:textId="77777777" w:rsidR="00EC32E7" w:rsidRPr="00910A0A" w:rsidRDefault="00EC32E7" w:rsidP="004C63DC">
            <w:pPr>
              <w:rPr>
                <w:rFonts w:cs="Times New Roman"/>
                <w:szCs w:val="24"/>
                <w:lang w:val="en-GB"/>
              </w:rPr>
            </w:pPr>
          </w:p>
        </w:tc>
        <w:tc>
          <w:tcPr>
            <w:tcW w:w="4095" w:type="dxa"/>
          </w:tcPr>
          <w:p w14:paraId="4E174EA9" w14:textId="03648AB5" w:rsidR="00EC32E7" w:rsidRPr="00910A0A" w:rsidRDefault="00EC32E7" w:rsidP="004C63DC">
            <w:pPr>
              <w:rPr>
                <w:rFonts w:cs="Times New Roman"/>
                <w:szCs w:val="24"/>
                <w:lang w:val="en-GB"/>
              </w:rPr>
            </w:pPr>
            <w:r w:rsidRPr="00910A0A">
              <w:rPr>
                <w:rFonts w:cs="Times New Roman"/>
                <w:szCs w:val="24"/>
                <w:lang w:val="en-GB"/>
              </w:rPr>
              <w:t>Name of the document (if the right of representation arises from the power of attorney)</w:t>
            </w:r>
          </w:p>
        </w:tc>
        <w:tc>
          <w:tcPr>
            <w:tcW w:w="4563" w:type="dxa"/>
          </w:tcPr>
          <w:p w14:paraId="6F319776" w14:textId="77777777" w:rsidR="00EC32E7" w:rsidRPr="00910A0A" w:rsidRDefault="00EC32E7" w:rsidP="004C63DC">
            <w:pPr>
              <w:rPr>
                <w:rFonts w:cs="Times New Roman"/>
                <w:szCs w:val="24"/>
                <w:lang w:val="en-GB"/>
              </w:rPr>
            </w:pPr>
          </w:p>
        </w:tc>
      </w:tr>
      <w:tr w:rsidR="00EC32E7" w:rsidRPr="00910A0A" w14:paraId="5D27BC9D" w14:textId="77777777" w:rsidTr="00E804EA">
        <w:trPr>
          <w:trHeight w:val="291"/>
        </w:trPr>
        <w:tc>
          <w:tcPr>
            <w:tcW w:w="404" w:type="dxa"/>
            <w:vMerge/>
          </w:tcPr>
          <w:p w14:paraId="528B6095" w14:textId="77777777" w:rsidR="00EC32E7" w:rsidRPr="00910A0A" w:rsidRDefault="00EC32E7" w:rsidP="004C63DC">
            <w:pPr>
              <w:rPr>
                <w:rFonts w:cs="Times New Roman"/>
                <w:szCs w:val="24"/>
                <w:lang w:val="en-GB"/>
              </w:rPr>
            </w:pPr>
          </w:p>
        </w:tc>
        <w:tc>
          <w:tcPr>
            <w:tcW w:w="4095" w:type="dxa"/>
          </w:tcPr>
          <w:p w14:paraId="480505E0" w14:textId="36B2F932" w:rsidR="00EC32E7" w:rsidRPr="00910A0A" w:rsidRDefault="00EC32E7" w:rsidP="004C63DC">
            <w:pPr>
              <w:rPr>
                <w:rFonts w:cs="Times New Roman"/>
                <w:szCs w:val="24"/>
                <w:lang w:val="en-GB"/>
              </w:rPr>
            </w:pPr>
            <w:r w:rsidRPr="00910A0A">
              <w:rPr>
                <w:rFonts w:cs="Times New Roman"/>
                <w:szCs w:val="24"/>
                <w:lang w:val="en-GB"/>
              </w:rPr>
              <w:t>Date of issue</w:t>
            </w:r>
          </w:p>
        </w:tc>
        <w:tc>
          <w:tcPr>
            <w:tcW w:w="4563" w:type="dxa"/>
          </w:tcPr>
          <w:p w14:paraId="03BF4E33" w14:textId="77777777" w:rsidR="00EC32E7" w:rsidRPr="00910A0A" w:rsidRDefault="00EC32E7" w:rsidP="004C63DC">
            <w:pPr>
              <w:rPr>
                <w:rFonts w:cs="Times New Roman"/>
                <w:szCs w:val="24"/>
                <w:lang w:val="en-GB"/>
              </w:rPr>
            </w:pPr>
          </w:p>
        </w:tc>
      </w:tr>
      <w:tr w:rsidR="00EC32E7" w:rsidRPr="00910A0A" w14:paraId="76B0BC4F" w14:textId="77777777" w:rsidTr="00E804EA">
        <w:trPr>
          <w:trHeight w:val="291"/>
        </w:trPr>
        <w:tc>
          <w:tcPr>
            <w:tcW w:w="404" w:type="dxa"/>
            <w:vMerge/>
          </w:tcPr>
          <w:p w14:paraId="4475D336" w14:textId="77777777" w:rsidR="00EC32E7" w:rsidRPr="00910A0A" w:rsidRDefault="00EC32E7" w:rsidP="004C63DC">
            <w:pPr>
              <w:rPr>
                <w:rFonts w:cs="Times New Roman"/>
                <w:szCs w:val="24"/>
                <w:lang w:val="en-GB"/>
              </w:rPr>
            </w:pPr>
          </w:p>
        </w:tc>
        <w:tc>
          <w:tcPr>
            <w:tcW w:w="4095" w:type="dxa"/>
          </w:tcPr>
          <w:p w14:paraId="159F9177" w14:textId="3F60F0B0" w:rsidR="00EC32E7" w:rsidRPr="00910A0A" w:rsidRDefault="00FC79A4" w:rsidP="004C63DC">
            <w:pPr>
              <w:rPr>
                <w:rFonts w:cs="Times New Roman"/>
                <w:szCs w:val="24"/>
                <w:lang w:val="en-GB"/>
              </w:rPr>
            </w:pPr>
            <w:r w:rsidRPr="00910A0A">
              <w:rPr>
                <w:rFonts w:cs="Times New Roman"/>
                <w:szCs w:val="24"/>
                <w:lang w:val="en-GB"/>
              </w:rPr>
              <w:t>Name of the issuer</w:t>
            </w:r>
          </w:p>
        </w:tc>
        <w:tc>
          <w:tcPr>
            <w:tcW w:w="4563" w:type="dxa"/>
          </w:tcPr>
          <w:p w14:paraId="259C4285" w14:textId="77777777" w:rsidR="00EC32E7" w:rsidRPr="00910A0A" w:rsidRDefault="00EC32E7" w:rsidP="004C63DC">
            <w:pPr>
              <w:rPr>
                <w:rFonts w:cs="Times New Roman"/>
                <w:szCs w:val="24"/>
                <w:lang w:val="en-GB"/>
              </w:rPr>
            </w:pPr>
          </w:p>
        </w:tc>
      </w:tr>
    </w:tbl>
    <w:p w14:paraId="317B9A76" w14:textId="5BA14858" w:rsidR="005D36A7" w:rsidRDefault="00FC79A4" w:rsidP="3E5B4943">
      <w:pPr>
        <w:rPr>
          <w:rFonts w:cs="Times New Roman"/>
          <w:b/>
          <w:bCs/>
          <w:szCs w:val="24"/>
        </w:rPr>
      </w:pPr>
      <w:r w:rsidRPr="00910A0A">
        <w:rPr>
          <w:rFonts w:cs="Times New Roman"/>
          <w:b/>
          <w:bCs/>
          <w:szCs w:val="24"/>
          <w:lang w:val="en-GB"/>
        </w:rPr>
        <w:t xml:space="preserve">DATA OF THE </w:t>
      </w:r>
      <w:r w:rsidR="003D40FD" w:rsidRPr="00910A0A">
        <w:rPr>
          <w:rFonts w:cs="Times New Roman"/>
          <w:b/>
          <w:bCs/>
          <w:szCs w:val="24"/>
        </w:rPr>
        <w:t xml:space="preserve">ULTIMATE BENEFICIAL OWNER </w:t>
      </w:r>
      <w:r w:rsidR="00BA288E" w:rsidRPr="00910A0A">
        <w:rPr>
          <w:rFonts w:cs="Times New Roman"/>
          <w:b/>
          <w:bCs/>
          <w:szCs w:val="24"/>
        </w:rPr>
        <w:t>(UBO)</w:t>
      </w:r>
    </w:p>
    <w:p w14:paraId="6B80D9B6" w14:textId="77777777" w:rsidR="00271BDA" w:rsidRPr="00271BDA" w:rsidRDefault="00271BDA" w:rsidP="00271BDA">
      <w:pPr>
        <w:rPr>
          <w:rFonts w:cs="Times New Roman"/>
          <w:szCs w:val="24"/>
          <w:lang w:val="en-GB"/>
        </w:rPr>
      </w:pPr>
      <w:r w:rsidRPr="00271BDA">
        <w:rPr>
          <w:rFonts w:cs="Times New Roman"/>
          <w:szCs w:val="24"/>
          <w:lang w:val="en-GB"/>
        </w:rPr>
        <w:t>If the legal person has more than one ultimate beneficial owner, this section shall be completed separately for each ultimate beneficial owner.</w:t>
      </w:r>
    </w:p>
    <w:p w14:paraId="215804FC" w14:textId="492D00A5" w:rsidR="008C3FA7" w:rsidRPr="00910A0A" w:rsidRDefault="00271BDA" w:rsidP="00271BDA">
      <w:pPr>
        <w:rPr>
          <w:rFonts w:cs="Times New Roman"/>
          <w:szCs w:val="24"/>
          <w:lang w:val="en-GB"/>
        </w:rPr>
      </w:pPr>
      <w:r w:rsidRPr="00271BDA">
        <w:rPr>
          <w:rFonts w:cs="Times New Roman"/>
          <w:szCs w:val="24"/>
          <w:lang w:val="en-GB"/>
        </w:rPr>
        <w:t>In the case of indirect ownership, an overview of the ownership structure of the company must be provided.</w:t>
      </w:r>
    </w:p>
    <w:tbl>
      <w:tblPr>
        <w:tblStyle w:val="Kontuurtabel"/>
        <w:tblW w:w="8926" w:type="dxa"/>
        <w:tblInd w:w="113" w:type="dxa"/>
        <w:tblLook w:val="04A0" w:firstRow="1" w:lastRow="0" w:firstColumn="1" w:lastColumn="0" w:noHBand="0" w:noVBand="1"/>
      </w:tblPr>
      <w:tblGrid>
        <w:gridCol w:w="279"/>
        <w:gridCol w:w="2977"/>
        <w:gridCol w:w="595"/>
        <w:gridCol w:w="5075"/>
      </w:tblGrid>
      <w:tr w:rsidR="00891461" w:rsidRPr="00327E5B" w14:paraId="7AA36527" w14:textId="77777777" w:rsidTr="00522957">
        <w:trPr>
          <w:trHeight w:val="316"/>
        </w:trPr>
        <w:tc>
          <w:tcPr>
            <w:tcW w:w="3851" w:type="dxa"/>
            <w:gridSpan w:val="3"/>
          </w:tcPr>
          <w:p w14:paraId="76778011" w14:textId="77777777" w:rsidR="00891461" w:rsidRPr="00327E5B" w:rsidRDefault="00891461" w:rsidP="00C30EFD">
            <w:pPr>
              <w:rPr>
                <w:rFonts w:cs="Times New Roman"/>
                <w:szCs w:val="24"/>
                <w:lang w:val="en-GB"/>
              </w:rPr>
            </w:pPr>
            <w:r>
              <w:rPr>
                <w:rFonts w:cs="Times New Roman"/>
                <w:szCs w:val="24"/>
                <w:lang w:val="en-GB"/>
              </w:rPr>
              <w:t>First name and surname</w:t>
            </w:r>
          </w:p>
        </w:tc>
        <w:tc>
          <w:tcPr>
            <w:tcW w:w="5075" w:type="dxa"/>
          </w:tcPr>
          <w:p w14:paraId="61790436" w14:textId="77777777" w:rsidR="00891461" w:rsidRPr="00327E5B" w:rsidRDefault="00891461" w:rsidP="00C30EFD">
            <w:pPr>
              <w:rPr>
                <w:rFonts w:cs="Times New Roman"/>
                <w:szCs w:val="24"/>
                <w:lang w:val="en-GB"/>
              </w:rPr>
            </w:pPr>
          </w:p>
        </w:tc>
      </w:tr>
      <w:tr w:rsidR="00891461" w:rsidRPr="00327E5B" w14:paraId="70E51DD0" w14:textId="77777777" w:rsidTr="00522957">
        <w:trPr>
          <w:trHeight w:val="231"/>
        </w:trPr>
        <w:tc>
          <w:tcPr>
            <w:tcW w:w="3851" w:type="dxa"/>
            <w:gridSpan w:val="3"/>
          </w:tcPr>
          <w:p w14:paraId="696C8BB1" w14:textId="77777777" w:rsidR="00891461" w:rsidRPr="00327E5B" w:rsidRDefault="00891461" w:rsidP="00C30EFD">
            <w:pPr>
              <w:rPr>
                <w:rFonts w:cs="Times New Roman"/>
                <w:szCs w:val="24"/>
                <w:lang w:val="en-GB"/>
              </w:rPr>
            </w:pPr>
            <w:r>
              <w:rPr>
                <w:rFonts w:cs="Times New Roman"/>
                <w:szCs w:val="24"/>
                <w:lang w:val="en-GB"/>
              </w:rPr>
              <w:t>Personal identification code (or date of birth in the case of a non-resident)</w:t>
            </w:r>
          </w:p>
        </w:tc>
        <w:tc>
          <w:tcPr>
            <w:tcW w:w="5075" w:type="dxa"/>
          </w:tcPr>
          <w:p w14:paraId="0437EF54" w14:textId="77777777" w:rsidR="00891461" w:rsidRPr="00327E5B" w:rsidRDefault="00891461" w:rsidP="00C30EFD">
            <w:pPr>
              <w:rPr>
                <w:rFonts w:cs="Times New Roman"/>
                <w:szCs w:val="24"/>
                <w:lang w:val="en-GB"/>
              </w:rPr>
            </w:pPr>
          </w:p>
        </w:tc>
      </w:tr>
      <w:tr w:rsidR="00891461" w:rsidRPr="00327E5B" w14:paraId="7AF18EA9" w14:textId="77777777" w:rsidTr="00522957">
        <w:trPr>
          <w:trHeight w:val="299"/>
        </w:trPr>
        <w:tc>
          <w:tcPr>
            <w:tcW w:w="3851" w:type="dxa"/>
            <w:gridSpan w:val="3"/>
          </w:tcPr>
          <w:p w14:paraId="20B5AC86" w14:textId="77777777" w:rsidR="00891461" w:rsidRPr="00327E5B" w:rsidRDefault="00891461" w:rsidP="00C30EFD">
            <w:pPr>
              <w:rPr>
                <w:rFonts w:cs="Times New Roman"/>
                <w:b/>
                <w:bCs/>
                <w:szCs w:val="24"/>
                <w:lang w:val="en-GB"/>
              </w:rPr>
            </w:pPr>
            <w:r>
              <w:rPr>
                <w:lang w:val="en-GB"/>
              </w:rPr>
              <w:t>Country of birth</w:t>
            </w:r>
          </w:p>
        </w:tc>
        <w:tc>
          <w:tcPr>
            <w:tcW w:w="5075" w:type="dxa"/>
          </w:tcPr>
          <w:p w14:paraId="74A8632C" w14:textId="77777777" w:rsidR="00891461" w:rsidRPr="00327E5B" w:rsidRDefault="00891461" w:rsidP="00C30EFD">
            <w:pPr>
              <w:rPr>
                <w:rFonts w:cs="Times New Roman"/>
                <w:szCs w:val="24"/>
                <w:lang w:val="en-GB"/>
              </w:rPr>
            </w:pPr>
          </w:p>
        </w:tc>
      </w:tr>
      <w:tr w:rsidR="00891461" w:rsidRPr="00327E5B" w14:paraId="223F35FE" w14:textId="77777777" w:rsidTr="00522957">
        <w:trPr>
          <w:trHeight w:val="299"/>
        </w:trPr>
        <w:tc>
          <w:tcPr>
            <w:tcW w:w="3851" w:type="dxa"/>
            <w:gridSpan w:val="3"/>
          </w:tcPr>
          <w:p w14:paraId="1FFAD704" w14:textId="77777777" w:rsidR="00891461" w:rsidRPr="00327E5B" w:rsidRDefault="00891461" w:rsidP="00C30EFD">
            <w:pPr>
              <w:rPr>
                <w:lang w:val="en-GB"/>
              </w:rPr>
            </w:pPr>
            <w:r>
              <w:rPr>
                <w:lang w:val="en-GB"/>
              </w:rPr>
              <w:t>Citizenship</w:t>
            </w:r>
          </w:p>
        </w:tc>
        <w:tc>
          <w:tcPr>
            <w:tcW w:w="5075" w:type="dxa"/>
          </w:tcPr>
          <w:p w14:paraId="75178466" w14:textId="77777777" w:rsidR="00891461" w:rsidRPr="00327E5B" w:rsidRDefault="00891461" w:rsidP="00C30EFD">
            <w:pPr>
              <w:rPr>
                <w:rFonts w:cs="Times New Roman"/>
                <w:szCs w:val="24"/>
                <w:lang w:val="en-GB"/>
              </w:rPr>
            </w:pPr>
          </w:p>
        </w:tc>
      </w:tr>
      <w:tr w:rsidR="00891461" w:rsidRPr="00327E5B" w14:paraId="1F4B000B" w14:textId="77777777" w:rsidTr="00C30EFD">
        <w:trPr>
          <w:trHeight w:val="299"/>
        </w:trPr>
        <w:tc>
          <w:tcPr>
            <w:tcW w:w="8926" w:type="dxa"/>
            <w:gridSpan w:val="4"/>
          </w:tcPr>
          <w:p w14:paraId="6E070B57" w14:textId="77777777" w:rsidR="00891461" w:rsidRPr="00327E5B" w:rsidRDefault="00891461" w:rsidP="00C30EFD">
            <w:pPr>
              <w:rPr>
                <w:rFonts w:cs="Times New Roman"/>
                <w:b/>
                <w:bCs/>
                <w:szCs w:val="24"/>
                <w:lang w:val="en-GB"/>
              </w:rPr>
            </w:pPr>
            <w:r>
              <w:rPr>
                <w:b/>
                <w:bCs/>
                <w:lang w:val="en-GB"/>
              </w:rPr>
              <w:t>Type of control</w:t>
            </w:r>
          </w:p>
        </w:tc>
      </w:tr>
      <w:tr w:rsidR="00891461" w:rsidRPr="00327E5B" w14:paraId="4597FAED" w14:textId="77777777" w:rsidTr="00C30EFD">
        <w:trPr>
          <w:trHeight w:val="299"/>
        </w:trPr>
        <w:tc>
          <w:tcPr>
            <w:tcW w:w="279" w:type="dxa"/>
            <w:vMerge w:val="restart"/>
          </w:tcPr>
          <w:p w14:paraId="1B4D6E28" w14:textId="77777777" w:rsidR="00891461" w:rsidRPr="00327E5B" w:rsidRDefault="00891461" w:rsidP="00C30EFD">
            <w:pPr>
              <w:rPr>
                <w:rFonts w:cs="Times New Roman"/>
                <w:szCs w:val="24"/>
                <w:lang w:val="en-GB"/>
              </w:rPr>
            </w:pPr>
          </w:p>
        </w:tc>
        <w:tc>
          <w:tcPr>
            <w:tcW w:w="2977" w:type="dxa"/>
          </w:tcPr>
          <w:p w14:paraId="0487A4F0" w14:textId="77777777" w:rsidR="00891461" w:rsidRPr="00327E5B" w:rsidRDefault="004F6075" w:rsidP="00C30EFD">
            <w:pPr>
              <w:rPr>
                <w:rFonts w:cs="Times New Roman"/>
                <w:szCs w:val="24"/>
                <w:lang w:val="en-GB"/>
              </w:rPr>
            </w:pPr>
            <w:sdt>
              <w:sdtPr>
                <w:rPr>
                  <w:rFonts w:cs="Times New Roman"/>
                  <w:szCs w:val="24"/>
                  <w:lang w:val="en-GB"/>
                </w:rPr>
                <w:id w:val="983886381"/>
                <w14:checkbox>
                  <w14:checked w14:val="0"/>
                  <w14:checkedState w14:val="2612" w14:font="MS Gothic"/>
                  <w14:uncheckedState w14:val="2610" w14:font="MS Gothic"/>
                </w14:checkbox>
              </w:sdtPr>
              <w:sdtEndPr/>
              <w:sdtContent>
                <w:r w:rsidR="00891461">
                  <w:rPr>
                    <w:rFonts w:ascii="Segoe UI Symbol" w:eastAsia="MS Gothic" w:hAnsi="Segoe UI Symbol" w:cs="Segoe UI Symbol"/>
                    <w:szCs w:val="24"/>
                    <w:lang w:val="en-GB"/>
                  </w:rPr>
                  <w:t>☐</w:t>
                </w:r>
              </w:sdtContent>
            </w:sdt>
            <w:r w:rsidR="00891461">
              <w:rPr>
                <w:rFonts w:cs="Times New Roman"/>
                <w:szCs w:val="24"/>
                <w:lang w:val="en-GB"/>
              </w:rPr>
              <w:t xml:space="preserve"> Direct ownership</w:t>
            </w:r>
          </w:p>
        </w:tc>
        <w:tc>
          <w:tcPr>
            <w:tcW w:w="5670" w:type="dxa"/>
            <w:gridSpan w:val="2"/>
            <w:vMerge w:val="restart"/>
            <w:vAlign w:val="center"/>
          </w:tcPr>
          <w:p w14:paraId="62CF4BB3" w14:textId="77777777" w:rsidR="00891461" w:rsidRPr="00327E5B" w:rsidRDefault="00891461" w:rsidP="00C30EFD">
            <w:pPr>
              <w:jc w:val="left"/>
              <w:rPr>
                <w:rFonts w:cs="Times New Roman"/>
                <w:szCs w:val="24"/>
                <w:lang w:val="en-GB"/>
              </w:rPr>
            </w:pPr>
            <w:r>
              <w:rPr>
                <w:rFonts w:eastAsia="Calibri" w:cs="Arial"/>
                <w:bCs/>
                <w:szCs w:val="18"/>
                <w:lang w:val="en-GB"/>
              </w:rPr>
              <w:t xml:space="preserve">Shareholding rate: </w:t>
            </w:r>
            <w:r>
              <w:rPr>
                <w:sz w:val="19"/>
                <w:szCs w:val="19"/>
                <w:lang w:val="en-GB"/>
              </w:rPr>
              <w:fldChar w:fldCharType="begin">
                <w:ffData>
                  <w:name w:val="Teksti4"/>
                  <w:enabled/>
                  <w:calcOnExit w:val="0"/>
                  <w:textInput/>
                </w:ffData>
              </w:fldChar>
            </w:r>
            <w:r>
              <w:rPr>
                <w:sz w:val="19"/>
                <w:szCs w:val="19"/>
                <w:lang w:val="en-GB"/>
              </w:rPr>
              <w:instrText xml:space="preserve"> FORMTEXT </w:instrText>
            </w:r>
            <w:r>
              <w:rPr>
                <w:sz w:val="19"/>
                <w:szCs w:val="19"/>
                <w:lang w:val="en-GB"/>
              </w:rPr>
            </w:r>
            <w:r>
              <w:rPr>
                <w:sz w:val="19"/>
                <w:szCs w:val="19"/>
                <w:lang w:val="en-GB"/>
              </w:rPr>
              <w:fldChar w:fldCharType="separate"/>
            </w:r>
            <w:r>
              <w:rPr>
                <w:sz w:val="19"/>
                <w:szCs w:val="19"/>
                <w:lang w:val="en-GB"/>
              </w:rPr>
              <w:t>     </w:t>
            </w:r>
            <w:r>
              <w:rPr>
                <w:sz w:val="19"/>
                <w:szCs w:val="19"/>
                <w:lang w:val="en-GB"/>
              </w:rPr>
              <w:fldChar w:fldCharType="end"/>
            </w:r>
            <w:r>
              <w:rPr>
                <w:rFonts w:eastAsia="Calibri" w:cs="Arial"/>
                <w:bCs/>
                <w:szCs w:val="18"/>
                <w:lang w:val="en-GB"/>
              </w:rPr>
              <w:t>%</w:t>
            </w:r>
          </w:p>
        </w:tc>
      </w:tr>
      <w:tr w:rsidR="00891461" w:rsidRPr="00327E5B" w14:paraId="005109DB" w14:textId="77777777" w:rsidTr="00C30EFD">
        <w:trPr>
          <w:trHeight w:val="299"/>
        </w:trPr>
        <w:tc>
          <w:tcPr>
            <w:tcW w:w="279" w:type="dxa"/>
            <w:vMerge/>
          </w:tcPr>
          <w:p w14:paraId="72823B53" w14:textId="77777777" w:rsidR="00891461" w:rsidRPr="00327E5B" w:rsidRDefault="00891461" w:rsidP="00C30EFD">
            <w:pPr>
              <w:rPr>
                <w:rFonts w:cs="Times New Roman"/>
                <w:szCs w:val="24"/>
                <w:lang w:val="en-GB"/>
              </w:rPr>
            </w:pPr>
          </w:p>
        </w:tc>
        <w:tc>
          <w:tcPr>
            <w:tcW w:w="2977" w:type="dxa"/>
          </w:tcPr>
          <w:p w14:paraId="092AC835" w14:textId="77777777" w:rsidR="00891461" w:rsidRPr="00327E5B" w:rsidRDefault="004F6075" w:rsidP="00C30EFD">
            <w:pPr>
              <w:rPr>
                <w:rFonts w:cs="Times New Roman"/>
                <w:szCs w:val="24"/>
                <w:lang w:val="en-GB"/>
              </w:rPr>
            </w:pPr>
            <w:sdt>
              <w:sdtPr>
                <w:rPr>
                  <w:rFonts w:cs="Times New Roman"/>
                  <w:szCs w:val="24"/>
                  <w:lang w:val="en-GB"/>
                </w:rPr>
                <w:id w:val="892235342"/>
                <w14:checkbox>
                  <w14:checked w14:val="0"/>
                  <w14:checkedState w14:val="2612" w14:font="MS Gothic"/>
                  <w14:uncheckedState w14:val="2610" w14:font="MS Gothic"/>
                </w14:checkbox>
              </w:sdtPr>
              <w:sdtEndPr/>
              <w:sdtContent>
                <w:r w:rsidR="00891461">
                  <w:rPr>
                    <w:rFonts w:ascii="Segoe UI Symbol" w:eastAsia="MS Gothic" w:hAnsi="Segoe UI Symbol" w:cs="Segoe UI Symbol"/>
                    <w:szCs w:val="24"/>
                    <w:lang w:val="en-GB"/>
                  </w:rPr>
                  <w:t>☐</w:t>
                </w:r>
              </w:sdtContent>
            </w:sdt>
            <w:r w:rsidR="00891461">
              <w:rPr>
                <w:rFonts w:cs="Times New Roman"/>
                <w:szCs w:val="24"/>
                <w:lang w:val="en-GB"/>
              </w:rPr>
              <w:t xml:space="preserve"> Indirect ownership</w:t>
            </w:r>
          </w:p>
        </w:tc>
        <w:tc>
          <w:tcPr>
            <w:tcW w:w="5670" w:type="dxa"/>
            <w:gridSpan w:val="2"/>
            <w:vMerge/>
          </w:tcPr>
          <w:p w14:paraId="494F3FD7" w14:textId="77777777" w:rsidR="00891461" w:rsidRPr="00327E5B" w:rsidRDefault="00891461" w:rsidP="00C30EFD">
            <w:pPr>
              <w:rPr>
                <w:rFonts w:cs="Times New Roman"/>
                <w:szCs w:val="24"/>
                <w:lang w:val="en-GB"/>
              </w:rPr>
            </w:pPr>
          </w:p>
        </w:tc>
      </w:tr>
      <w:tr w:rsidR="00891461" w:rsidRPr="00327E5B" w14:paraId="6AC08B48" w14:textId="77777777" w:rsidTr="00C30EFD">
        <w:trPr>
          <w:trHeight w:val="299"/>
        </w:trPr>
        <w:tc>
          <w:tcPr>
            <w:tcW w:w="279" w:type="dxa"/>
            <w:vMerge/>
          </w:tcPr>
          <w:p w14:paraId="3FF3B581" w14:textId="77777777" w:rsidR="00891461" w:rsidRPr="00327E5B" w:rsidRDefault="00891461" w:rsidP="00C30EFD">
            <w:pPr>
              <w:rPr>
                <w:rFonts w:cs="Times New Roman"/>
                <w:szCs w:val="24"/>
                <w:lang w:val="en-GB"/>
              </w:rPr>
            </w:pPr>
          </w:p>
        </w:tc>
        <w:tc>
          <w:tcPr>
            <w:tcW w:w="8647" w:type="dxa"/>
            <w:gridSpan w:val="3"/>
          </w:tcPr>
          <w:p w14:paraId="0386F062" w14:textId="77777777" w:rsidR="00891461" w:rsidRPr="00327E5B" w:rsidRDefault="004F6075" w:rsidP="00C30EFD">
            <w:pPr>
              <w:rPr>
                <w:rFonts w:cs="Times New Roman"/>
                <w:szCs w:val="24"/>
                <w:lang w:val="en-GB"/>
              </w:rPr>
            </w:pPr>
            <w:sdt>
              <w:sdtPr>
                <w:rPr>
                  <w:rFonts w:cs="Times New Roman"/>
                  <w:szCs w:val="24"/>
                  <w:lang w:val="en-GB"/>
                </w:rPr>
                <w:id w:val="875432886"/>
                <w14:checkbox>
                  <w14:checked w14:val="0"/>
                  <w14:checkedState w14:val="2612" w14:font="MS Gothic"/>
                  <w14:uncheckedState w14:val="2610" w14:font="MS Gothic"/>
                </w14:checkbox>
              </w:sdtPr>
              <w:sdtEndPr/>
              <w:sdtContent>
                <w:r w:rsidR="00891461">
                  <w:rPr>
                    <w:rFonts w:ascii="MS Gothic" w:eastAsia="MS Gothic" w:hAnsi="MS Gothic" w:cs="Times New Roman"/>
                    <w:szCs w:val="24"/>
                    <w:lang w:val="en-GB"/>
                  </w:rPr>
                  <w:t>☐</w:t>
                </w:r>
              </w:sdtContent>
            </w:sdt>
            <w:r w:rsidR="00891461">
              <w:rPr>
                <w:rFonts w:cs="Times New Roman"/>
                <w:szCs w:val="24"/>
                <w:lang w:val="en-GB"/>
              </w:rPr>
              <w:t xml:space="preserve"> Control by agreement</w:t>
            </w:r>
          </w:p>
        </w:tc>
      </w:tr>
      <w:tr w:rsidR="00891461" w:rsidRPr="00327E5B" w14:paraId="315325FB" w14:textId="77777777" w:rsidTr="00C30EFD">
        <w:trPr>
          <w:trHeight w:val="299"/>
        </w:trPr>
        <w:tc>
          <w:tcPr>
            <w:tcW w:w="279" w:type="dxa"/>
            <w:vMerge/>
          </w:tcPr>
          <w:p w14:paraId="77AC4562" w14:textId="77777777" w:rsidR="00891461" w:rsidRPr="00327E5B" w:rsidRDefault="00891461" w:rsidP="00C30EFD">
            <w:pPr>
              <w:rPr>
                <w:rFonts w:cs="Times New Roman"/>
                <w:szCs w:val="24"/>
                <w:lang w:val="en-GB"/>
              </w:rPr>
            </w:pPr>
          </w:p>
        </w:tc>
        <w:tc>
          <w:tcPr>
            <w:tcW w:w="8647" w:type="dxa"/>
            <w:gridSpan w:val="3"/>
          </w:tcPr>
          <w:p w14:paraId="26EEC6F3" w14:textId="456B62BF" w:rsidR="00891461" w:rsidRPr="00327E5B" w:rsidRDefault="004F6075" w:rsidP="00C30EFD">
            <w:pPr>
              <w:rPr>
                <w:rFonts w:cs="Times New Roman"/>
                <w:szCs w:val="24"/>
                <w:lang w:val="en-GB"/>
              </w:rPr>
            </w:pPr>
            <w:sdt>
              <w:sdtPr>
                <w:rPr>
                  <w:rFonts w:cs="Times New Roman"/>
                  <w:szCs w:val="24"/>
                  <w:lang w:val="en-GB"/>
                </w:rPr>
                <w:id w:val="-1574505675"/>
                <w14:checkbox>
                  <w14:checked w14:val="0"/>
                  <w14:checkedState w14:val="2612" w14:font="MS Gothic"/>
                  <w14:uncheckedState w14:val="2610" w14:font="MS Gothic"/>
                </w14:checkbox>
              </w:sdtPr>
              <w:sdtEndPr/>
              <w:sdtContent>
                <w:r w:rsidR="00891461">
                  <w:rPr>
                    <w:rFonts w:ascii="MS Gothic" w:eastAsia="MS Gothic" w:hAnsi="MS Gothic" w:cs="Times New Roman"/>
                    <w:szCs w:val="24"/>
                    <w:lang w:val="en-GB"/>
                  </w:rPr>
                  <w:t>☐</w:t>
                </w:r>
              </w:sdtContent>
            </w:sdt>
            <w:r w:rsidR="00891461">
              <w:rPr>
                <w:rFonts w:cs="Times New Roman"/>
                <w:szCs w:val="24"/>
                <w:lang w:val="en-GB"/>
              </w:rPr>
              <w:t xml:space="preserve"> </w:t>
            </w:r>
            <w:r w:rsidR="00B61875" w:rsidRPr="00B61875">
              <w:rPr>
                <w:lang w:val="en-GB"/>
              </w:rPr>
              <w:t>Control as a member of the management body</w:t>
            </w:r>
          </w:p>
        </w:tc>
      </w:tr>
      <w:tr w:rsidR="00891461" w:rsidRPr="00327E5B" w14:paraId="6C63E556" w14:textId="77777777" w:rsidTr="00C30EFD">
        <w:trPr>
          <w:trHeight w:val="299"/>
        </w:trPr>
        <w:tc>
          <w:tcPr>
            <w:tcW w:w="279" w:type="dxa"/>
            <w:vMerge/>
          </w:tcPr>
          <w:p w14:paraId="5DE4CF85" w14:textId="77777777" w:rsidR="00891461" w:rsidRPr="00327E5B" w:rsidRDefault="00891461" w:rsidP="00C30EFD">
            <w:pPr>
              <w:rPr>
                <w:rFonts w:cs="Times New Roman"/>
                <w:szCs w:val="24"/>
                <w:lang w:val="en-GB"/>
              </w:rPr>
            </w:pPr>
          </w:p>
        </w:tc>
        <w:tc>
          <w:tcPr>
            <w:tcW w:w="8647" w:type="dxa"/>
            <w:gridSpan w:val="3"/>
          </w:tcPr>
          <w:p w14:paraId="2DFA0A24" w14:textId="666CDE47" w:rsidR="00891461" w:rsidRPr="00327E5B" w:rsidRDefault="00891461" w:rsidP="00C30EFD">
            <w:pPr>
              <w:rPr>
                <w:rFonts w:cs="Times New Roman"/>
                <w:szCs w:val="24"/>
                <w:lang w:val="en-GB"/>
              </w:rPr>
            </w:pPr>
            <w:r>
              <w:rPr>
                <w:rFonts w:ascii="Segoe UI Symbol" w:eastAsia="Times New Roman" w:hAnsi="Segoe UI Symbol" w:cs="Segoe UI Symbol"/>
                <w:color w:val="1B1C1D"/>
                <w:szCs w:val="24"/>
                <w:lang w:val="en-GB" w:eastAsia="en-GB"/>
              </w:rPr>
              <w:t>☐</w:t>
            </w:r>
            <w:r>
              <w:rPr>
                <w:rFonts w:eastAsia="Times New Roman" w:cs="Times New Roman"/>
                <w:color w:val="1B1C1D"/>
                <w:szCs w:val="24"/>
                <w:lang w:val="en-GB" w:eastAsia="en-GB"/>
              </w:rPr>
              <w:t xml:space="preserve"> Other (</w:t>
            </w:r>
            <w:r>
              <w:rPr>
                <w:rFonts w:eastAsia="Times New Roman" w:cs="Times New Roman"/>
                <w:i/>
                <w:iCs/>
                <w:color w:val="1B1C1D"/>
                <w:szCs w:val="24"/>
                <w:lang w:val="en-GB" w:eastAsia="en-GB"/>
              </w:rPr>
              <w:t>please specify</w:t>
            </w:r>
            <w:r>
              <w:rPr>
                <w:rFonts w:eastAsia="Times New Roman" w:cs="Times New Roman"/>
                <w:color w:val="1B1C1D"/>
                <w:szCs w:val="24"/>
                <w:lang w:val="en-GB" w:eastAsia="en-GB"/>
              </w:rPr>
              <w:t xml:space="preserve">) </w:t>
            </w:r>
            <w:r>
              <w:rPr>
                <w:rFonts w:cs="Times New Roman"/>
                <w:b/>
                <w:lang w:val="en-GB"/>
              </w:rPr>
              <w:fldChar w:fldCharType="begin">
                <w:ffData>
                  <w:name w:val="Teksti4"/>
                  <w:enabled/>
                  <w:calcOnExit w:val="0"/>
                  <w:textInput/>
                </w:ffData>
              </w:fldChar>
            </w:r>
            <w:r>
              <w:rPr>
                <w:rFonts w:cs="Times New Roman"/>
                <w:b/>
                <w:lang w:val="en-GB"/>
              </w:rPr>
              <w:instrText xml:space="preserve"> FORMTEXT </w:instrText>
            </w:r>
            <w:r>
              <w:rPr>
                <w:rFonts w:cs="Times New Roman"/>
                <w:b/>
                <w:lang w:val="en-GB"/>
              </w:rPr>
            </w:r>
            <w:r>
              <w:rPr>
                <w:rFonts w:cs="Times New Roman"/>
                <w:b/>
                <w:lang w:val="en-GB"/>
              </w:rPr>
              <w:fldChar w:fldCharType="separate"/>
            </w:r>
            <w:r>
              <w:rPr>
                <w:rFonts w:cs="Times New Roman"/>
                <w:b/>
                <w:lang w:val="en-GB"/>
              </w:rPr>
              <w:t>     </w:t>
            </w:r>
            <w:r>
              <w:rPr>
                <w:rFonts w:cs="Times New Roman"/>
                <w:b/>
                <w:lang w:val="en-GB"/>
              </w:rPr>
              <w:fldChar w:fldCharType="end"/>
            </w:r>
          </w:p>
        </w:tc>
      </w:tr>
    </w:tbl>
    <w:p w14:paraId="4EED674D" w14:textId="77777777" w:rsidR="00E10405" w:rsidRDefault="00E10405" w:rsidP="005C3A19">
      <w:pPr>
        <w:rPr>
          <w:rFonts w:cs="Times New Roman"/>
          <w:b/>
          <w:szCs w:val="24"/>
          <w:lang w:val="en-GB"/>
        </w:rPr>
      </w:pPr>
    </w:p>
    <w:p w14:paraId="7B4A84A9" w14:textId="314614EA" w:rsidR="005D36A7" w:rsidRPr="00910A0A" w:rsidRDefault="00FC79A4" w:rsidP="3E5B4943">
      <w:pPr>
        <w:rPr>
          <w:rFonts w:cs="Times New Roman"/>
          <w:szCs w:val="24"/>
          <w:lang w:val="en-GB"/>
        </w:rPr>
      </w:pPr>
      <w:r w:rsidRPr="00910A0A">
        <w:rPr>
          <w:rFonts w:cs="Times New Roman"/>
          <w:b/>
          <w:bCs/>
          <w:szCs w:val="24"/>
          <w:lang w:val="en-GB"/>
        </w:rPr>
        <w:lastRenderedPageBreak/>
        <w:t>DATA OF POLITICALLY EXPOSED PERSON</w:t>
      </w:r>
      <w:r w:rsidR="00E0616E" w:rsidRPr="00910A0A">
        <w:rPr>
          <w:rFonts w:cs="Times New Roman"/>
          <w:b/>
          <w:bCs/>
          <w:szCs w:val="24"/>
          <w:lang w:val="en-GB"/>
        </w:rPr>
        <w:t xml:space="preserve"> (PEP)</w:t>
      </w:r>
    </w:p>
    <w:tbl>
      <w:tblPr>
        <w:tblStyle w:val="Kontuurtabel"/>
        <w:tblW w:w="8931" w:type="dxa"/>
        <w:tblInd w:w="108" w:type="dxa"/>
        <w:tblLook w:val="04A0" w:firstRow="1" w:lastRow="0" w:firstColumn="1" w:lastColumn="0" w:noHBand="0" w:noVBand="1"/>
      </w:tblPr>
      <w:tblGrid>
        <w:gridCol w:w="284"/>
        <w:gridCol w:w="8647"/>
      </w:tblGrid>
      <w:tr w:rsidR="005C1511" w:rsidRPr="00910A0A" w14:paraId="16F385CA" w14:textId="77777777" w:rsidTr="00602B78">
        <w:tc>
          <w:tcPr>
            <w:tcW w:w="8931" w:type="dxa"/>
            <w:gridSpan w:val="2"/>
            <w:tcBorders>
              <w:left w:val="single" w:sz="4" w:space="0" w:color="auto"/>
            </w:tcBorders>
          </w:tcPr>
          <w:p w14:paraId="76025033" w14:textId="77777777" w:rsidR="003E1AAD" w:rsidRPr="003E1AAD" w:rsidRDefault="003E1AAD" w:rsidP="003E1AAD">
            <w:pPr>
              <w:rPr>
                <w:rFonts w:cs="Times New Roman"/>
                <w:szCs w:val="24"/>
                <w:lang w:val="en-GB"/>
              </w:rPr>
            </w:pPr>
            <w:r w:rsidRPr="003E1AAD">
              <w:rPr>
                <w:rFonts w:cs="Times New Roman"/>
                <w:szCs w:val="24"/>
                <w:lang w:val="en-GB"/>
              </w:rPr>
              <w:t>Has a member of the management body, representative and/or ultimate beneficial owner of the client been a politically exposed person (PEP)</w:t>
            </w:r>
            <w:r w:rsidRPr="003E1AAD">
              <w:rPr>
                <w:rFonts w:cs="Times New Roman"/>
                <w:szCs w:val="24"/>
                <w:vertAlign w:val="superscript"/>
                <w:lang w:val="en-GB"/>
              </w:rPr>
              <w:footnoteReference w:id="2"/>
            </w:r>
            <w:r w:rsidRPr="003E1AAD">
              <w:rPr>
                <w:rFonts w:cs="Times New Roman"/>
                <w:szCs w:val="24"/>
                <w:lang w:val="en-GB"/>
              </w:rPr>
              <w:t xml:space="preserve"> currently or in the last 12 months?</w:t>
            </w:r>
          </w:p>
          <w:p w14:paraId="77DDE6FE" w14:textId="7B6BD86A" w:rsidR="005C1511" w:rsidRPr="00910A0A" w:rsidRDefault="004F6075">
            <w:pPr>
              <w:rPr>
                <w:rFonts w:cs="Times New Roman"/>
                <w:szCs w:val="24"/>
                <w:lang w:val="en-GB"/>
              </w:rPr>
            </w:pPr>
            <w:sdt>
              <w:sdtPr>
                <w:rPr>
                  <w:rFonts w:cs="Times New Roman"/>
                  <w:szCs w:val="24"/>
                  <w:lang w:val="en-GB"/>
                </w:rPr>
                <w:id w:val="790567679"/>
                <w14:checkbox>
                  <w14:checked w14:val="0"/>
                  <w14:checkedState w14:val="2612" w14:font="MS Gothic"/>
                  <w14:uncheckedState w14:val="2610" w14:font="MS Gothic"/>
                </w14:checkbox>
              </w:sdtPr>
              <w:sdtEndPr/>
              <w:sdtContent>
                <w:r w:rsidR="005C1511" w:rsidRPr="00910A0A">
                  <w:rPr>
                    <w:rFonts w:eastAsia="MS Gothic" w:cs="Times New Roman"/>
                    <w:szCs w:val="24"/>
                    <w:lang w:val="en-GB"/>
                  </w:rPr>
                  <w:t xml:space="preserve">   </w:t>
                </w:r>
                <w:r w:rsidR="005C1511" w:rsidRPr="00910A0A">
                  <w:rPr>
                    <w:rFonts w:ascii="Segoe UI Symbol" w:eastAsia="MS Gothic" w:hAnsi="Segoe UI Symbol" w:cs="Segoe UI Symbol"/>
                    <w:szCs w:val="24"/>
                    <w:lang w:val="en-GB"/>
                  </w:rPr>
                  <w:t>☐</w:t>
                </w:r>
                <w:r w:rsidR="005C1511" w:rsidRPr="00910A0A">
                  <w:rPr>
                    <w:rFonts w:eastAsia="MS Gothic" w:cs="Times New Roman"/>
                    <w:szCs w:val="24"/>
                    <w:lang w:val="en-GB"/>
                  </w:rPr>
                  <w:t xml:space="preserve"> </w:t>
                </w:r>
              </w:sdtContent>
            </w:sdt>
            <w:r w:rsidR="005C1511" w:rsidRPr="00910A0A">
              <w:rPr>
                <w:rFonts w:cs="Times New Roman"/>
                <w:szCs w:val="24"/>
                <w:lang w:val="en-GB"/>
              </w:rPr>
              <w:t xml:space="preserve"> Yes </w:t>
            </w:r>
            <w:sdt>
              <w:sdtPr>
                <w:rPr>
                  <w:rFonts w:cs="Times New Roman"/>
                  <w:szCs w:val="24"/>
                  <w:lang w:val="en-GB"/>
                </w:rPr>
                <w:id w:val="1661113702"/>
                <w14:checkbox>
                  <w14:checked w14:val="0"/>
                  <w14:checkedState w14:val="2612" w14:font="MS Gothic"/>
                  <w14:uncheckedState w14:val="2610" w14:font="MS Gothic"/>
                </w14:checkbox>
              </w:sdtPr>
              <w:sdtEndPr/>
              <w:sdtContent>
                <w:r w:rsidR="00D47D96" w:rsidRPr="00910A0A">
                  <w:rPr>
                    <w:rFonts w:ascii="Segoe UI Symbol" w:eastAsia="MS Gothic" w:hAnsi="Segoe UI Symbol" w:cs="Segoe UI Symbol"/>
                    <w:szCs w:val="24"/>
                    <w:lang w:val="en-GB"/>
                  </w:rPr>
                  <w:t>☐</w:t>
                </w:r>
              </w:sdtContent>
            </w:sdt>
            <w:r w:rsidR="00D47D96" w:rsidRPr="00910A0A">
              <w:rPr>
                <w:rFonts w:cs="Times New Roman"/>
                <w:szCs w:val="24"/>
                <w:lang w:val="en-GB"/>
              </w:rPr>
              <w:t xml:space="preserve"> No</w:t>
            </w:r>
          </w:p>
        </w:tc>
      </w:tr>
      <w:tr w:rsidR="00EA4C10" w:rsidRPr="00910A0A" w14:paraId="6682319F" w14:textId="77777777" w:rsidTr="00602B78">
        <w:tc>
          <w:tcPr>
            <w:tcW w:w="284" w:type="dxa"/>
            <w:tcBorders>
              <w:right w:val="single" w:sz="4" w:space="0" w:color="auto"/>
            </w:tcBorders>
          </w:tcPr>
          <w:p w14:paraId="3C6C1CA0" w14:textId="77777777" w:rsidR="00EA4C10" w:rsidRPr="00910A0A" w:rsidRDefault="00EA4C10" w:rsidP="006C6A3B">
            <w:pPr>
              <w:tabs>
                <w:tab w:val="right" w:leader="dot" w:pos="8080"/>
                <w:tab w:val="left" w:leader="dot" w:pos="8222"/>
              </w:tabs>
              <w:rPr>
                <w:rFonts w:cs="Times New Roman"/>
                <w:szCs w:val="24"/>
                <w:lang w:val="en-GB"/>
              </w:rPr>
            </w:pPr>
          </w:p>
        </w:tc>
        <w:tc>
          <w:tcPr>
            <w:tcW w:w="8647" w:type="dxa"/>
            <w:tcBorders>
              <w:left w:val="single" w:sz="4" w:space="0" w:color="auto"/>
            </w:tcBorders>
          </w:tcPr>
          <w:p w14:paraId="3B9BB4A4" w14:textId="70ADBFE8" w:rsidR="00DB67BA" w:rsidRDefault="00DB67BA" w:rsidP="0007206A">
            <w:pPr>
              <w:rPr>
                <w:rFonts w:cs="Times New Roman"/>
                <w:szCs w:val="24"/>
                <w:lang w:val="en-GB"/>
              </w:rPr>
            </w:pPr>
            <w:r w:rsidRPr="00DB67BA">
              <w:rPr>
                <w:rFonts w:cs="Times New Roman"/>
                <w:szCs w:val="24"/>
                <w:lang w:val="en-GB"/>
              </w:rPr>
              <w:t xml:space="preserve">If you answered “yes”, please provide the following information: </w:t>
            </w:r>
          </w:p>
          <w:p w14:paraId="10CBC148" w14:textId="77777777" w:rsidR="00DB67BA" w:rsidRDefault="00DB67BA" w:rsidP="00DB67BA">
            <w:pPr>
              <w:rPr>
                <w:rFonts w:cs="Times New Roman"/>
                <w:szCs w:val="24"/>
                <w:lang w:val="en-GB"/>
              </w:rPr>
            </w:pPr>
          </w:p>
          <w:p w14:paraId="088BE5C8" w14:textId="28D0D64A" w:rsidR="00EA4C10" w:rsidRPr="00910A0A" w:rsidRDefault="009625E9" w:rsidP="00A52635">
            <w:pPr>
              <w:ind w:left="314"/>
              <w:rPr>
                <w:rFonts w:cs="Times New Roman"/>
                <w:szCs w:val="24"/>
                <w:lang w:val="en-GB"/>
              </w:rPr>
            </w:pPr>
            <w:r>
              <w:rPr>
                <w:rFonts w:cs="Times New Roman"/>
                <w:szCs w:val="24"/>
                <w:lang w:val="en-GB"/>
              </w:rPr>
              <w:t>First name and surname</w:t>
            </w:r>
            <w:r w:rsidR="00EA4C10" w:rsidRPr="00910A0A">
              <w:rPr>
                <w:rFonts w:cs="Times New Roman"/>
                <w:szCs w:val="24"/>
                <w:lang w:val="en-GB"/>
              </w:rPr>
              <w:t xml:space="preserve">: </w:t>
            </w:r>
            <w:r w:rsidR="00EA4C10" w:rsidRPr="00910A0A">
              <w:rPr>
                <w:rFonts w:cs="Times New Roman"/>
                <w:b/>
                <w:szCs w:val="24"/>
                <w:lang w:val="en-GB"/>
              </w:rPr>
              <w:fldChar w:fldCharType="begin">
                <w:ffData>
                  <w:name w:val="Teksti4"/>
                  <w:enabled/>
                  <w:calcOnExit w:val="0"/>
                  <w:textInput/>
                </w:ffData>
              </w:fldChar>
            </w:r>
            <w:r w:rsidR="00EA4C10" w:rsidRPr="00910A0A">
              <w:rPr>
                <w:rFonts w:cs="Times New Roman"/>
                <w:b/>
                <w:szCs w:val="24"/>
                <w:lang w:val="en-GB"/>
              </w:rPr>
              <w:instrText xml:space="preserve"> FORMTEXT </w:instrText>
            </w:r>
            <w:r w:rsidR="00EA4C10" w:rsidRPr="00910A0A">
              <w:rPr>
                <w:rFonts w:cs="Times New Roman"/>
                <w:b/>
                <w:szCs w:val="24"/>
                <w:lang w:val="en-GB"/>
              </w:rPr>
            </w:r>
            <w:r w:rsidR="00EA4C10" w:rsidRPr="00910A0A">
              <w:rPr>
                <w:rFonts w:cs="Times New Roman"/>
                <w:b/>
                <w:szCs w:val="24"/>
                <w:lang w:val="en-GB"/>
              </w:rPr>
              <w:fldChar w:fldCharType="separate"/>
            </w:r>
            <w:r w:rsidR="00EA4C10" w:rsidRPr="00910A0A">
              <w:rPr>
                <w:rFonts w:cs="Times New Roman"/>
                <w:b/>
                <w:szCs w:val="24"/>
                <w:lang w:val="en-GB"/>
              </w:rPr>
              <w:t>     </w:t>
            </w:r>
            <w:r w:rsidR="00EA4C10" w:rsidRPr="00910A0A">
              <w:rPr>
                <w:rFonts w:cs="Times New Roman"/>
                <w:b/>
                <w:szCs w:val="24"/>
                <w:lang w:val="en-GB"/>
              </w:rPr>
              <w:fldChar w:fldCharType="end"/>
            </w:r>
          </w:p>
          <w:p w14:paraId="2E4AB68E" w14:textId="57AEE23D" w:rsidR="00EA4C10" w:rsidRPr="00910A0A" w:rsidRDefault="00323729" w:rsidP="00A52635">
            <w:pPr>
              <w:tabs>
                <w:tab w:val="right" w:leader="dot" w:pos="8080"/>
                <w:tab w:val="left" w:leader="dot" w:pos="8222"/>
              </w:tabs>
              <w:ind w:left="314"/>
              <w:rPr>
                <w:rFonts w:cs="Times New Roman"/>
                <w:szCs w:val="24"/>
                <w:lang w:val="en-GB"/>
              </w:rPr>
            </w:pPr>
            <w:r w:rsidRPr="00910A0A">
              <w:rPr>
                <w:rFonts w:cs="Times New Roman"/>
                <w:szCs w:val="24"/>
                <w:lang w:val="en-GB"/>
              </w:rPr>
              <w:t>Position</w:t>
            </w:r>
            <w:r w:rsidR="00EA4C10" w:rsidRPr="00910A0A">
              <w:rPr>
                <w:rFonts w:cs="Times New Roman"/>
                <w:szCs w:val="24"/>
                <w:lang w:val="en-GB"/>
              </w:rPr>
              <w:t xml:space="preserve">: </w:t>
            </w:r>
            <w:r w:rsidR="00EA4C10" w:rsidRPr="00910A0A">
              <w:rPr>
                <w:rFonts w:cs="Times New Roman"/>
                <w:b/>
                <w:szCs w:val="24"/>
                <w:lang w:val="en-GB"/>
              </w:rPr>
              <w:fldChar w:fldCharType="begin">
                <w:ffData>
                  <w:name w:val="Teksti4"/>
                  <w:enabled/>
                  <w:calcOnExit w:val="0"/>
                  <w:textInput/>
                </w:ffData>
              </w:fldChar>
            </w:r>
            <w:r w:rsidR="00EA4C10" w:rsidRPr="00910A0A">
              <w:rPr>
                <w:rFonts w:cs="Times New Roman"/>
                <w:b/>
                <w:szCs w:val="24"/>
                <w:lang w:val="en-GB"/>
              </w:rPr>
              <w:instrText xml:space="preserve"> FORMTEXT </w:instrText>
            </w:r>
            <w:r w:rsidR="00EA4C10" w:rsidRPr="00910A0A">
              <w:rPr>
                <w:rFonts w:cs="Times New Roman"/>
                <w:b/>
                <w:szCs w:val="24"/>
                <w:lang w:val="en-GB"/>
              </w:rPr>
            </w:r>
            <w:r w:rsidR="00EA4C10" w:rsidRPr="00910A0A">
              <w:rPr>
                <w:rFonts w:cs="Times New Roman"/>
                <w:b/>
                <w:szCs w:val="24"/>
                <w:lang w:val="en-GB"/>
              </w:rPr>
              <w:fldChar w:fldCharType="separate"/>
            </w:r>
            <w:r w:rsidR="00EA4C10" w:rsidRPr="00910A0A">
              <w:rPr>
                <w:rFonts w:cs="Times New Roman"/>
                <w:b/>
                <w:szCs w:val="24"/>
                <w:lang w:val="en-GB"/>
              </w:rPr>
              <w:t>     </w:t>
            </w:r>
            <w:r w:rsidR="00EA4C10" w:rsidRPr="00910A0A">
              <w:rPr>
                <w:rFonts w:cs="Times New Roman"/>
                <w:b/>
                <w:szCs w:val="24"/>
                <w:lang w:val="en-GB"/>
              </w:rPr>
              <w:fldChar w:fldCharType="end"/>
            </w:r>
          </w:p>
          <w:p w14:paraId="034A3A69" w14:textId="32C7D9AC" w:rsidR="00EA4C10" w:rsidRPr="00910A0A" w:rsidRDefault="00EA4C10" w:rsidP="00A52635">
            <w:pPr>
              <w:ind w:left="314"/>
              <w:rPr>
                <w:rFonts w:cs="Times New Roman"/>
                <w:szCs w:val="24"/>
                <w:lang w:val="en-GB"/>
              </w:rPr>
            </w:pPr>
            <w:r w:rsidRPr="00910A0A">
              <w:rPr>
                <w:rFonts w:cs="Times New Roman"/>
                <w:szCs w:val="24"/>
                <w:lang w:val="en-GB"/>
              </w:rPr>
              <w:t>Authority</w:t>
            </w:r>
            <w:r w:rsidR="00CD3BFE" w:rsidRPr="00910A0A">
              <w:rPr>
                <w:rFonts w:cs="Times New Roman"/>
                <w:szCs w:val="24"/>
                <w:lang w:val="en-GB"/>
              </w:rPr>
              <w:t>/</w:t>
            </w:r>
            <w:r w:rsidR="00D37A83">
              <w:rPr>
                <w:rFonts w:cs="Times New Roman"/>
                <w:szCs w:val="24"/>
                <w:lang w:val="en-GB"/>
              </w:rPr>
              <w:t>O</w:t>
            </w:r>
            <w:r w:rsidR="002535D3" w:rsidRPr="00910A0A">
              <w:rPr>
                <w:rFonts w:cs="Times New Roman"/>
                <w:szCs w:val="24"/>
                <w:lang w:val="en-GB"/>
              </w:rPr>
              <w:t>rganization</w:t>
            </w:r>
            <w:r w:rsidRPr="00910A0A">
              <w:rPr>
                <w:rFonts w:cs="Times New Roman"/>
                <w:szCs w:val="24"/>
                <w:lang w:val="en-GB"/>
              </w:rPr>
              <w:t xml:space="preserve">: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p w14:paraId="51AF72EF" w14:textId="77777777" w:rsidR="00EA4C10" w:rsidRPr="00910A0A" w:rsidRDefault="00EA4C10" w:rsidP="00A52635">
            <w:pPr>
              <w:tabs>
                <w:tab w:val="right" w:leader="dot" w:pos="8080"/>
                <w:tab w:val="left" w:leader="dot" w:pos="8222"/>
              </w:tabs>
              <w:ind w:left="314"/>
              <w:rPr>
                <w:rFonts w:cs="Times New Roman"/>
                <w:szCs w:val="24"/>
                <w:lang w:val="en-GB"/>
              </w:rPr>
            </w:pPr>
            <w:r w:rsidRPr="00910A0A">
              <w:rPr>
                <w:rFonts w:cs="Times New Roman"/>
                <w:szCs w:val="24"/>
                <w:lang w:val="en-GB"/>
              </w:rPr>
              <w:t xml:space="preserve">Country of permanent residence: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p w14:paraId="17605AA5" w14:textId="392EC456" w:rsidR="00EA4C10" w:rsidRPr="00910A0A" w:rsidRDefault="00EA4C10" w:rsidP="00A52635">
            <w:pPr>
              <w:ind w:left="314"/>
              <w:rPr>
                <w:rFonts w:cs="Times New Roman"/>
                <w:szCs w:val="24"/>
                <w:lang w:val="en-GB"/>
              </w:rPr>
            </w:pPr>
            <w:r w:rsidRPr="00910A0A">
              <w:rPr>
                <w:rFonts w:cs="Times New Roman"/>
                <w:szCs w:val="24"/>
                <w:lang w:val="en-GB"/>
              </w:rPr>
              <w:t xml:space="preserve">End date of the position (month/year):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tc>
      </w:tr>
      <w:tr w:rsidR="005C1511" w:rsidRPr="00910A0A" w14:paraId="7D56C84F" w14:textId="77777777" w:rsidTr="00602B78">
        <w:tc>
          <w:tcPr>
            <w:tcW w:w="8931" w:type="dxa"/>
            <w:gridSpan w:val="2"/>
            <w:tcBorders>
              <w:left w:val="single" w:sz="4" w:space="0" w:color="auto"/>
            </w:tcBorders>
          </w:tcPr>
          <w:p w14:paraId="3E347419" w14:textId="433CE0CA" w:rsidR="005C1511" w:rsidRPr="00910A0A" w:rsidRDefault="00BB60C5" w:rsidP="00C469BD">
            <w:pPr>
              <w:rPr>
                <w:rFonts w:cs="Times New Roman"/>
                <w:szCs w:val="24"/>
                <w:lang w:val="en-GB"/>
              </w:rPr>
            </w:pPr>
            <w:r w:rsidRPr="00910A0A">
              <w:rPr>
                <w:rFonts w:cs="Times New Roman"/>
                <w:szCs w:val="24"/>
                <w:lang w:val="en-GB"/>
              </w:rPr>
              <w:br w:type="page"/>
            </w:r>
            <w:r w:rsidR="009756F8">
              <w:rPr>
                <w:rFonts w:cs="Times New Roman"/>
                <w:lang w:val="en-GB"/>
              </w:rPr>
              <w:t>Is the client and/or ultimate beneficial owner a family member</w:t>
            </w:r>
            <w:r w:rsidR="009756F8">
              <w:rPr>
                <w:rStyle w:val="Allmrkuseviide"/>
                <w:rFonts w:cs="Times New Roman"/>
                <w:lang w:val="en-GB"/>
              </w:rPr>
              <w:footnoteReference w:id="3"/>
            </w:r>
            <w:r w:rsidR="009756F8">
              <w:rPr>
                <w:rFonts w:cs="Times New Roman"/>
                <w:lang w:val="en-GB"/>
              </w:rPr>
              <w:t xml:space="preserve"> or close associate</w:t>
            </w:r>
            <w:r w:rsidR="009756F8">
              <w:rPr>
                <w:rStyle w:val="Allmrkuseviide"/>
                <w:rFonts w:cs="Times New Roman"/>
                <w:lang w:val="en-GB"/>
              </w:rPr>
              <w:footnoteReference w:id="4"/>
            </w:r>
            <w:r w:rsidR="009756F8">
              <w:rPr>
                <w:rFonts w:cs="Times New Roman"/>
                <w:lang w:val="en-GB"/>
              </w:rPr>
              <w:t xml:space="preserve"> of a politically exposed person in the last 12 months?</w:t>
            </w:r>
            <w:sdt>
              <w:sdtPr>
                <w:rPr>
                  <w:rFonts w:cs="Times New Roman"/>
                  <w:szCs w:val="24"/>
                  <w:lang w:val="en-GB"/>
                </w:rPr>
                <w:id w:val="105789637"/>
                <w14:checkbox>
                  <w14:checked w14:val="0"/>
                  <w14:checkedState w14:val="2612" w14:font="MS Gothic"/>
                  <w14:uncheckedState w14:val="2610" w14:font="MS Gothic"/>
                </w14:checkbox>
              </w:sdtPr>
              <w:sdtEndPr/>
              <w:sdtContent>
                <w:r w:rsidR="00150D2D" w:rsidRPr="00910A0A">
                  <w:rPr>
                    <w:rFonts w:eastAsia="MS Gothic" w:cs="Times New Roman"/>
                    <w:szCs w:val="24"/>
                    <w:lang w:val="en-GB"/>
                  </w:rPr>
                  <w:t xml:space="preserve">   </w:t>
                </w:r>
                <w:r w:rsidR="00150D2D" w:rsidRPr="00910A0A">
                  <w:rPr>
                    <w:rFonts w:ascii="Segoe UI Symbol" w:eastAsia="MS Gothic" w:hAnsi="Segoe UI Symbol" w:cs="Segoe UI Symbol"/>
                    <w:szCs w:val="24"/>
                    <w:lang w:val="en-GB"/>
                  </w:rPr>
                  <w:t>☐</w:t>
                </w:r>
                <w:r w:rsidR="00150D2D" w:rsidRPr="00910A0A">
                  <w:rPr>
                    <w:rFonts w:eastAsia="MS Gothic" w:cs="Times New Roman"/>
                    <w:szCs w:val="24"/>
                    <w:lang w:val="en-GB"/>
                  </w:rPr>
                  <w:t xml:space="preserve"> </w:t>
                </w:r>
              </w:sdtContent>
            </w:sdt>
            <w:r w:rsidR="005C1511" w:rsidRPr="00910A0A">
              <w:rPr>
                <w:rFonts w:cs="Times New Roman"/>
                <w:szCs w:val="24"/>
                <w:lang w:val="en-GB"/>
              </w:rPr>
              <w:t xml:space="preserve"> Yes </w:t>
            </w:r>
            <w:sdt>
              <w:sdtPr>
                <w:rPr>
                  <w:rFonts w:cs="Times New Roman"/>
                  <w:szCs w:val="24"/>
                  <w:lang w:val="en-GB"/>
                </w:rPr>
                <w:id w:val="-1674262835"/>
                <w14:checkbox>
                  <w14:checked w14:val="0"/>
                  <w14:checkedState w14:val="2612" w14:font="MS Gothic"/>
                  <w14:uncheckedState w14:val="2610" w14:font="MS Gothic"/>
                </w14:checkbox>
              </w:sdtPr>
              <w:sdtEndPr/>
              <w:sdtContent>
                <w:r w:rsidR="00150D2D" w:rsidRPr="00910A0A">
                  <w:rPr>
                    <w:rFonts w:ascii="Segoe UI Symbol" w:eastAsia="MS Gothic" w:hAnsi="Segoe UI Symbol" w:cs="Segoe UI Symbol"/>
                    <w:szCs w:val="24"/>
                    <w:lang w:val="en-GB"/>
                  </w:rPr>
                  <w:t>☐</w:t>
                </w:r>
              </w:sdtContent>
            </w:sdt>
            <w:r w:rsidR="00150D2D" w:rsidRPr="00910A0A">
              <w:rPr>
                <w:rFonts w:cs="Times New Roman"/>
                <w:szCs w:val="24"/>
                <w:lang w:val="en-GB"/>
              </w:rPr>
              <w:t xml:space="preserve"> No</w:t>
            </w:r>
          </w:p>
        </w:tc>
      </w:tr>
      <w:tr w:rsidR="00C469BD" w:rsidRPr="00910A0A" w14:paraId="0D997BCC" w14:textId="77777777" w:rsidTr="00602B78">
        <w:tc>
          <w:tcPr>
            <w:tcW w:w="284" w:type="dxa"/>
            <w:tcBorders>
              <w:right w:val="single" w:sz="4" w:space="0" w:color="auto"/>
            </w:tcBorders>
          </w:tcPr>
          <w:p w14:paraId="35B32A6D" w14:textId="77777777" w:rsidR="00C469BD" w:rsidRPr="00910A0A" w:rsidRDefault="00C469BD" w:rsidP="00C469BD">
            <w:pPr>
              <w:rPr>
                <w:rFonts w:cs="Times New Roman"/>
                <w:szCs w:val="24"/>
                <w:lang w:val="en-GB"/>
              </w:rPr>
            </w:pPr>
          </w:p>
        </w:tc>
        <w:tc>
          <w:tcPr>
            <w:tcW w:w="8647" w:type="dxa"/>
            <w:tcBorders>
              <w:left w:val="single" w:sz="4" w:space="0" w:color="auto"/>
            </w:tcBorders>
          </w:tcPr>
          <w:p w14:paraId="654126B2" w14:textId="5DD17C68" w:rsidR="00C469BD" w:rsidRDefault="00DB67BA" w:rsidP="0007206A">
            <w:pPr>
              <w:rPr>
                <w:rFonts w:cs="Times New Roman"/>
                <w:szCs w:val="24"/>
                <w:lang w:val="en-GB"/>
              </w:rPr>
            </w:pPr>
            <w:r w:rsidRPr="00DB67BA">
              <w:rPr>
                <w:rFonts w:cs="Times New Roman"/>
                <w:szCs w:val="24"/>
                <w:lang w:val="en-GB"/>
              </w:rPr>
              <w:t xml:space="preserve">If you answered “yes”, please provide the following information: </w:t>
            </w:r>
          </w:p>
          <w:p w14:paraId="07D8DC4F" w14:textId="77777777" w:rsidR="00DB67BA" w:rsidRPr="00910A0A" w:rsidRDefault="00DB67BA" w:rsidP="00C469BD">
            <w:pPr>
              <w:ind w:left="456"/>
              <w:rPr>
                <w:rFonts w:cs="Times New Roman"/>
                <w:szCs w:val="24"/>
                <w:lang w:val="en-GB"/>
              </w:rPr>
            </w:pPr>
          </w:p>
          <w:p w14:paraId="7C4F6DD8" w14:textId="36C9B411" w:rsidR="00C469BD" w:rsidRPr="00910A0A" w:rsidRDefault="00C469BD" w:rsidP="00AD3D4F">
            <w:pPr>
              <w:rPr>
                <w:rFonts w:cs="Times New Roman"/>
                <w:szCs w:val="24"/>
                <w:lang w:val="en-GB"/>
              </w:rPr>
            </w:pPr>
            <w:r w:rsidRPr="00910A0A">
              <w:rPr>
                <w:rFonts w:cs="Times New Roman"/>
                <w:szCs w:val="24"/>
                <w:lang w:val="en-GB"/>
              </w:rPr>
              <w:t xml:space="preserve">Connection with a politically exposed person: </w:t>
            </w:r>
            <w:r w:rsidR="001E7D83" w:rsidRPr="00910A0A">
              <w:rPr>
                <w:rFonts w:ascii="Segoe UI Symbol" w:hAnsi="Segoe UI Symbol" w:cs="Segoe UI Symbol"/>
                <w:szCs w:val="24"/>
                <w:lang w:val="en-GB"/>
              </w:rPr>
              <w:t>☐</w:t>
            </w:r>
            <w:r w:rsidR="001E7D83" w:rsidRPr="00910A0A">
              <w:rPr>
                <w:rFonts w:cs="Times New Roman"/>
                <w:szCs w:val="24"/>
                <w:lang w:val="en-GB"/>
              </w:rPr>
              <w:t xml:space="preserve"> </w:t>
            </w:r>
            <w:r w:rsidR="00AD3D4F" w:rsidRPr="00910A0A">
              <w:rPr>
                <w:rFonts w:cs="Times New Roman"/>
                <w:szCs w:val="24"/>
                <w:lang w:val="en-GB"/>
              </w:rPr>
              <w:t xml:space="preserve">spouse </w:t>
            </w:r>
            <w:r w:rsidR="001E7D83" w:rsidRPr="00910A0A">
              <w:rPr>
                <w:rFonts w:ascii="Segoe UI Symbol" w:hAnsi="Segoe UI Symbol" w:cs="Segoe UI Symbol"/>
                <w:szCs w:val="24"/>
                <w:lang w:val="en-GB"/>
              </w:rPr>
              <w:t>☐</w:t>
            </w:r>
            <w:r w:rsidR="001E7D83" w:rsidRPr="00910A0A">
              <w:rPr>
                <w:rFonts w:cs="Times New Roman"/>
                <w:szCs w:val="24"/>
                <w:lang w:val="en-GB"/>
              </w:rPr>
              <w:t xml:space="preserve"> person </w:t>
            </w:r>
            <w:r w:rsidR="00AD3D4F" w:rsidRPr="00910A0A">
              <w:rPr>
                <w:rFonts w:cs="Times New Roman"/>
                <w:szCs w:val="24"/>
                <w:lang w:val="en-GB"/>
              </w:rPr>
              <w:t xml:space="preserve">considered equivalent to spouse </w:t>
            </w:r>
            <w:r w:rsidR="00161586" w:rsidRPr="00910A0A">
              <w:rPr>
                <w:rFonts w:ascii="Segoe UI Symbol" w:hAnsi="Segoe UI Symbol" w:cs="Segoe UI Symbol"/>
                <w:szCs w:val="24"/>
                <w:lang w:val="en-GB"/>
              </w:rPr>
              <w:t>☐</w:t>
            </w:r>
            <w:r w:rsidR="00161586" w:rsidRPr="00910A0A">
              <w:rPr>
                <w:rFonts w:cs="Times New Roman"/>
                <w:szCs w:val="24"/>
                <w:lang w:val="en-GB"/>
              </w:rPr>
              <w:t xml:space="preserve"> </w:t>
            </w:r>
            <w:r w:rsidR="00AD3D4F" w:rsidRPr="00910A0A">
              <w:rPr>
                <w:rFonts w:cs="Times New Roman"/>
                <w:szCs w:val="24"/>
                <w:lang w:val="en-GB"/>
              </w:rPr>
              <w:t xml:space="preserve">registered partner </w:t>
            </w:r>
            <w:r w:rsidR="00161586" w:rsidRPr="00910A0A">
              <w:rPr>
                <w:rFonts w:ascii="Segoe UI Symbol" w:hAnsi="Segoe UI Symbol" w:cs="Segoe UI Symbol"/>
                <w:szCs w:val="24"/>
                <w:lang w:val="en-GB"/>
              </w:rPr>
              <w:t>☐</w:t>
            </w:r>
            <w:r w:rsidR="001F7C6D">
              <w:rPr>
                <w:rFonts w:ascii="Segoe UI Symbol" w:hAnsi="Segoe UI Symbol" w:cs="Segoe UI Symbol"/>
                <w:szCs w:val="24"/>
                <w:lang w:val="en-GB"/>
              </w:rPr>
              <w:t xml:space="preserve"> </w:t>
            </w:r>
            <w:r w:rsidR="00161586" w:rsidRPr="00910A0A">
              <w:rPr>
                <w:rFonts w:cs="Times New Roman"/>
                <w:szCs w:val="24"/>
                <w:lang w:val="en-GB"/>
              </w:rPr>
              <w:t xml:space="preserve">parent </w:t>
            </w:r>
            <w:r w:rsidR="00161586" w:rsidRPr="00910A0A">
              <w:rPr>
                <w:rFonts w:ascii="Segoe UI Symbol" w:hAnsi="Segoe UI Symbol" w:cs="Segoe UI Symbol"/>
                <w:szCs w:val="24"/>
                <w:lang w:val="en-GB"/>
              </w:rPr>
              <w:t>☐</w:t>
            </w:r>
            <w:r w:rsidR="00161586" w:rsidRPr="00910A0A">
              <w:rPr>
                <w:rFonts w:cs="Times New Roman"/>
                <w:szCs w:val="24"/>
                <w:lang w:val="en-GB"/>
              </w:rPr>
              <w:t xml:space="preserve"> </w:t>
            </w:r>
            <w:r w:rsidR="00C55AE0" w:rsidRPr="00910A0A">
              <w:rPr>
                <w:rFonts w:cs="Times New Roman"/>
                <w:szCs w:val="24"/>
                <w:lang w:val="en-GB"/>
              </w:rPr>
              <w:t xml:space="preserve">child </w:t>
            </w:r>
            <w:r w:rsidR="00C55AE0" w:rsidRPr="00910A0A">
              <w:rPr>
                <w:rFonts w:ascii="Segoe UI Symbol" w:hAnsi="Segoe UI Symbol" w:cs="Segoe UI Symbol"/>
                <w:szCs w:val="24"/>
                <w:lang w:val="en-GB"/>
              </w:rPr>
              <w:t>☐</w:t>
            </w:r>
            <w:r w:rsidR="00AD3D4F" w:rsidRPr="00910A0A">
              <w:rPr>
                <w:rFonts w:cs="Times New Roman"/>
                <w:szCs w:val="24"/>
                <w:lang w:val="en-GB"/>
              </w:rPr>
              <w:t xml:space="preserve"> </w:t>
            </w:r>
            <w:r w:rsidR="00440266" w:rsidRPr="00440266">
              <w:rPr>
                <w:rFonts w:cs="Times New Roman"/>
                <w:szCs w:val="24"/>
                <w:lang w:val="en-GB"/>
              </w:rPr>
              <w:t>child’s spouse</w:t>
            </w:r>
            <w:r w:rsidR="00440266">
              <w:rPr>
                <w:rFonts w:cs="Times New Roman"/>
                <w:szCs w:val="24"/>
                <w:lang w:val="en-GB"/>
              </w:rPr>
              <w:t xml:space="preserve"> </w:t>
            </w:r>
            <w:r w:rsidR="00C55AE0" w:rsidRPr="00910A0A">
              <w:rPr>
                <w:rFonts w:ascii="Segoe UI Symbol" w:hAnsi="Segoe UI Symbol" w:cs="Segoe UI Symbol"/>
                <w:szCs w:val="24"/>
                <w:lang w:val="en-GB"/>
              </w:rPr>
              <w:t>☐</w:t>
            </w:r>
            <w:r w:rsidR="00C55AE0" w:rsidRPr="00910A0A">
              <w:rPr>
                <w:rFonts w:cs="Times New Roman"/>
                <w:szCs w:val="24"/>
                <w:lang w:val="en-GB"/>
              </w:rPr>
              <w:t xml:space="preserve"> </w:t>
            </w:r>
            <w:r w:rsidR="0026422F" w:rsidRPr="0026422F">
              <w:rPr>
                <w:rFonts w:cs="Times New Roman"/>
                <w:szCs w:val="24"/>
                <w:lang w:val="en-GB"/>
              </w:rPr>
              <w:t>child’s registered partner</w:t>
            </w:r>
            <w:r w:rsidR="0026422F">
              <w:rPr>
                <w:rFonts w:cs="Times New Roman"/>
                <w:szCs w:val="24"/>
                <w:lang w:val="en-GB"/>
              </w:rPr>
              <w:t xml:space="preserve"> </w:t>
            </w:r>
            <w:r w:rsidR="009E7A40" w:rsidRPr="00910A0A">
              <w:rPr>
                <w:rFonts w:ascii="Segoe UI Symbol" w:hAnsi="Segoe UI Symbol" w:cs="Segoe UI Symbol"/>
                <w:szCs w:val="24"/>
                <w:lang w:val="en-GB"/>
              </w:rPr>
              <w:t>☐</w:t>
            </w:r>
            <w:r w:rsidR="009E7A40" w:rsidRPr="00910A0A">
              <w:rPr>
                <w:rFonts w:cs="Times New Roman"/>
                <w:szCs w:val="24"/>
                <w:lang w:val="en-GB"/>
              </w:rPr>
              <w:t xml:space="preserve"> </w:t>
            </w:r>
            <w:r w:rsidR="001D2671">
              <w:rPr>
                <w:rFonts w:cs="Times New Roman"/>
                <w:szCs w:val="24"/>
                <w:lang w:val="en-GB"/>
              </w:rPr>
              <w:t>b</w:t>
            </w:r>
            <w:r w:rsidR="009E7A40" w:rsidRPr="00910A0A">
              <w:rPr>
                <w:rFonts w:cs="Times New Roman"/>
                <w:szCs w:val="24"/>
                <w:lang w:val="en-GB"/>
              </w:rPr>
              <w:t xml:space="preserve">usiness partner </w:t>
            </w:r>
            <w:r w:rsidR="009E7A40" w:rsidRPr="00910A0A">
              <w:rPr>
                <w:rFonts w:ascii="Segoe UI Symbol" w:hAnsi="Segoe UI Symbol" w:cs="Segoe UI Symbol"/>
                <w:szCs w:val="24"/>
                <w:lang w:val="en-GB"/>
              </w:rPr>
              <w:t>☐</w:t>
            </w:r>
            <w:r w:rsidR="009E7A40" w:rsidRPr="00910A0A">
              <w:rPr>
                <w:rFonts w:cs="Times New Roman"/>
                <w:szCs w:val="24"/>
                <w:lang w:val="en-GB"/>
              </w:rPr>
              <w:t xml:space="preserve"> </w:t>
            </w:r>
            <w:r w:rsidR="000949FA" w:rsidRPr="00910A0A">
              <w:rPr>
                <w:rFonts w:cs="Times New Roman"/>
                <w:szCs w:val="24"/>
                <w:lang w:val="en-GB"/>
              </w:rPr>
              <w:t xml:space="preserve">other </w:t>
            </w:r>
            <w:r w:rsidR="004E09BD" w:rsidRPr="004E09BD">
              <w:rPr>
                <w:rFonts w:cs="Times New Roman"/>
                <w:i/>
                <w:iCs/>
                <w:szCs w:val="24"/>
                <w:lang w:val="en-GB"/>
              </w:rPr>
              <w:t xml:space="preserve">(please specify) </w:t>
            </w:r>
            <w:r w:rsidR="009A4EDE" w:rsidRPr="00910A0A">
              <w:rPr>
                <w:rFonts w:cs="Times New Roman"/>
                <w:b/>
                <w:szCs w:val="24"/>
                <w:lang w:val="en-GB"/>
              </w:rPr>
              <w:fldChar w:fldCharType="begin">
                <w:ffData>
                  <w:name w:val="Teksti4"/>
                  <w:enabled/>
                  <w:calcOnExit w:val="0"/>
                  <w:textInput/>
                </w:ffData>
              </w:fldChar>
            </w:r>
            <w:r w:rsidR="009A4EDE" w:rsidRPr="00910A0A">
              <w:rPr>
                <w:rFonts w:cs="Times New Roman"/>
                <w:b/>
                <w:szCs w:val="24"/>
                <w:lang w:val="en-GB"/>
              </w:rPr>
              <w:instrText xml:space="preserve"> FORMTEXT </w:instrText>
            </w:r>
            <w:r w:rsidR="009A4EDE" w:rsidRPr="00910A0A">
              <w:rPr>
                <w:rFonts w:cs="Times New Roman"/>
                <w:b/>
                <w:szCs w:val="24"/>
                <w:lang w:val="en-GB"/>
              </w:rPr>
            </w:r>
            <w:r w:rsidR="009A4EDE" w:rsidRPr="00910A0A">
              <w:rPr>
                <w:rFonts w:cs="Times New Roman"/>
                <w:b/>
                <w:szCs w:val="24"/>
                <w:lang w:val="en-GB"/>
              </w:rPr>
              <w:fldChar w:fldCharType="separate"/>
            </w:r>
            <w:r w:rsidR="009A4EDE" w:rsidRPr="00910A0A">
              <w:rPr>
                <w:rFonts w:cs="Times New Roman"/>
                <w:b/>
                <w:szCs w:val="24"/>
                <w:lang w:val="en-GB"/>
              </w:rPr>
              <w:t>     </w:t>
            </w:r>
            <w:r w:rsidR="009A4EDE" w:rsidRPr="00910A0A">
              <w:rPr>
                <w:rFonts w:cs="Times New Roman"/>
                <w:b/>
                <w:szCs w:val="24"/>
                <w:lang w:val="en-GB"/>
              </w:rPr>
              <w:fldChar w:fldCharType="end"/>
            </w:r>
            <w:r w:rsidR="009E7A40" w:rsidRPr="00910A0A">
              <w:rPr>
                <w:rFonts w:cs="Times New Roman"/>
                <w:szCs w:val="24"/>
                <w:lang w:val="en-GB"/>
              </w:rPr>
              <w:t xml:space="preserve"> </w:t>
            </w:r>
          </w:p>
          <w:p w14:paraId="7D5B954A" w14:textId="77777777" w:rsidR="000949FA" w:rsidRPr="00910A0A" w:rsidRDefault="000949FA" w:rsidP="00A52635">
            <w:pPr>
              <w:ind w:left="314"/>
              <w:rPr>
                <w:rFonts w:cs="Times New Roman"/>
                <w:szCs w:val="24"/>
                <w:lang w:val="en-GB"/>
              </w:rPr>
            </w:pPr>
          </w:p>
          <w:p w14:paraId="0F766930" w14:textId="776080DA" w:rsidR="00C469BD" w:rsidRPr="00910A0A" w:rsidRDefault="009625E9" w:rsidP="00A52635">
            <w:pPr>
              <w:ind w:left="314"/>
              <w:rPr>
                <w:rFonts w:cs="Times New Roman"/>
                <w:szCs w:val="24"/>
                <w:lang w:val="en-GB"/>
              </w:rPr>
            </w:pPr>
            <w:r>
              <w:rPr>
                <w:rFonts w:cs="Times New Roman"/>
                <w:szCs w:val="24"/>
                <w:lang w:val="en-GB"/>
              </w:rPr>
              <w:t>First name and surname</w:t>
            </w:r>
            <w:r w:rsidR="00C469BD" w:rsidRPr="00910A0A">
              <w:rPr>
                <w:rFonts w:cs="Times New Roman"/>
                <w:szCs w:val="24"/>
                <w:lang w:val="en-GB"/>
              </w:rPr>
              <w:t xml:space="preserve">: </w:t>
            </w:r>
            <w:r w:rsidR="00C469BD" w:rsidRPr="00910A0A">
              <w:rPr>
                <w:rFonts w:cs="Times New Roman"/>
                <w:b/>
                <w:szCs w:val="24"/>
                <w:lang w:val="en-GB"/>
              </w:rPr>
              <w:fldChar w:fldCharType="begin">
                <w:ffData>
                  <w:name w:val="Teksti4"/>
                  <w:enabled/>
                  <w:calcOnExit w:val="0"/>
                  <w:textInput/>
                </w:ffData>
              </w:fldChar>
            </w:r>
            <w:r w:rsidR="00C469BD" w:rsidRPr="00910A0A">
              <w:rPr>
                <w:rFonts w:cs="Times New Roman"/>
                <w:b/>
                <w:szCs w:val="24"/>
                <w:lang w:val="en-GB"/>
              </w:rPr>
              <w:instrText xml:space="preserve"> FORMTEXT </w:instrText>
            </w:r>
            <w:r w:rsidR="00C469BD" w:rsidRPr="00910A0A">
              <w:rPr>
                <w:rFonts w:cs="Times New Roman"/>
                <w:b/>
                <w:szCs w:val="24"/>
                <w:lang w:val="en-GB"/>
              </w:rPr>
            </w:r>
            <w:r w:rsidR="00C469BD" w:rsidRPr="00910A0A">
              <w:rPr>
                <w:rFonts w:cs="Times New Roman"/>
                <w:b/>
                <w:szCs w:val="24"/>
                <w:lang w:val="en-GB"/>
              </w:rPr>
              <w:fldChar w:fldCharType="separate"/>
            </w:r>
            <w:r w:rsidR="00C469BD" w:rsidRPr="00910A0A">
              <w:rPr>
                <w:rFonts w:cs="Times New Roman"/>
                <w:b/>
                <w:szCs w:val="24"/>
                <w:lang w:val="en-GB"/>
              </w:rPr>
              <w:t>     </w:t>
            </w:r>
            <w:r w:rsidR="00C469BD" w:rsidRPr="00910A0A">
              <w:rPr>
                <w:rFonts w:cs="Times New Roman"/>
                <w:b/>
                <w:szCs w:val="24"/>
                <w:lang w:val="en-GB"/>
              </w:rPr>
              <w:fldChar w:fldCharType="end"/>
            </w:r>
          </w:p>
          <w:p w14:paraId="4CAE06D7" w14:textId="75747D4D" w:rsidR="00C469BD" w:rsidRPr="00910A0A" w:rsidRDefault="00A50C3A" w:rsidP="00A52635">
            <w:pPr>
              <w:tabs>
                <w:tab w:val="right" w:leader="dot" w:pos="8080"/>
                <w:tab w:val="left" w:leader="dot" w:pos="8222"/>
              </w:tabs>
              <w:ind w:left="314"/>
              <w:rPr>
                <w:rFonts w:cs="Times New Roman"/>
                <w:szCs w:val="24"/>
                <w:lang w:val="en-GB"/>
              </w:rPr>
            </w:pPr>
            <w:r w:rsidRPr="00A50C3A">
              <w:rPr>
                <w:rFonts w:cs="Times New Roman"/>
                <w:szCs w:val="24"/>
                <w:lang w:val="en-GB"/>
              </w:rPr>
              <w:t>Position:</w:t>
            </w:r>
            <w:r w:rsidR="00C469BD" w:rsidRPr="00910A0A">
              <w:rPr>
                <w:rFonts w:cs="Times New Roman"/>
                <w:szCs w:val="24"/>
                <w:lang w:val="en-GB"/>
              </w:rPr>
              <w:t xml:space="preserve"> </w:t>
            </w:r>
            <w:r w:rsidR="00C469BD" w:rsidRPr="00910A0A">
              <w:rPr>
                <w:rFonts w:cs="Times New Roman"/>
                <w:b/>
                <w:szCs w:val="24"/>
                <w:lang w:val="en-GB"/>
              </w:rPr>
              <w:fldChar w:fldCharType="begin">
                <w:ffData>
                  <w:name w:val="Teksti4"/>
                  <w:enabled/>
                  <w:calcOnExit w:val="0"/>
                  <w:textInput/>
                </w:ffData>
              </w:fldChar>
            </w:r>
            <w:r w:rsidR="00C469BD" w:rsidRPr="00910A0A">
              <w:rPr>
                <w:rFonts w:cs="Times New Roman"/>
                <w:b/>
                <w:szCs w:val="24"/>
                <w:lang w:val="en-GB"/>
              </w:rPr>
              <w:instrText xml:space="preserve"> FORMTEXT </w:instrText>
            </w:r>
            <w:r w:rsidR="00C469BD" w:rsidRPr="00910A0A">
              <w:rPr>
                <w:rFonts w:cs="Times New Roman"/>
                <w:b/>
                <w:szCs w:val="24"/>
                <w:lang w:val="en-GB"/>
              </w:rPr>
            </w:r>
            <w:r w:rsidR="00C469BD" w:rsidRPr="00910A0A">
              <w:rPr>
                <w:rFonts w:cs="Times New Roman"/>
                <w:b/>
                <w:szCs w:val="24"/>
                <w:lang w:val="en-GB"/>
              </w:rPr>
              <w:fldChar w:fldCharType="separate"/>
            </w:r>
            <w:r w:rsidR="00C469BD" w:rsidRPr="00910A0A">
              <w:rPr>
                <w:rFonts w:cs="Times New Roman"/>
                <w:b/>
                <w:szCs w:val="24"/>
                <w:lang w:val="en-GB"/>
              </w:rPr>
              <w:t>     </w:t>
            </w:r>
            <w:r w:rsidR="00C469BD" w:rsidRPr="00910A0A">
              <w:rPr>
                <w:rFonts w:cs="Times New Roman"/>
                <w:b/>
                <w:szCs w:val="24"/>
                <w:lang w:val="en-GB"/>
              </w:rPr>
              <w:fldChar w:fldCharType="end"/>
            </w:r>
          </w:p>
          <w:p w14:paraId="4B494CFB" w14:textId="65753A31" w:rsidR="00C469BD" w:rsidRPr="00910A0A" w:rsidRDefault="00C469BD" w:rsidP="00A52635">
            <w:pPr>
              <w:ind w:left="314"/>
              <w:rPr>
                <w:rFonts w:cs="Times New Roman"/>
                <w:szCs w:val="24"/>
                <w:lang w:val="en-GB"/>
              </w:rPr>
            </w:pPr>
            <w:r w:rsidRPr="00910A0A">
              <w:rPr>
                <w:rFonts w:cs="Times New Roman"/>
                <w:szCs w:val="24"/>
                <w:lang w:val="en-GB"/>
              </w:rPr>
              <w:t>Authority</w:t>
            </w:r>
            <w:r w:rsidR="00F77E1F">
              <w:rPr>
                <w:rFonts w:cs="Times New Roman"/>
                <w:szCs w:val="24"/>
                <w:lang w:val="en-GB"/>
              </w:rPr>
              <w:t>/Organi</w:t>
            </w:r>
            <w:r w:rsidR="00837FE3">
              <w:rPr>
                <w:rFonts w:cs="Times New Roman"/>
                <w:szCs w:val="24"/>
                <w:lang w:val="en-GB"/>
              </w:rPr>
              <w:t>z</w:t>
            </w:r>
            <w:r w:rsidR="00F77E1F">
              <w:rPr>
                <w:rFonts w:cs="Times New Roman"/>
                <w:szCs w:val="24"/>
                <w:lang w:val="en-GB"/>
              </w:rPr>
              <w:t>ation</w:t>
            </w:r>
            <w:r w:rsidRPr="00910A0A">
              <w:rPr>
                <w:rFonts w:cs="Times New Roman"/>
                <w:szCs w:val="24"/>
                <w:lang w:val="en-GB"/>
              </w:rPr>
              <w:t xml:space="preserve">: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p w14:paraId="4857AD19" w14:textId="77777777" w:rsidR="006C62CE" w:rsidRPr="00910A0A" w:rsidRDefault="006C62CE" w:rsidP="006C62CE">
            <w:pPr>
              <w:tabs>
                <w:tab w:val="right" w:leader="dot" w:pos="8080"/>
                <w:tab w:val="left" w:leader="dot" w:pos="8222"/>
              </w:tabs>
              <w:ind w:left="314"/>
              <w:rPr>
                <w:rFonts w:cs="Times New Roman"/>
                <w:szCs w:val="24"/>
                <w:lang w:val="en-GB"/>
              </w:rPr>
            </w:pPr>
            <w:r w:rsidRPr="00910A0A">
              <w:rPr>
                <w:rFonts w:cs="Times New Roman"/>
                <w:szCs w:val="24"/>
                <w:lang w:val="en-GB"/>
              </w:rPr>
              <w:t xml:space="preserve">Country of permanent residence: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p w14:paraId="356F6599" w14:textId="69F764DB" w:rsidR="00C469BD" w:rsidRPr="00910A0A" w:rsidRDefault="00C469BD" w:rsidP="00A52635">
            <w:pPr>
              <w:ind w:left="314"/>
              <w:rPr>
                <w:rFonts w:cs="Times New Roman"/>
                <w:szCs w:val="24"/>
                <w:lang w:val="en-GB"/>
              </w:rPr>
            </w:pPr>
            <w:r w:rsidRPr="00910A0A">
              <w:rPr>
                <w:rFonts w:cs="Times New Roman"/>
                <w:szCs w:val="24"/>
                <w:lang w:val="en-GB"/>
              </w:rPr>
              <w:t xml:space="preserve">End date of the position (month/year): </w:t>
            </w:r>
            <w:r w:rsidRPr="00910A0A">
              <w:rPr>
                <w:rFonts w:cs="Times New Roman"/>
                <w:b/>
                <w:szCs w:val="24"/>
                <w:lang w:val="en-GB"/>
              </w:rPr>
              <w:fldChar w:fldCharType="begin">
                <w:ffData>
                  <w:name w:val="Teksti4"/>
                  <w:enabled/>
                  <w:calcOnExit w:val="0"/>
                  <w:textInput/>
                </w:ffData>
              </w:fldChar>
            </w:r>
            <w:r w:rsidRPr="00910A0A">
              <w:rPr>
                <w:rFonts w:cs="Times New Roman"/>
                <w:b/>
                <w:szCs w:val="24"/>
                <w:lang w:val="en-GB"/>
              </w:rPr>
              <w:instrText xml:space="preserve"> FORMTEXT </w:instrText>
            </w:r>
            <w:r w:rsidRPr="00910A0A">
              <w:rPr>
                <w:rFonts w:cs="Times New Roman"/>
                <w:b/>
                <w:szCs w:val="24"/>
                <w:lang w:val="en-GB"/>
              </w:rPr>
            </w:r>
            <w:r w:rsidRPr="00910A0A">
              <w:rPr>
                <w:rFonts w:cs="Times New Roman"/>
                <w:b/>
                <w:szCs w:val="24"/>
                <w:lang w:val="en-GB"/>
              </w:rPr>
              <w:fldChar w:fldCharType="separate"/>
            </w:r>
            <w:r w:rsidRPr="00910A0A">
              <w:rPr>
                <w:rFonts w:cs="Times New Roman"/>
                <w:b/>
                <w:szCs w:val="24"/>
                <w:lang w:val="en-GB"/>
              </w:rPr>
              <w:t>     </w:t>
            </w:r>
            <w:r w:rsidRPr="00910A0A">
              <w:rPr>
                <w:rFonts w:cs="Times New Roman"/>
                <w:b/>
                <w:szCs w:val="24"/>
                <w:lang w:val="en-GB"/>
              </w:rPr>
              <w:fldChar w:fldCharType="end"/>
            </w:r>
          </w:p>
        </w:tc>
      </w:tr>
    </w:tbl>
    <w:p w14:paraId="730764F8" w14:textId="5EE91125" w:rsidR="005D36A7" w:rsidRPr="00910A0A" w:rsidRDefault="008D2CBA" w:rsidP="3E5B4943">
      <w:pPr>
        <w:rPr>
          <w:rFonts w:cs="Times New Roman"/>
          <w:szCs w:val="24"/>
          <w:lang w:val="en-GB"/>
        </w:rPr>
      </w:pPr>
      <w:r w:rsidRPr="00910A0A">
        <w:rPr>
          <w:rFonts w:cs="Times New Roman"/>
          <w:b/>
          <w:bCs/>
          <w:szCs w:val="24"/>
          <w:lang w:val="en-GB"/>
        </w:rPr>
        <w:t>TRANSACTION DETAILS</w:t>
      </w:r>
    </w:p>
    <w:tbl>
      <w:tblPr>
        <w:tblStyle w:val="Kontuurtabel"/>
        <w:tblW w:w="8902" w:type="dxa"/>
        <w:tblInd w:w="137" w:type="dxa"/>
        <w:tblLook w:val="04A0" w:firstRow="1" w:lastRow="0" w:firstColumn="1" w:lastColumn="0" w:noHBand="0" w:noVBand="1"/>
      </w:tblPr>
      <w:tblGrid>
        <w:gridCol w:w="4183"/>
        <w:gridCol w:w="4719"/>
      </w:tblGrid>
      <w:tr w:rsidR="005D36A7" w:rsidRPr="00910A0A" w14:paraId="52EA63AD" w14:textId="77777777" w:rsidTr="00547686">
        <w:tc>
          <w:tcPr>
            <w:tcW w:w="4183" w:type="dxa"/>
          </w:tcPr>
          <w:p w14:paraId="070C80A7" w14:textId="3546C42E" w:rsidR="005D36A7" w:rsidRPr="00910A0A" w:rsidRDefault="0091796B" w:rsidP="3E5B4943">
            <w:pPr>
              <w:rPr>
                <w:rFonts w:cs="Times New Roman"/>
                <w:szCs w:val="24"/>
                <w:lang w:val="en-GB"/>
              </w:rPr>
            </w:pPr>
            <w:r w:rsidRPr="00910A0A">
              <w:rPr>
                <w:rFonts w:cs="Times New Roman"/>
                <w:szCs w:val="24"/>
                <w:lang w:val="en-GB"/>
              </w:rPr>
              <w:t>Task to be performed within the framework of legal services</w:t>
            </w:r>
          </w:p>
        </w:tc>
        <w:tc>
          <w:tcPr>
            <w:tcW w:w="4719" w:type="dxa"/>
          </w:tcPr>
          <w:p w14:paraId="05B02E3C" w14:textId="77777777" w:rsidR="005D36A7" w:rsidRPr="00910A0A" w:rsidRDefault="005D36A7" w:rsidP="3E5B4943">
            <w:pPr>
              <w:rPr>
                <w:rFonts w:cs="Times New Roman"/>
                <w:szCs w:val="24"/>
                <w:lang w:val="en-GB"/>
              </w:rPr>
            </w:pPr>
          </w:p>
        </w:tc>
      </w:tr>
      <w:tr w:rsidR="005D36A7" w:rsidRPr="00910A0A" w14:paraId="1419F6D2" w14:textId="77777777" w:rsidTr="00547686">
        <w:tc>
          <w:tcPr>
            <w:tcW w:w="4183" w:type="dxa"/>
          </w:tcPr>
          <w:p w14:paraId="7ED76722" w14:textId="776CCB17" w:rsidR="005D36A7" w:rsidRPr="00910A0A" w:rsidRDefault="00330F88" w:rsidP="0046028F">
            <w:pPr>
              <w:rPr>
                <w:rFonts w:cs="Times New Roman"/>
                <w:szCs w:val="24"/>
                <w:lang w:val="en-GB"/>
              </w:rPr>
            </w:pPr>
            <w:r w:rsidRPr="00910A0A">
              <w:rPr>
                <w:rFonts w:cs="Times New Roman"/>
                <w:szCs w:val="24"/>
                <w:shd w:val="clear" w:color="auto" w:fill="FFFFFF"/>
                <w:lang w:val="en-GB"/>
              </w:rPr>
              <w:t xml:space="preserve">Monetary amount of the transaction in euros or other </w:t>
            </w:r>
            <w:r w:rsidR="004A6E0D" w:rsidRPr="004A6E0D">
              <w:rPr>
                <w:rFonts w:cs="Times New Roman"/>
                <w:szCs w:val="24"/>
                <w:shd w:val="clear" w:color="auto" w:fill="FFFFFF"/>
                <w:lang w:val="en-GB"/>
              </w:rPr>
              <w:t>relevant currency</w:t>
            </w:r>
          </w:p>
        </w:tc>
        <w:tc>
          <w:tcPr>
            <w:tcW w:w="4719" w:type="dxa"/>
          </w:tcPr>
          <w:p w14:paraId="289C6D4D" w14:textId="77777777" w:rsidR="005D36A7" w:rsidRPr="00910A0A" w:rsidRDefault="005D36A7" w:rsidP="3E5B4943">
            <w:pPr>
              <w:rPr>
                <w:rFonts w:cs="Times New Roman"/>
                <w:szCs w:val="24"/>
                <w:lang w:val="en-GB"/>
              </w:rPr>
            </w:pPr>
          </w:p>
        </w:tc>
      </w:tr>
      <w:tr w:rsidR="005D36A7" w:rsidRPr="00910A0A" w14:paraId="1FC89B72" w14:textId="77777777" w:rsidTr="00547686">
        <w:tc>
          <w:tcPr>
            <w:tcW w:w="4183" w:type="dxa"/>
          </w:tcPr>
          <w:p w14:paraId="431E9395" w14:textId="217F2872" w:rsidR="005D36A7" w:rsidRPr="00910A0A" w:rsidRDefault="0067016A" w:rsidP="3E5B4943">
            <w:pPr>
              <w:rPr>
                <w:rFonts w:cs="Times New Roman"/>
                <w:szCs w:val="24"/>
                <w:lang w:val="en-GB"/>
              </w:rPr>
            </w:pPr>
            <w:r w:rsidRPr="0067016A">
              <w:rPr>
                <w:rFonts w:cs="Times New Roman"/>
                <w:szCs w:val="24"/>
                <w:lang w:val="en-GB"/>
              </w:rPr>
              <w:lastRenderedPageBreak/>
              <w:t>Method of payment used in the transaction</w:t>
            </w:r>
          </w:p>
        </w:tc>
        <w:tc>
          <w:tcPr>
            <w:tcW w:w="4719" w:type="dxa"/>
          </w:tcPr>
          <w:p w14:paraId="071084F0" w14:textId="36D68B46" w:rsidR="005D36A7" w:rsidRPr="00910A0A" w:rsidRDefault="004F6075" w:rsidP="3E5B4943">
            <w:pPr>
              <w:rPr>
                <w:rFonts w:cs="Times New Roman"/>
                <w:szCs w:val="24"/>
                <w:lang w:val="en-GB"/>
              </w:rPr>
            </w:pPr>
            <w:sdt>
              <w:sdtPr>
                <w:rPr>
                  <w:rFonts w:cs="Times New Roman"/>
                  <w:szCs w:val="24"/>
                  <w:lang w:val="en-GB"/>
                </w:rPr>
                <w:id w:val="1667437104"/>
                <w14:checkbox>
                  <w14:checked w14:val="0"/>
                  <w14:checkedState w14:val="2612" w14:font="MS Gothic"/>
                  <w14:uncheckedState w14:val="2610" w14:font="MS Gothic"/>
                </w14:checkbox>
              </w:sdtPr>
              <w:sdtEndPr/>
              <w:sdtContent>
                <w:r w:rsidR="0067016A">
                  <w:rPr>
                    <w:rFonts w:ascii="MS Gothic" w:eastAsia="MS Gothic" w:hAnsi="MS Gothic" w:cs="Times New Roman" w:hint="eastAsia"/>
                    <w:szCs w:val="24"/>
                    <w:lang w:val="en-GB"/>
                  </w:rPr>
                  <w:t>☐</w:t>
                </w:r>
              </w:sdtContent>
            </w:sdt>
            <w:r w:rsidR="008C3EE6" w:rsidRPr="00910A0A">
              <w:rPr>
                <w:rFonts w:cs="Times New Roman"/>
                <w:szCs w:val="24"/>
                <w:lang w:val="en-GB"/>
              </w:rPr>
              <w:t xml:space="preserve"> Cash </w:t>
            </w:r>
            <w:sdt>
              <w:sdtPr>
                <w:rPr>
                  <w:rFonts w:cs="Times New Roman"/>
                  <w:szCs w:val="24"/>
                  <w:lang w:val="en-GB"/>
                </w:rPr>
                <w:id w:val="-1367219124"/>
                <w14:checkbox>
                  <w14:checked w14:val="0"/>
                  <w14:checkedState w14:val="2612" w14:font="MS Gothic"/>
                  <w14:uncheckedState w14:val="2610" w14:font="MS Gothic"/>
                </w14:checkbox>
              </w:sdtPr>
              <w:sdtEndPr/>
              <w:sdtContent>
                <w:r w:rsidR="002008CE">
                  <w:rPr>
                    <w:rFonts w:ascii="Segoe UI Symbol" w:eastAsia="MS Gothic" w:hAnsi="Segoe UI Symbol" w:cs="Segoe UI Symbol"/>
                    <w:szCs w:val="24"/>
                    <w:lang w:val="en-GB"/>
                  </w:rPr>
                  <w:t>☐</w:t>
                </w:r>
              </w:sdtContent>
            </w:sdt>
            <w:r w:rsidR="002008CE">
              <w:rPr>
                <w:rFonts w:cs="Times New Roman"/>
                <w:szCs w:val="24"/>
                <w:lang w:val="en-GB"/>
              </w:rPr>
              <w:t xml:space="preserve"> Bank transfer</w:t>
            </w:r>
            <w:sdt>
              <w:sdtPr>
                <w:rPr>
                  <w:rFonts w:cs="Times New Roman"/>
                  <w:szCs w:val="24"/>
                  <w:lang w:val="en-GB"/>
                </w:rPr>
                <w:id w:val="91294764"/>
                <w14:checkbox>
                  <w14:checked w14:val="0"/>
                  <w14:checkedState w14:val="2612" w14:font="MS Gothic"/>
                  <w14:uncheckedState w14:val="2610" w14:font="MS Gothic"/>
                </w14:checkbox>
              </w:sdtPr>
              <w:sdtEndPr/>
              <w:sdtContent>
                <w:r w:rsidR="00465FE8" w:rsidRPr="00910A0A">
                  <w:rPr>
                    <w:rFonts w:eastAsia="MS Gothic" w:cs="Times New Roman"/>
                    <w:szCs w:val="24"/>
                    <w:lang w:val="en-GB"/>
                  </w:rPr>
                  <w:t xml:space="preserve">   </w:t>
                </w:r>
                <w:r w:rsidR="00465FE8" w:rsidRPr="00910A0A">
                  <w:rPr>
                    <w:rFonts w:ascii="Segoe UI Symbol" w:eastAsia="MS Gothic" w:hAnsi="Segoe UI Symbol" w:cs="Segoe UI Symbol"/>
                    <w:szCs w:val="24"/>
                    <w:lang w:val="en-GB"/>
                  </w:rPr>
                  <w:t>☐</w:t>
                </w:r>
                <w:r w:rsidR="00465FE8" w:rsidRPr="00910A0A">
                  <w:rPr>
                    <w:rFonts w:eastAsia="MS Gothic" w:cs="Times New Roman"/>
                    <w:szCs w:val="24"/>
                    <w:lang w:val="en-GB"/>
                  </w:rPr>
                  <w:t xml:space="preserve"> </w:t>
                </w:r>
              </w:sdtContent>
            </w:sdt>
            <w:r w:rsidR="00AA76FD" w:rsidRPr="00910A0A">
              <w:rPr>
                <w:rFonts w:cs="Times New Roman"/>
                <w:szCs w:val="24"/>
                <w:lang w:val="en-GB"/>
              </w:rPr>
              <w:t>O</w:t>
            </w:r>
            <w:r w:rsidR="007136F3" w:rsidRPr="00910A0A">
              <w:rPr>
                <w:rFonts w:cs="Times New Roman"/>
                <w:szCs w:val="24"/>
                <w:lang w:val="en-GB"/>
              </w:rPr>
              <w:t>ther</w:t>
            </w:r>
            <w:r w:rsidR="007136F3" w:rsidRPr="00910A0A">
              <w:rPr>
                <w:rFonts w:cs="Times New Roman"/>
                <w:b/>
                <w:szCs w:val="24"/>
                <w:lang w:val="en-GB"/>
              </w:rPr>
              <w:fldChar w:fldCharType="begin">
                <w:ffData>
                  <w:name w:val="Teksti4"/>
                  <w:enabled/>
                  <w:calcOnExit w:val="0"/>
                  <w:textInput/>
                </w:ffData>
              </w:fldChar>
            </w:r>
            <w:r w:rsidR="007136F3" w:rsidRPr="00910A0A">
              <w:rPr>
                <w:rFonts w:cs="Times New Roman"/>
                <w:b/>
                <w:szCs w:val="24"/>
                <w:lang w:val="en-GB"/>
              </w:rPr>
              <w:instrText xml:space="preserve"> FORMTEXT </w:instrText>
            </w:r>
            <w:r w:rsidR="007136F3" w:rsidRPr="00910A0A">
              <w:rPr>
                <w:rFonts w:cs="Times New Roman"/>
                <w:b/>
                <w:szCs w:val="24"/>
                <w:lang w:val="en-GB"/>
              </w:rPr>
            </w:r>
            <w:r w:rsidR="007136F3" w:rsidRPr="00910A0A">
              <w:rPr>
                <w:rFonts w:cs="Times New Roman"/>
                <w:b/>
                <w:szCs w:val="24"/>
                <w:lang w:val="en-GB"/>
              </w:rPr>
              <w:fldChar w:fldCharType="separate"/>
            </w:r>
            <w:r w:rsidR="007136F3" w:rsidRPr="00910A0A">
              <w:rPr>
                <w:rFonts w:cs="Times New Roman"/>
                <w:b/>
                <w:szCs w:val="24"/>
                <w:lang w:val="en-GB"/>
              </w:rPr>
              <w:t>     </w:t>
            </w:r>
            <w:r w:rsidR="007136F3" w:rsidRPr="00910A0A">
              <w:rPr>
                <w:rFonts w:cs="Times New Roman"/>
                <w:b/>
                <w:szCs w:val="24"/>
                <w:lang w:val="en-GB"/>
              </w:rPr>
              <w:fldChar w:fldCharType="end"/>
            </w:r>
          </w:p>
        </w:tc>
      </w:tr>
      <w:tr w:rsidR="005D36A7" w:rsidRPr="00910A0A" w14:paraId="6159AC5A" w14:textId="77777777" w:rsidTr="00547686">
        <w:tc>
          <w:tcPr>
            <w:tcW w:w="4183" w:type="dxa"/>
          </w:tcPr>
          <w:p w14:paraId="6E0016FD" w14:textId="26BADF61" w:rsidR="005D36A7" w:rsidRPr="00910A0A" w:rsidRDefault="007229EA" w:rsidP="3E5B4943">
            <w:pPr>
              <w:rPr>
                <w:rFonts w:cs="Times New Roman"/>
                <w:szCs w:val="24"/>
                <w:lang w:val="en-GB"/>
              </w:rPr>
            </w:pPr>
            <w:r w:rsidRPr="007229EA">
              <w:rPr>
                <w:rFonts w:cs="Times New Roman"/>
                <w:szCs w:val="24"/>
                <w:lang w:val="en-GB"/>
              </w:rPr>
              <w:t xml:space="preserve">Source and origin of the funds </w:t>
            </w:r>
            <w:r w:rsidR="004F2360" w:rsidRPr="00910A0A">
              <w:rPr>
                <w:rFonts w:cs="Times New Roman"/>
                <w:szCs w:val="24"/>
                <w:lang w:val="en-GB"/>
              </w:rPr>
              <w:t>(money, assets, etc.) used in the transaction</w:t>
            </w:r>
          </w:p>
        </w:tc>
        <w:tc>
          <w:tcPr>
            <w:tcW w:w="4719" w:type="dxa"/>
          </w:tcPr>
          <w:p w14:paraId="147ED90E" w14:textId="77777777" w:rsidR="005D36A7" w:rsidRPr="00910A0A" w:rsidRDefault="005D36A7" w:rsidP="3E5B4943">
            <w:pPr>
              <w:rPr>
                <w:rFonts w:cs="Times New Roman"/>
                <w:szCs w:val="24"/>
                <w:lang w:val="en-GB"/>
              </w:rPr>
            </w:pPr>
          </w:p>
        </w:tc>
      </w:tr>
    </w:tbl>
    <w:p w14:paraId="34433D6E" w14:textId="77777777" w:rsidR="00001F4C" w:rsidRDefault="00001F4C" w:rsidP="00D40B71">
      <w:pPr>
        <w:ind w:firstLine="142"/>
        <w:rPr>
          <w:rFonts w:cs="Times New Roman"/>
          <w:b/>
          <w:bCs/>
          <w:szCs w:val="24"/>
          <w:lang w:val="en-GB"/>
        </w:rPr>
      </w:pPr>
      <w:r w:rsidRPr="00001F4C">
        <w:rPr>
          <w:rFonts w:cs="Times New Roman"/>
          <w:b/>
          <w:bCs/>
          <w:szCs w:val="24"/>
          <w:lang w:val="en-GB"/>
        </w:rPr>
        <w:t>DECLARATIONS</w:t>
      </w:r>
    </w:p>
    <w:p w14:paraId="412DCE30" w14:textId="1A3D145F" w:rsidR="003736A6" w:rsidRPr="00910A0A" w:rsidRDefault="009625E9" w:rsidP="00D40B71">
      <w:pPr>
        <w:ind w:firstLine="142"/>
        <w:rPr>
          <w:rFonts w:cs="Times New Roman"/>
          <w:szCs w:val="24"/>
          <w:lang w:val="en-GB"/>
        </w:rPr>
      </w:pPr>
      <w:r w:rsidRPr="009625E9">
        <w:rPr>
          <w:rFonts w:cs="Times New Roman"/>
          <w:szCs w:val="24"/>
          <w:lang w:val="en-GB"/>
        </w:rPr>
        <w:t>I hereby declare that:</w:t>
      </w:r>
    </w:p>
    <w:p w14:paraId="40CFF3B1" w14:textId="77777777" w:rsidR="003736A6" w:rsidRPr="003736A6" w:rsidRDefault="003736A6" w:rsidP="003736A6">
      <w:pPr>
        <w:numPr>
          <w:ilvl w:val="0"/>
          <w:numId w:val="12"/>
        </w:numPr>
        <w:spacing w:after="0"/>
        <w:rPr>
          <w:rFonts w:cs="Times New Roman"/>
          <w:lang w:val="en-GB"/>
        </w:rPr>
      </w:pPr>
      <w:r w:rsidRPr="003736A6">
        <w:rPr>
          <w:rFonts w:cs="Times New Roman"/>
          <w:lang w:val="en-GB"/>
        </w:rPr>
        <w:t>Neither the client, the client’s representative, nor the client’s ultimate beneficial owner is subject to international sanctions.</w:t>
      </w:r>
    </w:p>
    <w:p w14:paraId="04C49CE1" w14:textId="77777777" w:rsidR="003736A6" w:rsidRPr="003736A6" w:rsidRDefault="003736A6" w:rsidP="003736A6">
      <w:pPr>
        <w:numPr>
          <w:ilvl w:val="0"/>
          <w:numId w:val="12"/>
        </w:numPr>
        <w:spacing w:after="0"/>
        <w:rPr>
          <w:rFonts w:cs="Times New Roman"/>
          <w:lang w:val="en-GB"/>
        </w:rPr>
      </w:pPr>
      <w:r w:rsidRPr="003736A6">
        <w:rPr>
          <w:rFonts w:cs="Times New Roman"/>
          <w:lang w:val="en-GB"/>
        </w:rPr>
        <w:t>The information provided in the questionnaire is complete and truthful.</w:t>
      </w:r>
    </w:p>
    <w:p w14:paraId="05C31379" w14:textId="77777777" w:rsidR="003736A6" w:rsidRPr="003736A6" w:rsidRDefault="003736A6" w:rsidP="003736A6">
      <w:pPr>
        <w:numPr>
          <w:ilvl w:val="0"/>
          <w:numId w:val="12"/>
        </w:numPr>
        <w:spacing w:after="0"/>
        <w:rPr>
          <w:rFonts w:cs="Times New Roman"/>
          <w:lang w:val="en-GB"/>
        </w:rPr>
      </w:pPr>
      <w:r w:rsidRPr="003736A6">
        <w:rPr>
          <w:rFonts w:cs="Times New Roman"/>
          <w:lang w:val="en-GB"/>
        </w:rPr>
        <w:t>I undertake to notify the attorney immediately of any changes.</w:t>
      </w:r>
    </w:p>
    <w:p w14:paraId="27CEB11F" w14:textId="77777777" w:rsidR="003736A6" w:rsidRPr="003736A6" w:rsidRDefault="003736A6" w:rsidP="003736A6">
      <w:pPr>
        <w:numPr>
          <w:ilvl w:val="0"/>
          <w:numId w:val="12"/>
        </w:numPr>
        <w:spacing w:after="0"/>
        <w:rPr>
          <w:rFonts w:cs="Times New Roman"/>
          <w:lang w:val="en-GB"/>
        </w:rPr>
      </w:pPr>
      <w:r w:rsidRPr="003736A6">
        <w:rPr>
          <w:rFonts w:cs="Times New Roman"/>
          <w:lang w:val="en-GB"/>
        </w:rPr>
        <w:t>I am aware that if I refuse to provide data for the application of due diligence measures, the attorney is prohibited from carrying out the transaction.</w:t>
      </w:r>
    </w:p>
    <w:p w14:paraId="7A3357E4" w14:textId="77777777" w:rsidR="00791901" w:rsidRDefault="00791901">
      <w:pPr>
        <w:rPr>
          <w:rFonts w:cs="Times New Roman"/>
          <w:szCs w:val="24"/>
          <w:lang w:val="en-GB"/>
        </w:rPr>
      </w:pPr>
    </w:p>
    <w:p w14:paraId="34921448" w14:textId="7BB56D69" w:rsidR="00CC4398" w:rsidRPr="00910A0A" w:rsidRDefault="0091796B">
      <w:pPr>
        <w:rPr>
          <w:rFonts w:cs="Times New Roman"/>
          <w:szCs w:val="24"/>
          <w:lang w:val="en-GB"/>
        </w:rPr>
      </w:pPr>
      <w:r w:rsidRPr="00910A0A">
        <w:rPr>
          <w:rFonts w:cs="Times New Roman"/>
          <w:szCs w:val="24"/>
          <w:lang w:val="en-GB"/>
        </w:rPr>
        <w:t>Date:</w:t>
      </w:r>
      <w:r w:rsidR="00E26A03" w:rsidRPr="00E26A03">
        <w:rPr>
          <w:rFonts w:cs="Times New Roman"/>
          <w:bCs/>
          <w:szCs w:val="24"/>
          <w:lang w:val="en-GB"/>
        </w:rPr>
        <w:fldChar w:fldCharType="begin">
          <w:ffData>
            <w:name w:val="Teksti4"/>
            <w:enabled/>
            <w:calcOnExit w:val="0"/>
            <w:textInput/>
          </w:ffData>
        </w:fldChar>
      </w:r>
      <w:r w:rsidR="00E26A03" w:rsidRPr="00E26A03">
        <w:rPr>
          <w:rFonts w:cs="Times New Roman"/>
          <w:bCs/>
          <w:szCs w:val="24"/>
          <w:lang w:val="en-GB"/>
        </w:rPr>
        <w:instrText xml:space="preserve"> FORMTEXT </w:instrText>
      </w:r>
      <w:r w:rsidR="00E26A03" w:rsidRPr="00E26A03">
        <w:rPr>
          <w:rFonts w:cs="Times New Roman"/>
          <w:bCs/>
          <w:szCs w:val="24"/>
          <w:lang w:val="en-GB"/>
        </w:rPr>
      </w:r>
      <w:r w:rsidR="00E26A03" w:rsidRPr="00E26A03">
        <w:rPr>
          <w:rFonts w:cs="Times New Roman"/>
          <w:bCs/>
          <w:szCs w:val="24"/>
          <w:lang w:val="en-GB"/>
        </w:rPr>
        <w:fldChar w:fldCharType="separate"/>
      </w:r>
      <w:r w:rsidR="00E26A03" w:rsidRPr="00E26A03">
        <w:rPr>
          <w:rFonts w:cs="Times New Roman"/>
          <w:bCs/>
          <w:szCs w:val="24"/>
          <w:lang w:val="en-GB"/>
        </w:rPr>
        <w:t>     </w:t>
      </w:r>
      <w:r w:rsidR="00E26A03" w:rsidRPr="00E26A03">
        <w:rPr>
          <w:rFonts w:cs="Times New Roman"/>
          <w:bCs/>
          <w:szCs w:val="24"/>
          <w:lang w:val="en-GB"/>
        </w:rPr>
        <w:fldChar w:fldCharType="end"/>
      </w:r>
      <w:r w:rsidRPr="00910A0A">
        <w:rPr>
          <w:rFonts w:cs="Times New Roman"/>
          <w:szCs w:val="24"/>
          <w:lang w:val="en-GB"/>
        </w:rPr>
        <w:br/>
      </w:r>
      <w:r w:rsidRPr="00910A0A">
        <w:rPr>
          <w:rFonts w:cs="Times New Roman"/>
          <w:szCs w:val="24"/>
          <w:lang w:val="en-GB"/>
        </w:rPr>
        <w:br/>
        <w:t>Name:</w:t>
      </w:r>
      <w:r w:rsidR="00E26A03" w:rsidRPr="00E26A03">
        <w:rPr>
          <w:rFonts w:cs="Times New Roman"/>
          <w:bCs/>
          <w:szCs w:val="24"/>
          <w:lang w:val="en-GB"/>
        </w:rPr>
        <w:fldChar w:fldCharType="begin">
          <w:ffData>
            <w:name w:val="Teksti4"/>
            <w:enabled/>
            <w:calcOnExit w:val="0"/>
            <w:textInput/>
          </w:ffData>
        </w:fldChar>
      </w:r>
      <w:r w:rsidR="00E26A03" w:rsidRPr="00E26A03">
        <w:rPr>
          <w:rFonts w:cs="Times New Roman"/>
          <w:bCs/>
          <w:szCs w:val="24"/>
          <w:lang w:val="en-GB"/>
        </w:rPr>
        <w:instrText xml:space="preserve"> FORMTEXT </w:instrText>
      </w:r>
      <w:r w:rsidR="00E26A03" w:rsidRPr="00E26A03">
        <w:rPr>
          <w:rFonts w:cs="Times New Roman"/>
          <w:bCs/>
          <w:szCs w:val="24"/>
          <w:lang w:val="en-GB"/>
        </w:rPr>
      </w:r>
      <w:r w:rsidR="00E26A03" w:rsidRPr="00E26A03">
        <w:rPr>
          <w:rFonts w:cs="Times New Roman"/>
          <w:bCs/>
          <w:szCs w:val="24"/>
          <w:lang w:val="en-GB"/>
        </w:rPr>
        <w:fldChar w:fldCharType="separate"/>
      </w:r>
      <w:r w:rsidR="00E26A03" w:rsidRPr="00E26A03">
        <w:rPr>
          <w:rFonts w:cs="Times New Roman"/>
          <w:bCs/>
          <w:szCs w:val="24"/>
          <w:lang w:val="en-GB"/>
        </w:rPr>
        <w:t>     </w:t>
      </w:r>
      <w:r w:rsidR="00E26A03" w:rsidRPr="00E26A03">
        <w:rPr>
          <w:rFonts w:cs="Times New Roman"/>
          <w:bCs/>
          <w:szCs w:val="24"/>
          <w:lang w:val="en-GB"/>
        </w:rPr>
        <w:fldChar w:fldCharType="end"/>
      </w:r>
      <w:r w:rsidRPr="00910A0A">
        <w:rPr>
          <w:rFonts w:cs="Times New Roman"/>
          <w:szCs w:val="24"/>
          <w:lang w:val="en-GB"/>
        </w:rPr>
        <w:br/>
      </w:r>
      <w:r w:rsidRPr="00910A0A">
        <w:rPr>
          <w:rFonts w:cs="Times New Roman"/>
          <w:szCs w:val="24"/>
          <w:lang w:val="en-GB"/>
        </w:rPr>
        <w:br/>
        <w:t>Signature:</w:t>
      </w:r>
      <w:r w:rsidR="00E26A03" w:rsidRPr="00E26A03">
        <w:rPr>
          <w:rFonts w:cs="Times New Roman"/>
          <w:bCs/>
          <w:szCs w:val="24"/>
          <w:lang w:val="en-GB"/>
        </w:rPr>
        <w:t xml:space="preserve"> </w:t>
      </w:r>
      <w:r w:rsidR="00E26A03" w:rsidRPr="00E26A03">
        <w:rPr>
          <w:rFonts w:cs="Times New Roman"/>
          <w:bCs/>
          <w:szCs w:val="24"/>
          <w:lang w:val="en-GB"/>
        </w:rPr>
        <w:fldChar w:fldCharType="begin">
          <w:ffData>
            <w:name w:val="Teksti4"/>
            <w:enabled/>
            <w:calcOnExit w:val="0"/>
            <w:textInput/>
          </w:ffData>
        </w:fldChar>
      </w:r>
      <w:r w:rsidR="00E26A03" w:rsidRPr="00E26A03">
        <w:rPr>
          <w:rFonts w:cs="Times New Roman"/>
          <w:bCs/>
          <w:szCs w:val="24"/>
          <w:lang w:val="en-GB"/>
        </w:rPr>
        <w:instrText xml:space="preserve"> FORMTEXT </w:instrText>
      </w:r>
      <w:r w:rsidR="00E26A03" w:rsidRPr="00E26A03">
        <w:rPr>
          <w:rFonts w:cs="Times New Roman"/>
          <w:bCs/>
          <w:szCs w:val="24"/>
          <w:lang w:val="en-GB"/>
        </w:rPr>
      </w:r>
      <w:r w:rsidR="00E26A03" w:rsidRPr="00E26A03">
        <w:rPr>
          <w:rFonts w:cs="Times New Roman"/>
          <w:bCs/>
          <w:szCs w:val="24"/>
          <w:lang w:val="en-GB"/>
        </w:rPr>
        <w:fldChar w:fldCharType="separate"/>
      </w:r>
      <w:r w:rsidR="00E26A03" w:rsidRPr="00E26A03">
        <w:rPr>
          <w:rFonts w:cs="Times New Roman"/>
          <w:bCs/>
          <w:szCs w:val="24"/>
          <w:lang w:val="en-GB"/>
        </w:rPr>
        <w:t>     </w:t>
      </w:r>
      <w:r w:rsidR="00E26A03" w:rsidRPr="00E26A03">
        <w:rPr>
          <w:rFonts w:cs="Times New Roman"/>
          <w:bCs/>
          <w:szCs w:val="24"/>
          <w:lang w:val="en-GB"/>
        </w:rPr>
        <w:fldChar w:fldCharType="end"/>
      </w:r>
    </w:p>
    <w:sectPr w:rsidR="00CC4398" w:rsidRPr="00910A0A"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10D8" w14:textId="77777777" w:rsidR="004F6075" w:rsidRDefault="004F6075" w:rsidP="00590ABA">
      <w:pPr>
        <w:spacing w:after="0" w:line="240" w:lineRule="auto"/>
      </w:pPr>
      <w:r>
        <w:separator/>
      </w:r>
    </w:p>
  </w:endnote>
  <w:endnote w:type="continuationSeparator" w:id="0">
    <w:p w14:paraId="03D48F57" w14:textId="77777777" w:rsidR="004F6075" w:rsidRDefault="004F6075" w:rsidP="0059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39E8" w14:textId="77777777" w:rsidR="006856D5" w:rsidRDefault="006856D5">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47C8" w14:textId="77777777" w:rsidR="006856D5" w:rsidRDefault="006856D5">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7120" w14:textId="77777777" w:rsidR="006856D5" w:rsidRDefault="006856D5">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10BA" w14:textId="77777777" w:rsidR="004F6075" w:rsidRDefault="004F6075" w:rsidP="00590ABA">
      <w:pPr>
        <w:spacing w:after="0" w:line="240" w:lineRule="auto"/>
      </w:pPr>
      <w:r>
        <w:separator/>
      </w:r>
    </w:p>
  </w:footnote>
  <w:footnote w:type="continuationSeparator" w:id="0">
    <w:p w14:paraId="66E81280" w14:textId="77777777" w:rsidR="004F6075" w:rsidRDefault="004F6075" w:rsidP="00590ABA">
      <w:pPr>
        <w:spacing w:after="0" w:line="240" w:lineRule="auto"/>
      </w:pPr>
      <w:r>
        <w:continuationSeparator/>
      </w:r>
    </w:p>
  </w:footnote>
  <w:footnote w:id="1">
    <w:p w14:paraId="1409479D" w14:textId="76AE1B8A" w:rsidR="00A110A4" w:rsidRPr="00A110A4" w:rsidRDefault="00A110A4">
      <w:pPr>
        <w:pStyle w:val="Allmrkusetekst"/>
        <w:rPr>
          <w:lang w:val="et-EE"/>
        </w:rPr>
      </w:pPr>
      <w:r>
        <w:rPr>
          <w:rStyle w:val="Allmrkuseviide"/>
        </w:rPr>
        <w:footnoteRef/>
      </w:r>
      <w:r>
        <w:t xml:space="preserve"> </w:t>
      </w:r>
      <w:r w:rsidR="0017145E" w:rsidRPr="0017145E">
        <w:t xml:space="preserve">  This sample questionnaire is illustrative and does not form part of the guidelines prepared and approved by the Bar Association. The use of this sample in a law firm does not automatically ensure its compliance with the applicable requirements – law firms must develop their own client questionnaires based on their own risk assessments and internal rules, which may differ significantly from this sample. In addition to client questionnaires, documents proving identity and other relevant circumstances must also be collected.</w:t>
      </w:r>
    </w:p>
  </w:footnote>
  <w:footnote w:id="2">
    <w:p w14:paraId="51CBAA2A" w14:textId="20C6C389" w:rsidR="003E1AAD" w:rsidRDefault="003E1AAD" w:rsidP="003E1AAD">
      <w:pPr>
        <w:pStyle w:val="Allmrkusetekst"/>
        <w:rPr>
          <w:rFonts w:cs="Times New Roman"/>
          <w:lang w:val="en-GB"/>
        </w:rPr>
      </w:pPr>
      <w:r w:rsidRPr="00C54768">
        <w:rPr>
          <w:rStyle w:val="Allmrkuseviide"/>
          <w:rFonts w:cs="Times New Roman"/>
          <w:lang w:val="en-GB"/>
        </w:rPr>
        <w:footnoteRef/>
      </w:r>
      <w:r w:rsidRPr="00C54768">
        <w:rPr>
          <w:rFonts w:cs="Times New Roman"/>
          <w:lang w:val="en-GB"/>
        </w:rPr>
        <w:t xml:space="preserve"> </w:t>
      </w:r>
      <w:r w:rsidRPr="00C54768">
        <w:rPr>
          <w:rFonts w:cs="Times New Roman"/>
          <w:b/>
          <w:bCs/>
          <w:lang w:val="en-GB"/>
        </w:rPr>
        <w:t>Politically exposed person (PEP)</w:t>
      </w:r>
      <w:r w:rsidRPr="00C54768">
        <w:rPr>
          <w:rFonts w:cs="Times New Roman"/>
          <w:lang w:val="en-GB"/>
        </w:rPr>
        <w:t>: a natural person who is or has been entrusted with prominent public functions within the last 12 months and in respect of whom the associated risks persist. These include: head of state or government, minister, deputy or assistant minister, member of a legislative body, member of a governing body of a political party, judge of a supreme court, auditor general or member of the board or management board of a central bank, chancellor of justice, ambassador, charge d’affaires or envoy, senior military officer, member of the management or supervisory or administrative board of a state-owned enterprise, head, deputy head or member of a governing body of an international organisation.</w:t>
      </w:r>
    </w:p>
    <w:p w14:paraId="0D4BEDFE" w14:textId="54E41843" w:rsidR="003E1AAD" w:rsidRDefault="00435D36" w:rsidP="003E1AAD">
      <w:pPr>
        <w:pStyle w:val="Allmrkusetekst"/>
        <w:rPr>
          <w:rFonts w:cs="Times New Roman"/>
          <w:lang w:val="en-GB"/>
        </w:rPr>
      </w:pPr>
      <w:hyperlink r:id="rId1" w:history="1">
        <w:r w:rsidRPr="00435D36">
          <w:rPr>
            <w:rStyle w:val="Hperlink"/>
            <w:rFonts w:cs="Times New Roman"/>
            <w:lang w:val="en-GB"/>
          </w:rPr>
          <w:t>L</w:t>
        </w:r>
        <w:r w:rsidR="003E1AAD" w:rsidRPr="00435D36">
          <w:rPr>
            <w:rStyle w:val="Hperlink"/>
            <w:rFonts w:cs="Times New Roman"/>
            <w:lang w:val="en-GB"/>
          </w:rPr>
          <w:t>ist of positions published by the European Commission</w:t>
        </w:r>
      </w:hyperlink>
      <w:r w:rsidR="003E1AAD">
        <w:rPr>
          <w:rFonts w:cs="Times New Roman"/>
          <w:lang w:val="en-GB"/>
        </w:rPr>
        <w:t xml:space="preserve"> that are considered to hold prominent public functions in an EU Member State, by the European Commission, or by an international organisation accredited in the territory of the European Union.</w:t>
      </w:r>
    </w:p>
  </w:footnote>
  <w:footnote w:id="3">
    <w:p w14:paraId="6EEC9910" w14:textId="77777777" w:rsidR="009756F8" w:rsidRPr="00C54768" w:rsidRDefault="009756F8" w:rsidP="009756F8">
      <w:pPr>
        <w:pStyle w:val="Allmrkusetekst"/>
        <w:rPr>
          <w:rFonts w:cs="Times New Roman"/>
          <w:lang w:val="en-GB"/>
        </w:rPr>
      </w:pPr>
      <w:r w:rsidRPr="00C54768">
        <w:rPr>
          <w:rStyle w:val="Allmrkuseviide"/>
          <w:rFonts w:cs="Times New Roman"/>
          <w:lang w:val="en-GB"/>
        </w:rPr>
        <w:footnoteRef/>
      </w:r>
      <w:r w:rsidRPr="00C54768">
        <w:rPr>
          <w:rFonts w:cs="Times New Roman"/>
          <w:lang w:val="en-GB"/>
        </w:rPr>
        <w:t xml:space="preserve"> The spouse of the person referred to in point 2 or a person considered equivalent to a spouse; registered partner; parent; child; the child’s spouse or a person considered equivalent to a spouse; the child’s registered partner.</w:t>
      </w:r>
    </w:p>
  </w:footnote>
  <w:footnote w:id="4">
    <w:p w14:paraId="05B8F852" w14:textId="77777777" w:rsidR="009756F8" w:rsidRPr="00C54768" w:rsidRDefault="009756F8" w:rsidP="009756F8">
      <w:pPr>
        <w:pStyle w:val="Allmrkusetekst"/>
        <w:rPr>
          <w:rFonts w:cs="Times New Roman"/>
          <w:lang w:val="en-GB"/>
        </w:rPr>
      </w:pPr>
      <w:r w:rsidRPr="00C54768">
        <w:rPr>
          <w:rStyle w:val="Allmrkuseviide"/>
          <w:rFonts w:cs="Times New Roman"/>
          <w:lang w:val="en-GB"/>
        </w:rPr>
        <w:footnoteRef/>
      </w:r>
      <w:r w:rsidRPr="00C54768">
        <w:rPr>
          <w:rFonts w:cs="Times New Roman"/>
          <w:lang w:val="en-GB"/>
        </w:rPr>
        <w:t xml:space="preserve"> The beneficial owner of a legal person or trust together with a politically exposed person; close business relationships with a politically exposed person (e.g. business partner); the beneficial owner of a legal person or trust established in the interests of a politically exposed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49EF" w14:textId="621F5C42" w:rsidR="006856D5" w:rsidRDefault="004F6075">
    <w:pPr>
      <w:pStyle w:val="Pis"/>
    </w:pPr>
    <w:r>
      <w:rPr>
        <w:noProof/>
      </w:rPr>
      <w:pict w14:anchorId="2E92A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76704" o:spid="_x0000_s1026" type="#_x0000_t136" style="position:absolute;left:0;text-align:left;margin-left:0;margin-top:0;width:473.75pt;height:135.35pt;rotation:315;z-index:-251658239;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48A6" w14:textId="21ABEA5C" w:rsidR="006856D5" w:rsidRDefault="004F6075">
    <w:pPr>
      <w:pStyle w:val="Pis"/>
    </w:pPr>
    <w:r>
      <w:rPr>
        <w:noProof/>
      </w:rPr>
      <w:pict w14:anchorId="599F9B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76705" o:spid="_x0000_s1027" type="#_x0000_t136" style="position:absolute;left:0;text-align:left;margin-left:0;margin-top:0;width:473.75pt;height:135.35pt;rotation:315;z-index:-25165823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2F6E" w14:textId="51B9D26B" w:rsidR="006856D5" w:rsidRDefault="004F6075">
    <w:pPr>
      <w:pStyle w:val="Pis"/>
    </w:pPr>
    <w:r>
      <w:rPr>
        <w:noProof/>
      </w:rPr>
      <w:pict w14:anchorId="11B65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76703" o:spid="_x0000_s1025" type="#_x0000_t136" style="position:absolute;left:0;text-align:left;margin-left:0;margin-top:0;width:473.75pt;height:135.35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oendi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oendi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oenditpp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oenditpp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oendi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oenditpp"/>
      <w:lvlText w:val=""/>
      <w:lvlJc w:val="left"/>
      <w:pPr>
        <w:tabs>
          <w:tab w:val="num" w:pos="360"/>
        </w:tabs>
        <w:ind w:left="360" w:hanging="360"/>
      </w:pPr>
      <w:rPr>
        <w:rFonts w:ascii="Symbol" w:hAnsi="Symbol" w:hint="default"/>
      </w:rPr>
    </w:lvl>
  </w:abstractNum>
  <w:abstractNum w:abstractNumId="9" w15:restartNumberingAfterBreak="0">
    <w:nsid w:val="2BE40E18"/>
    <w:multiLevelType w:val="hybridMultilevel"/>
    <w:tmpl w:val="5C7C81AE"/>
    <w:lvl w:ilvl="0" w:tplc="648E1FFC">
      <w:start w:val="1"/>
      <w:numFmt w:val="decimal"/>
      <w:lvlText w:val="%1."/>
      <w:lvlJc w:val="left"/>
      <w:pPr>
        <w:ind w:left="720" w:hanging="360"/>
      </w:pPr>
      <w:rPr>
        <w:rFonts w:ascii="Times New Roman" w:hAnsi="Times New Roman"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1CE799D"/>
    <w:multiLevelType w:val="hybridMultilevel"/>
    <w:tmpl w:val="7CEE57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7B566099"/>
    <w:multiLevelType w:val="hybridMultilevel"/>
    <w:tmpl w:val="3352582C"/>
    <w:lvl w:ilvl="0" w:tplc="2DCEA124">
      <w:start w:val="4"/>
      <w:numFmt w:val="bullet"/>
      <w:lvlText w:val=""/>
      <w:lvlJc w:val="left"/>
      <w:pPr>
        <w:ind w:left="1080" w:hanging="360"/>
      </w:pPr>
      <w:rPr>
        <w:rFonts w:ascii="Symbol" w:eastAsiaTheme="minorEastAsia"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16cid:durableId="1018506697">
    <w:abstractNumId w:val="8"/>
  </w:num>
  <w:num w:numId="2" w16cid:durableId="1849714988">
    <w:abstractNumId w:val="6"/>
  </w:num>
  <w:num w:numId="3" w16cid:durableId="1552306762">
    <w:abstractNumId w:val="5"/>
  </w:num>
  <w:num w:numId="4" w16cid:durableId="933439">
    <w:abstractNumId w:val="4"/>
  </w:num>
  <w:num w:numId="5" w16cid:durableId="449054911">
    <w:abstractNumId w:val="7"/>
  </w:num>
  <w:num w:numId="6" w16cid:durableId="670988316">
    <w:abstractNumId w:val="3"/>
  </w:num>
  <w:num w:numId="7" w16cid:durableId="2101901439">
    <w:abstractNumId w:val="2"/>
  </w:num>
  <w:num w:numId="8" w16cid:durableId="4136425">
    <w:abstractNumId w:val="1"/>
  </w:num>
  <w:num w:numId="9" w16cid:durableId="1466007472">
    <w:abstractNumId w:val="0"/>
  </w:num>
  <w:num w:numId="10" w16cid:durableId="1000306660">
    <w:abstractNumId w:val="9"/>
  </w:num>
  <w:num w:numId="11" w16cid:durableId="85468969">
    <w:abstractNumId w:val="11"/>
  </w:num>
  <w:num w:numId="12" w16cid:durableId="1832287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4C"/>
    <w:rsid w:val="000078F6"/>
    <w:rsid w:val="00012DF8"/>
    <w:rsid w:val="00014E27"/>
    <w:rsid w:val="0001573E"/>
    <w:rsid w:val="00016971"/>
    <w:rsid w:val="0001796A"/>
    <w:rsid w:val="00022E1B"/>
    <w:rsid w:val="00034616"/>
    <w:rsid w:val="000473FD"/>
    <w:rsid w:val="000515DC"/>
    <w:rsid w:val="000544A7"/>
    <w:rsid w:val="0006063C"/>
    <w:rsid w:val="0007206A"/>
    <w:rsid w:val="0007384A"/>
    <w:rsid w:val="0007407B"/>
    <w:rsid w:val="000800FE"/>
    <w:rsid w:val="000850F8"/>
    <w:rsid w:val="000949FA"/>
    <w:rsid w:val="00096099"/>
    <w:rsid w:val="000A7F0F"/>
    <w:rsid w:val="000B189E"/>
    <w:rsid w:val="000C3355"/>
    <w:rsid w:val="000C37B8"/>
    <w:rsid w:val="000E31E5"/>
    <w:rsid w:val="000E32A8"/>
    <w:rsid w:val="000E5C5C"/>
    <w:rsid w:val="000F0437"/>
    <w:rsid w:val="001115AD"/>
    <w:rsid w:val="001136A3"/>
    <w:rsid w:val="00113B72"/>
    <w:rsid w:val="00114648"/>
    <w:rsid w:val="00123F7C"/>
    <w:rsid w:val="00125F37"/>
    <w:rsid w:val="00127934"/>
    <w:rsid w:val="00130FF3"/>
    <w:rsid w:val="00133F57"/>
    <w:rsid w:val="00134D4E"/>
    <w:rsid w:val="00136E5F"/>
    <w:rsid w:val="0015074B"/>
    <w:rsid w:val="00150D2D"/>
    <w:rsid w:val="00151F63"/>
    <w:rsid w:val="001545BE"/>
    <w:rsid w:val="00161586"/>
    <w:rsid w:val="00163DA2"/>
    <w:rsid w:val="001655F3"/>
    <w:rsid w:val="0016608A"/>
    <w:rsid w:val="0017145E"/>
    <w:rsid w:val="00185BC7"/>
    <w:rsid w:val="001A7615"/>
    <w:rsid w:val="001B0E61"/>
    <w:rsid w:val="001B3D0B"/>
    <w:rsid w:val="001B65C4"/>
    <w:rsid w:val="001D2671"/>
    <w:rsid w:val="001D5717"/>
    <w:rsid w:val="001E7D83"/>
    <w:rsid w:val="001F7C6D"/>
    <w:rsid w:val="002008CE"/>
    <w:rsid w:val="00204376"/>
    <w:rsid w:val="00213AE9"/>
    <w:rsid w:val="00222ACA"/>
    <w:rsid w:val="002247CE"/>
    <w:rsid w:val="00237251"/>
    <w:rsid w:val="00246734"/>
    <w:rsid w:val="00252750"/>
    <w:rsid w:val="002535D3"/>
    <w:rsid w:val="00257A70"/>
    <w:rsid w:val="0026422F"/>
    <w:rsid w:val="00271BDA"/>
    <w:rsid w:val="002738FC"/>
    <w:rsid w:val="0027736A"/>
    <w:rsid w:val="00285C52"/>
    <w:rsid w:val="00291265"/>
    <w:rsid w:val="002923C9"/>
    <w:rsid w:val="0029251D"/>
    <w:rsid w:val="0029639D"/>
    <w:rsid w:val="002976CF"/>
    <w:rsid w:val="00297AAF"/>
    <w:rsid w:val="002B58CF"/>
    <w:rsid w:val="002C144F"/>
    <w:rsid w:val="002C2114"/>
    <w:rsid w:val="002C2447"/>
    <w:rsid w:val="002C2481"/>
    <w:rsid w:val="002D4B4A"/>
    <w:rsid w:val="002D535B"/>
    <w:rsid w:val="002D53FE"/>
    <w:rsid w:val="002F171A"/>
    <w:rsid w:val="002F29F8"/>
    <w:rsid w:val="002F622B"/>
    <w:rsid w:val="002F7D17"/>
    <w:rsid w:val="003031CD"/>
    <w:rsid w:val="00306246"/>
    <w:rsid w:val="00307711"/>
    <w:rsid w:val="00307800"/>
    <w:rsid w:val="003151CC"/>
    <w:rsid w:val="00316080"/>
    <w:rsid w:val="00317299"/>
    <w:rsid w:val="00322652"/>
    <w:rsid w:val="00323729"/>
    <w:rsid w:val="00326F90"/>
    <w:rsid w:val="003309CC"/>
    <w:rsid w:val="00330F88"/>
    <w:rsid w:val="00335144"/>
    <w:rsid w:val="00337678"/>
    <w:rsid w:val="00362BC9"/>
    <w:rsid w:val="00364E29"/>
    <w:rsid w:val="00367A4C"/>
    <w:rsid w:val="003736A6"/>
    <w:rsid w:val="00383937"/>
    <w:rsid w:val="0038774C"/>
    <w:rsid w:val="003A01B4"/>
    <w:rsid w:val="003A5075"/>
    <w:rsid w:val="003B30C7"/>
    <w:rsid w:val="003B6C42"/>
    <w:rsid w:val="003C2544"/>
    <w:rsid w:val="003D40FD"/>
    <w:rsid w:val="003D4703"/>
    <w:rsid w:val="003E1AAD"/>
    <w:rsid w:val="003E3048"/>
    <w:rsid w:val="003E33D4"/>
    <w:rsid w:val="003F48BD"/>
    <w:rsid w:val="003F7216"/>
    <w:rsid w:val="00400907"/>
    <w:rsid w:val="00420BAE"/>
    <w:rsid w:val="0043312B"/>
    <w:rsid w:val="004352DB"/>
    <w:rsid w:val="00435D36"/>
    <w:rsid w:val="00440266"/>
    <w:rsid w:val="004564A2"/>
    <w:rsid w:val="0046028F"/>
    <w:rsid w:val="00465FE8"/>
    <w:rsid w:val="004676A1"/>
    <w:rsid w:val="0047613B"/>
    <w:rsid w:val="00482670"/>
    <w:rsid w:val="004A17BC"/>
    <w:rsid w:val="004A240D"/>
    <w:rsid w:val="004A51A0"/>
    <w:rsid w:val="004A6399"/>
    <w:rsid w:val="004A6E0D"/>
    <w:rsid w:val="004C12E3"/>
    <w:rsid w:val="004C4C17"/>
    <w:rsid w:val="004C63DC"/>
    <w:rsid w:val="004D0B4F"/>
    <w:rsid w:val="004D75E9"/>
    <w:rsid w:val="004E09BD"/>
    <w:rsid w:val="004E209B"/>
    <w:rsid w:val="004F2360"/>
    <w:rsid w:val="004F36BE"/>
    <w:rsid w:val="004F6075"/>
    <w:rsid w:val="00501B1B"/>
    <w:rsid w:val="005036D6"/>
    <w:rsid w:val="00510613"/>
    <w:rsid w:val="00517F48"/>
    <w:rsid w:val="00522957"/>
    <w:rsid w:val="005231E9"/>
    <w:rsid w:val="00524BC8"/>
    <w:rsid w:val="005270FB"/>
    <w:rsid w:val="00540EB2"/>
    <w:rsid w:val="005421D2"/>
    <w:rsid w:val="005423B6"/>
    <w:rsid w:val="00547686"/>
    <w:rsid w:val="00550CC0"/>
    <w:rsid w:val="00561B0B"/>
    <w:rsid w:val="005820CF"/>
    <w:rsid w:val="00582576"/>
    <w:rsid w:val="00590ABA"/>
    <w:rsid w:val="0059587F"/>
    <w:rsid w:val="00595C54"/>
    <w:rsid w:val="005967D8"/>
    <w:rsid w:val="00596BC0"/>
    <w:rsid w:val="005A24A2"/>
    <w:rsid w:val="005B4197"/>
    <w:rsid w:val="005C1511"/>
    <w:rsid w:val="005C3A19"/>
    <w:rsid w:val="005D2602"/>
    <w:rsid w:val="005D36A7"/>
    <w:rsid w:val="005E6CD9"/>
    <w:rsid w:val="00602B78"/>
    <w:rsid w:val="006064F1"/>
    <w:rsid w:val="00610D42"/>
    <w:rsid w:val="006124F9"/>
    <w:rsid w:val="00615D25"/>
    <w:rsid w:val="00620835"/>
    <w:rsid w:val="006245C4"/>
    <w:rsid w:val="00636C7A"/>
    <w:rsid w:val="006519C9"/>
    <w:rsid w:val="00653D3F"/>
    <w:rsid w:val="0067016A"/>
    <w:rsid w:val="00672740"/>
    <w:rsid w:val="00674A37"/>
    <w:rsid w:val="00677021"/>
    <w:rsid w:val="006856D5"/>
    <w:rsid w:val="006C0E7E"/>
    <w:rsid w:val="006C62CE"/>
    <w:rsid w:val="006C6A3B"/>
    <w:rsid w:val="006E48D2"/>
    <w:rsid w:val="006F648A"/>
    <w:rsid w:val="007025A5"/>
    <w:rsid w:val="007064B4"/>
    <w:rsid w:val="007136F3"/>
    <w:rsid w:val="007229EA"/>
    <w:rsid w:val="00723023"/>
    <w:rsid w:val="007238D6"/>
    <w:rsid w:val="00726A1A"/>
    <w:rsid w:val="00730C5E"/>
    <w:rsid w:val="007329F6"/>
    <w:rsid w:val="00735CC8"/>
    <w:rsid w:val="00746CBC"/>
    <w:rsid w:val="00753F53"/>
    <w:rsid w:val="0075481C"/>
    <w:rsid w:val="00760AE8"/>
    <w:rsid w:val="00770EE6"/>
    <w:rsid w:val="00775338"/>
    <w:rsid w:val="00781214"/>
    <w:rsid w:val="00787521"/>
    <w:rsid w:val="00791901"/>
    <w:rsid w:val="007A5A9E"/>
    <w:rsid w:val="007A7565"/>
    <w:rsid w:val="007B095E"/>
    <w:rsid w:val="007B567D"/>
    <w:rsid w:val="007C0942"/>
    <w:rsid w:val="007C15FE"/>
    <w:rsid w:val="007C27BF"/>
    <w:rsid w:val="007E065D"/>
    <w:rsid w:val="007E29C7"/>
    <w:rsid w:val="007E2B65"/>
    <w:rsid w:val="007E643A"/>
    <w:rsid w:val="007F5C99"/>
    <w:rsid w:val="00802497"/>
    <w:rsid w:val="008028E3"/>
    <w:rsid w:val="008268A1"/>
    <w:rsid w:val="00827774"/>
    <w:rsid w:val="00835796"/>
    <w:rsid w:val="00837FE3"/>
    <w:rsid w:val="00841F48"/>
    <w:rsid w:val="008474D1"/>
    <w:rsid w:val="008538F1"/>
    <w:rsid w:val="00857D9B"/>
    <w:rsid w:val="00860F52"/>
    <w:rsid w:val="00876F4F"/>
    <w:rsid w:val="00883EAC"/>
    <w:rsid w:val="00886FB8"/>
    <w:rsid w:val="00891461"/>
    <w:rsid w:val="008916C2"/>
    <w:rsid w:val="008B1375"/>
    <w:rsid w:val="008B1A81"/>
    <w:rsid w:val="008B4975"/>
    <w:rsid w:val="008B5BFE"/>
    <w:rsid w:val="008C06D3"/>
    <w:rsid w:val="008C3EE6"/>
    <w:rsid w:val="008C3FA7"/>
    <w:rsid w:val="008C59FE"/>
    <w:rsid w:val="008D2CBA"/>
    <w:rsid w:val="008D7B12"/>
    <w:rsid w:val="008E086A"/>
    <w:rsid w:val="008E32FC"/>
    <w:rsid w:val="008E43BD"/>
    <w:rsid w:val="008E4C36"/>
    <w:rsid w:val="008E4E37"/>
    <w:rsid w:val="008E691F"/>
    <w:rsid w:val="008F055D"/>
    <w:rsid w:val="0090021C"/>
    <w:rsid w:val="00910A0A"/>
    <w:rsid w:val="0091441B"/>
    <w:rsid w:val="0091796B"/>
    <w:rsid w:val="00920C85"/>
    <w:rsid w:val="00923D77"/>
    <w:rsid w:val="009301C2"/>
    <w:rsid w:val="00932F29"/>
    <w:rsid w:val="00935E45"/>
    <w:rsid w:val="00937F4F"/>
    <w:rsid w:val="0094476A"/>
    <w:rsid w:val="00945133"/>
    <w:rsid w:val="00946F26"/>
    <w:rsid w:val="00947ED4"/>
    <w:rsid w:val="00954F86"/>
    <w:rsid w:val="00960F82"/>
    <w:rsid w:val="009625E9"/>
    <w:rsid w:val="00963125"/>
    <w:rsid w:val="00963BA5"/>
    <w:rsid w:val="0096622D"/>
    <w:rsid w:val="009672A7"/>
    <w:rsid w:val="009756F8"/>
    <w:rsid w:val="00983B90"/>
    <w:rsid w:val="00984C4B"/>
    <w:rsid w:val="009913BD"/>
    <w:rsid w:val="00995F34"/>
    <w:rsid w:val="009962F7"/>
    <w:rsid w:val="009A4EDE"/>
    <w:rsid w:val="009B1C52"/>
    <w:rsid w:val="009C020E"/>
    <w:rsid w:val="009C21FD"/>
    <w:rsid w:val="009D592C"/>
    <w:rsid w:val="009D5C12"/>
    <w:rsid w:val="009E7A40"/>
    <w:rsid w:val="009F3009"/>
    <w:rsid w:val="00A01E09"/>
    <w:rsid w:val="00A05D6C"/>
    <w:rsid w:val="00A0759C"/>
    <w:rsid w:val="00A110A4"/>
    <w:rsid w:val="00A11CEA"/>
    <w:rsid w:val="00A173BB"/>
    <w:rsid w:val="00A2228A"/>
    <w:rsid w:val="00A24FC6"/>
    <w:rsid w:val="00A25BE7"/>
    <w:rsid w:val="00A34130"/>
    <w:rsid w:val="00A40243"/>
    <w:rsid w:val="00A43CDB"/>
    <w:rsid w:val="00A505AC"/>
    <w:rsid w:val="00A50C3A"/>
    <w:rsid w:val="00A52635"/>
    <w:rsid w:val="00A535E1"/>
    <w:rsid w:val="00A575FE"/>
    <w:rsid w:val="00A61602"/>
    <w:rsid w:val="00A6613E"/>
    <w:rsid w:val="00A77807"/>
    <w:rsid w:val="00A8177D"/>
    <w:rsid w:val="00A83D74"/>
    <w:rsid w:val="00A84349"/>
    <w:rsid w:val="00A860F6"/>
    <w:rsid w:val="00A94518"/>
    <w:rsid w:val="00AA0105"/>
    <w:rsid w:val="00AA10EB"/>
    <w:rsid w:val="00AA1D8D"/>
    <w:rsid w:val="00AA28B1"/>
    <w:rsid w:val="00AA6A59"/>
    <w:rsid w:val="00AA70E6"/>
    <w:rsid w:val="00AA76FD"/>
    <w:rsid w:val="00AC1758"/>
    <w:rsid w:val="00AC4A5E"/>
    <w:rsid w:val="00AC511C"/>
    <w:rsid w:val="00AC6337"/>
    <w:rsid w:val="00AD3D4F"/>
    <w:rsid w:val="00AD492F"/>
    <w:rsid w:val="00AD4AC3"/>
    <w:rsid w:val="00AD613A"/>
    <w:rsid w:val="00AE1556"/>
    <w:rsid w:val="00AE4111"/>
    <w:rsid w:val="00AE468C"/>
    <w:rsid w:val="00AE46D3"/>
    <w:rsid w:val="00AF442B"/>
    <w:rsid w:val="00B16C73"/>
    <w:rsid w:val="00B201AE"/>
    <w:rsid w:val="00B2061F"/>
    <w:rsid w:val="00B445F6"/>
    <w:rsid w:val="00B4598F"/>
    <w:rsid w:val="00B47730"/>
    <w:rsid w:val="00B56B79"/>
    <w:rsid w:val="00B61875"/>
    <w:rsid w:val="00B64D99"/>
    <w:rsid w:val="00B66BB9"/>
    <w:rsid w:val="00B72217"/>
    <w:rsid w:val="00B756FF"/>
    <w:rsid w:val="00B8459E"/>
    <w:rsid w:val="00B960FD"/>
    <w:rsid w:val="00B96231"/>
    <w:rsid w:val="00B97029"/>
    <w:rsid w:val="00BA288E"/>
    <w:rsid w:val="00BA3B21"/>
    <w:rsid w:val="00BB60C5"/>
    <w:rsid w:val="00BB7840"/>
    <w:rsid w:val="00BC2E7F"/>
    <w:rsid w:val="00BD220C"/>
    <w:rsid w:val="00BE4B37"/>
    <w:rsid w:val="00BF6057"/>
    <w:rsid w:val="00BF690A"/>
    <w:rsid w:val="00C005D1"/>
    <w:rsid w:val="00C01784"/>
    <w:rsid w:val="00C01AA4"/>
    <w:rsid w:val="00C274D4"/>
    <w:rsid w:val="00C34AC0"/>
    <w:rsid w:val="00C36D71"/>
    <w:rsid w:val="00C37636"/>
    <w:rsid w:val="00C4152C"/>
    <w:rsid w:val="00C469BD"/>
    <w:rsid w:val="00C53733"/>
    <w:rsid w:val="00C54118"/>
    <w:rsid w:val="00C546CE"/>
    <w:rsid w:val="00C54768"/>
    <w:rsid w:val="00C55AE0"/>
    <w:rsid w:val="00C628EE"/>
    <w:rsid w:val="00C76440"/>
    <w:rsid w:val="00C80A5B"/>
    <w:rsid w:val="00C80CE8"/>
    <w:rsid w:val="00C829A2"/>
    <w:rsid w:val="00C8616B"/>
    <w:rsid w:val="00C945D0"/>
    <w:rsid w:val="00C9479C"/>
    <w:rsid w:val="00C963D0"/>
    <w:rsid w:val="00CA368D"/>
    <w:rsid w:val="00CA3696"/>
    <w:rsid w:val="00CA3A8D"/>
    <w:rsid w:val="00CA40C1"/>
    <w:rsid w:val="00CA62E6"/>
    <w:rsid w:val="00CA78F7"/>
    <w:rsid w:val="00CB0664"/>
    <w:rsid w:val="00CB2781"/>
    <w:rsid w:val="00CC4398"/>
    <w:rsid w:val="00CC4EF5"/>
    <w:rsid w:val="00CD3BFE"/>
    <w:rsid w:val="00CE2F69"/>
    <w:rsid w:val="00CE6FC7"/>
    <w:rsid w:val="00CF6AD9"/>
    <w:rsid w:val="00CF7F9B"/>
    <w:rsid w:val="00D123DD"/>
    <w:rsid w:val="00D209BD"/>
    <w:rsid w:val="00D35C3F"/>
    <w:rsid w:val="00D37A83"/>
    <w:rsid w:val="00D40B71"/>
    <w:rsid w:val="00D4408E"/>
    <w:rsid w:val="00D47D96"/>
    <w:rsid w:val="00D506BB"/>
    <w:rsid w:val="00D65458"/>
    <w:rsid w:val="00D707D9"/>
    <w:rsid w:val="00D74960"/>
    <w:rsid w:val="00D762D4"/>
    <w:rsid w:val="00D7653C"/>
    <w:rsid w:val="00D8153F"/>
    <w:rsid w:val="00D84651"/>
    <w:rsid w:val="00D869D5"/>
    <w:rsid w:val="00D9306D"/>
    <w:rsid w:val="00DA4643"/>
    <w:rsid w:val="00DA4E91"/>
    <w:rsid w:val="00DA56E4"/>
    <w:rsid w:val="00DA6C11"/>
    <w:rsid w:val="00DB12FA"/>
    <w:rsid w:val="00DB5066"/>
    <w:rsid w:val="00DB67BA"/>
    <w:rsid w:val="00DC180C"/>
    <w:rsid w:val="00DC2D16"/>
    <w:rsid w:val="00DD2458"/>
    <w:rsid w:val="00DD3B2C"/>
    <w:rsid w:val="00DE0D16"/>
    <w:rsid w:val="00DF2A66"/>
    <w:rsid w:val="00DF4969"/>
    <w:rsid w:val="00E02D02"/>
    <w:rsid w:val="00E0616E"/>
    <w:rsid w:val="00E10405"/>
    <w:rsid w:val="00E1076E"/>
    <w:rsid w:val="00E25F6F"/>
    <w:rsid w:val="00E26A03"/>
    <w:rsid w:val="00E26CCE"/>
    <w:rsid w:val="00E30C20"/>
    <w:rsid w:val="00E30EF1"/>
    <w:rsid w:val="00E37CFE"/>
    <w:rsid w:val="00E41ADF"/>
    <w:rsid w:val="00E74B38"/>
    <w:rsid w:val="00E7770A"/>
    <w:rsid w:val="00E77D75"/>
    <w:rsid w:val="00E804EA"/>
    <w:rsid w:val="00E868EA"/>
    <w:rsid w:val="00E9625F"/>
    <w:rsid w:val="00EA481C"/>
    <w:rsid w:val="00EA4C10"/>
    <w:rsid w:val="00EB4791"/>
    <w:rsid w:val="00EC180D"/>
    <w:rsid w:val="00EC32E7"/>
    <w:rsid w:val="00EC61F8"/>
    <w:rsid w:val="00ED1C5C"/>
    <w:rsid w:val="00ED6B79"/>
    <w:rsid w:val="00EE0386"/>
    <w:rsid w:val="00EE6A82"/>
    <w:rsid w:val="00EF5F06"/>
    <w:rsid w:val="00EF6BBA"/>
    <w:rsid w:val="00EF6E97"/>
    <w:rsid w:val="00EF73E4"/>
    <w:rsid w:val="00F01F9D"/>
    <w:rsid w:val="00F10CB7"/>
    <w:rsid w:val="00F31F14"/>
    <w:rsid w:val="00F43DD2"/>
    <w:rsid w:val="00F44669"/>
    <w:rsid w:val="00F5017E"/>
    <w:rsid w:val="00F53AF9"/>
    <w:rsid w:val="00F55959"/>
    <w:rsid w:val="00F6345B"/>
    <w:rsid w:val="00F6601C"/>
    <w:rsid w:val="00F6645D"/>
    <w:rsid w:val="00F7170B"/>
    <w:rsid w:val="00F771BB"/>
    <w:rsid w:val="00F77E1F"/>
    <w:rsid w:val="00F87036"/>
    <w:rsid w:val="00FA0150"/>
    <w:rsid w:val="00FA1E18"/>
    <w:rsid w:val="00FC693F"/>
    <w:rsid w:val="00FC79A4"/>
    <w:rsid w:val="00FD6E1E"/>
    <w:rsid w:val="00FD7882"/>
    <w:rsid w:val="00FE1B50"/>
    <w:rsid w:val="00FE368E"/>
    <w:rsid w:val="00FE745E"/>
    <w:rsid w:val="00FF11D1"/>
    <w:rsid w:val="3E5B4943"/>
    <w:rsid w:val="416EC7CB"/>
    <w:rsid w:val="7A7EC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54E58C"/>
  <w14:defaultImageDpi w14:val="300"/>
  <w15:docId w15:val="{2DB4E9D7-7E75-47E8-AF18-49FC49DF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6613E"/>
    <w:pPr>
      <w:jc w:val="both"/>
    </w:pPr>
    <w:rPr>
      <w:rFonts w:ascii="Times New Roman" w:hAnsi="Times New Roman"/>
      <w:sz w:val="24"/>
    </w:rPr>
  </w:style>
  <w:style w:type="paragraph" w:styleId="Pealkiri1">
    <w:name w:val="heading 1"/>
    <w:basedOn w:val="Normaallaad"/>
    <w:next w:val="Normaallaad"/>
    <w:link w:val="Pealkiri1Mr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Pealkiri3">
    <w:name w:val="heading 3"/>
    <w:basedOn w:val="Normaallaad"/>
    <w:next w:val="Normaallaad"/>
    <w:link w:val="Pealkiri3Mr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Pealkiri4">
    <w:name w:val="heading 4"/>
    <w:basedOn w:val="Normaallaad"/>
    <w:next w:val="Normaallaad"/>
    <w:link w:val="Pealkiri4Mr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Pealkiri5">
    <w:name w:val="heading 5"/>
    <w:basedOn w:val="Normaallaad"/>
    <w:next w:val="Normaallaad"/>
    <w:link w:val="Pealkiri5Mr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Pealkiri9">
    <w:name w:val="heading 9"/>
    <w:basedOn w:val="Normaallaad"/>
    <w:next w:val="Normaallaad"/>
    <w:link w:val="Pealkiri9Mr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E618BF"/>
    <w:pPr>
      <w:tabs>
        <w:tab w:val="center" w:pos="4680"/>
        <w:tab w:val="right" w:pos="9360"/>
      </w:tabs>
      <w:spacing w:after="0" w:line="240" w:lineRule="auto"/>
    </w:pPr>
  </w:style>
  <w:style w:type="character" w:customStyle="1" w:styleId="PisMrk">
    <w:name w:val="Päis Märk"/>
    <w:basedOn w:val="Liguvaikefont"/>
    <w:link w:val="Pis"/>
    <w:uiPriority w:val="99"/>
    <w:rsid w:val="00E618BF"/>
  </w:style>
  <w:style w:type="paragraph" w:styleId="Jalus">
    <w:name w:val="footer"/>
    <w:basedOn w:val="Normaallaad"/>
    <w:link w:val="JalusMrk"/>
    <w:uiPriority w:val="99"/>
    <w:unhideWhenUsed/>
    <w:rsid w:val="00E618BF"/>
    <w:pPr>
      <w:tabs>
        <w:tab w:val="center" w:pos="4680"/>
        <w:tab w:val="right" w:pos="9360"/>
      </w:tabs>
      <w:spacing w:after="0" w:line="240" w:lineRule="auto"/>
    </w:pPr>
  </w:style>
  <w:style w:type="character" w:customStyle="1" w:styleId="JalusMrk">
    <w:name w:val="Jalus Märk"/>
    <w:basedOn w:val="Liguvaikefont"/>
    <w:link w:val="Jalus"/>
    <w:uiPriority w:val="99"/>
    <w:rsid w:val="00E618BF"/>
  </w:style>
  <w:style w:type="paragraph" w:styleId="Vahedeta">
    <w:name w:val="No Spacing"/>
    <w:uiPriority w:val="1"/>
    <w:qFormat/>
    <w:rsid w:val="00FC693F"/>
    <w:pPr>
      <w:spacing w:after="0" w:line="240" w:lineRule="auto"/>
    </w:pPr>
  </w:style>
  <w:style w:type="character" w:customStyle="1" w:styleId="Pealkiri1Mrk">
    <w:name w:val="Pealkiri 1 Märk"/>
    <w:basedOn w:val="Liguvaikefont"/>
    <w:link w:val="Pealkiri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Pealkiri2Mrk">
    <w:name w:val="Pealkiri 2 Märk"/>
    <w:basedOn w:val="Liguvaikefont"/>
    <w:link w:val="Pealkiri2"/>
    <w:uiPriority w:val="9"/>
    <w:rsid w:val="00FC693F"/>
    <w:rPr>
      <w:rFonts w:asciiTheme="majorHAnsi" w:eastAsiaTheme="majorEastAsia" w:hAnsiTheme="majorHAnsi" w:cstheme="majorBidi"/>
      <w:b/>
      <w:bCs/>
      <w:color w:val="4F81BD" w:themeColor="accent1"/>
      <w:sz w:val="26"/>
      <w:szCs w:val="26"/>
    </w:rPr>
  </w:style>
  <w:style w:type="character" w:customStyle="1" w:styleId="Pealkiri3Mrk">
    <w:name w:val="Pealkiri 3 Märk"/>
    <w:basedOn w:val="Liguvaikefont"/>
    <w:link w:val="Pealkiri3"/>
    <w:uiPriority w:val="9"/>
    <w:rsid w:val="00FC693F"/>
    <w:rPr>
      <w:rFonts w:asciiTheme="majorHAnsi" w:eastAsiaTheme="majorEastAsia" w:hAnsiTheme="majorHAnsi" w:cstheme="majorBidi"/>
      <w:b/>
      <w:bCs/>
      <w:color w:val="4F81BD" w:themeColor="accent1"/>
    </w:rPr>
  </w:style>
  <w:style w:type="paragraph" w:styleId="Pealkiri">
    <w:name w:val="Title"/>
    <w:basedOn w:val="Normaallaad"/>
    <w:next w:val="Normaallaad"/>
    <w:link w:val="PealkiriMr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ealkiriMrk">
    <w:name w:val="Pealkiri Märk"/>
    <w:basedOn w:val="Liguvaikefont"/>
    <w:link w:val="Pealkiri"/>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pealkiri">
    <w:name w:val="Subtitle"/>
    <w:basedOn w:val="Normaallaad"/>
    <w:next w:val="Normaallaad"/>
    <w:link w:val="AlapealkiriMr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apealkiriMrk">
    <w:name w:val="Alapealkiri Märk"/>
    <w:basedOn w:val="Liguvaikefont"/>
    <w:link w:val="Alapealkiri"/>
    <w:uiPriority w:val="11"/>
    <w:rsid w:val="00FC693F"/>
    <w:rPr>
      <w:rFonts w:asciiTheme="majorHAnsi" w:eastAsiaTheme="majorEastAsia" w:hAnsiTheme="majorHAnsi" w:cstheme="majorBidi"/>
      <w:i/>
      <w:iCs/>
      <w:color w:val="4F81BD" w:themeColor="accent1"/>
      <w:spacing w:val="15"/>
      <w:sz w:val="24"/>
      <w:szCs w:val="24"/>
    </w:rPr>
  </w:style>
  <w:style w:type="paragraph" w:styleId="Loendilik">
    <w:name w:val="List Paragraph"/>
    <w:basedOn w:val="Normaallaad"/>
    <w:uiPriority w:val="34"/>
    <w:qFormat/>
    <w:rsid w:val="00FC693F"/>
    <w:pPr>
      <w:ind w:left="720"/>
      <w:contextualSpacing/>
    </w:pPr>
  </w:style>
  <w:style w:type="paragraph" w:styleId="Kehatekst">
    <w:name w:val="Body Text"/>
    <w:basedOn w:val="Normaallaad"/>
    <w:link w:val="KehatekstMrk"/>
    <w:uiPriority w:val="99"/>
    <w:unhideWhenUsed/>
    <w:rsid w:val="00AA1D8D"/>
    <w:pPr>
      <w:spacing w:after="120"/>
    </w:pPr>
  </w:style>
  <w:style w:type="character" w:customStyle="1" w:styleId="KehatekstMrk">
    <w:name w:val="Kehatekst Märk"/>
    <w:basedOn w:val="Liguvaikefont"/>
    <w:link w:val="Kehatekst"/>
    <w:uiPriority w:val="99"/>
    <w:rsid w:val="00AA1D8D"/>
  </w:style>
  <w:style w:type="paragraph" w:styleId="Kehatekst2">
    <w:name w:val="Body Text 2"/>
    <w:basedOn w:val="Normaallaad"/>
    <w:link w:val="Kehatekst2Mrk"/>
    <w:uiPriority w:val="99"/>
    <w:unhideWhenUsed/>
    <w:rsid w:val="00AA1D8D"/>
    <w:pPr>
      <w:spacing w:after="120" w:line="480" w:lineRule="auto"/>
    </w:pPr>
  </w:style>
  <w:style w:type="character" w:customStyle="1" w:styleId="Kehatekst2Mrk">
    <w:name w:val="Kehatekst 2 Märk"/>
    <w:basedOn w:val="Liguvaikefont"/>
    <w:link w:val="Kehatekst2"/>
    <w:uiPriority w:val="99"/>
    <w:rsid w:val="00AA1D8D"/>
  </w:style>
  <w:style w:type="paragraph" w:styleId="Kehatekst3">
    <w:name w:val="Body Text 3"/>
    <w:basedOn w:val="Normaallaad"/>
    <w:link w:val="Kehatekst3Mrk"/>
    <w:uiPriority w:val="99"/>
    <w:unhideWhenUsed/>
    <w:rsid w:val="00AA1D8D"/>
    <w:pPr>
      <w:spacing w:after="120"/>
    </w:pPr>
    <w:rPr>
      <w:sz w:val="16"/>
      <w:szCs w:val="16"/>
    </w:rPr>
  </w:style>
  <w:style w:type="character" w:customStyle="1" w:styleId="Kehatekst3Mrk">
    <w:name w:val="Kehatekst 3 Märk"/>
    <w:basedOn w:val="Liguvaikefont"/>
    <w:link w:val="Kehatekst3"/>
    <w:uiPriority w:val="99"/>
    <w:rsid w:val="00AA1D8D"/>
    <w:rPr>
      <w:sz w:val="16"/>
      <w:szCs w:val="16"/>
    </w:rPr>
  </w:style>
  <w:style w:type="paragraph" w:styleId="Loend">
    <w:name w:val="List"/>
    <w:basedOn w:val="Normaallaad"/>
    <w:uiPriority w:val="99"/>
    <w:unhideWhenUsed/>
    <w:rsid w:val="00AA1D8D"/>
    <w:pPr>
      <w:ind w:left="360" w:hanging="360"/>
      <w:contextualSpacing/>
    </w:pPr>
  </w:style>
  <w:style w:type="paragraph" w:styleId="Loend2">
    <w:name w:val="List 2"/>
    <w:basedOn w:val="Normaallaad"/>
    <w:uiPriority w:val="99"/>
    <w:unhideWhenUsed/>
    <w:rsid w:val="00326F90"/>
    <w:pPr>
      <w:ind w:left="720" w:hanging="360"/>
      <w:contextualSpacing/>
    </w:pPr>
  </w:style>
  <w:style w:type="paragraph" w:styleId="Loend3">
    <w:name w:val="List 3"/>
    <w:basedOn w:val="Normaallaad"/>
    <w:uiPriority w:val="99"/>
    <w:unhideWhenUsed/>
    <w:rsid w:val="00326F90"/>
    <w:pPr>
      <w:ind w:left="1080" w:hanging="360"/>
      <w:contextualSpacing/>
    </w:pPr>
  </w:style>
  <w:style w:type="paragraph" w:styleId="Loenditpp">
    <w:name w:val="List Bullet"/>
    <w:basedOn w:val="Normaallaad"/>
    <w:uiPriority w:val="99"/>
    <w:unhideWhenUsed/>
    <w:rsid w:val="00326F90"/>
    <w:pPr>
      <w:numPr>
        <w:numId w:val="1"/>
      </w:numPr>
      <w:contextualSpacing/>
    </w:pPr>
  </w:style>
  <w:style w:type="paragraph" w:styleId="Loenditpp2">
    <w:name w:val="List Bullet 2"/>
    <w:basedOn w:val="Normaallaad"/>
    <w:uiPriority w:val="99"/>
    <w:unhideWhenUsed/>
    <w:rsid w:val="00326F90"/>
    <w:pPr>
      <w:numPr>
        <w:numId w:val="2"/>
      </w:numPr>
      <w:contextualSpacing/>
    </w:pPr>
  </w:style>
  <w:style w:type="paragraph" w:styleId="Loenditpp3">
    <w:name w:val="List Bullet 3"/>
    <w:basedOn w:val="Normaallaad"/>
    <w:uiPriority w:val="99"/>
    <w:unhideWhenUsed/>
    <w:rsid w:val="00326F90"/>
    <w:pPr>
      <w:numPr>
        <w:numId w:val="3"/>
      </w:numPr>
      <w:contextualSpacing/>
    </w:pPr>
  </w:style>
  <w:style w:type="paragraph" w:styleId="Loendinumber">
    <w:name w:val="List Number"/>
    <w:basedOn w:val="Normaallaad"/>
    <w:uiPriority w:val="99"/>
    <w:unhideWhenUsed/>
    <w:rsid w:val="00326F90"/>
    <w:pPr>
      <w:numPr>
        <w:numId w:val="5"/>
      </w:numPr>
      <w:contextualSpacing/>
    </w:pPr>
  </w:style>
  <w:style w:type="paragraph" w:styleId="Loendinumber2">
    <w:name w:val="List Number 2"/>
    <w:basedOn w:val="Normaallaad"/>
    <w:uiPriority w:val="99"/>
    <w:unhideWhenUsed/>
    <w:rsid w:val="0029639D"/>
    <w:pPr>
      <w:numPr>
        <w:numId w:val="6"/>
      </w:numPr>
      <w:contextualSpacing/>
    </w:pPr>
  </w:style>
  <w:style w:type="paragraph" w:styleId="Loendinumber3">
    <w:name w:val="List Number 3"/>
    <w:basedOn w:val="Normaallaad"/>
    <w:uiPriority w:val="99"/>
    <w:unhideWhenUsed/>
    <w:rsid w:val="0029639D"/>
    <w:pPr>
      <w:numPr>
        <w:numId w:val="7"/>
      </w:numPr>
      <w:contextualSpacing/>
    </w:pPr>
  </w:style>
  <w:style w:type="paragraph" w:styleId="Loendijtk">
    <w:name w:val="List Continue"/>
    <w:basedOn w:val="Normaallaad"/>
    <w:uiPriority w:val="99"/>
    <w:unhideWhenUsed/>
    <w:rsid w:val="0029639D"/>
    <w:pPr>
      <w:spacing w:after="120"/>
      <w:ind w:left="360"/>
      <w:contextualSpacing/>
    </w:pPr>
  </w:style>
  <w:style w:type="paragraph" w:styleId="Loendijtk2">
    <w:name w:val="List Continue 2"/>
    <w:basedOn w:val="Normaallaad"/>
    <w:uiPriority w:val="99"/>
    <w:unhideWhenUsed/>
    <w:rsid w:val="0029639D"/>
    <w:pPr>
      <w:spacing w:after="120"/>
      <w:ind w:left="720"/>
      <w:contextualSpacing/>
    </w:pPr>
  </w:style>
  <w:style w:type="paragraph" w:styleId="Loendijtk3">
    <w:name w:val="List Continue 3"/>
    <w:basedOn w:val="Normaallaad"/>
    <w:uiPriority w:val="99"/>
    <w:unhideWhenUsed/>
    <w:rsid w:val="0029639D"/>
    <w:pPr>
      <w:spacing w:after="120"/>
      <w:ind w:left="1080"/>
      <w:contextualSpacing/>
    </w:pPr>
  </w:style>
  <w:style w:type="paragraph" w:styleId="Makrotekst">
    <w:name w:val="macro"/>
    <w:link w:val="MakrotekstMr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Mrk">
    <w:name w:val="Makrotekst Märk"/>
    <w:basedOn w:val="Liguvaikefont"/>
    <w:link w:val="Makrotekst"/>
    <w:uiPriority w:val="99"/>
    <w:rsid w:val="0029639D"/>
    <w:rPr>
      <w:rFonts w:ascii="Courier" w:hAnsi="Courier"/>
      <w:sz w:val="20"/>
      <w:szCs w:val="20"/>
    </w:rPr>
  </w:style>
  <w:style w:type="paragraph" w:styleId="Tsitaat">
    <w:name w:val="Quote"/>
    <w:basedOn w:val="Normaallaad"/>
    <w:next w:val="Normaallaad"/>
    <w:link w:val="TsitaatMrk"/>
    <w:uiPriority w:val="29"/>
    <w:qFormat/>
    <w:rsid w:val="00FC693F"/>
    <w:rPr>
      <w:i/>
      <w:iCs/>
      <w:color w:val="000000" w:themeColor="text1"/>
    </w:rPr>
  </w:style>
  <w:style w:type="character" w:customStyle="1" w:styleId="TsitaatMrk">
    <w:name w:val="Tsitaat Märk"/>
    <w:basedOn w:val="Liguvaikefont"/>
    <w:link w:val="Tsitaat"/>
    <w:uiPriority w:val="29"/>
    <w:rsid w:val="00FC693F"/>
    <w:rPr>
      <w:i/>
      <w:iCs/>
      <w:color w:val="000000" w:themeColor="text1"/>
    </w:rPr>
  </w:style>
  <w:style w:type="character" w:customStyle="1" w:styleId="Pealkiri4Mrk">
    <w:name w:val="Pealkiri 4 Märk"/>
    <w:basedOn w:val="Liguvaikefont"/>
    <w:link w:val="Pealkiri4"/>
    <w:uiPriority w:val="9"/>
    <w:semiHidden/>
    <w:rsid w:val="00FC693F"/>
    <w:rPr>
      <w:rFonts w:asciiTheme="majorHAnsi" w:eastAsiaTheme="majorEastAsia" w:hAnsiTheme="majorHAnsi" w:cstheme="majorBidi"/>
      <w:b/>
      <w:bCs/>
      <w:i/>
      <w:iCs/>
      <w:color w:val="4F81BD" w:themeColor="accent1"/>
    </w:rPr>
  </w:style>
  <w:style w:type="character" w:customStyle="1" w:styleId="Pealkiri5Mrk">
    <w:name w:val="Pealkiri 5 Märk"/>
    <w:basedOn w:val="Liguvaikefont"/>
    <w:link w:val="Pealkiri5"/>
    <w:uiPriority w:val="9"/>
    <w:semiHidden/>
    <w:rsid w:val="00FC693F"/>
    <w:rPr>
      <w:rFonts w:asciiTheme="majorHAnsi" w:eastAsiaTheme="majorEastAsia" w:hAnsiTheme="majorHAnsi" w:cstheme="majorBidi"/>
      <w:color w:val="243F60" w:themeColor="accent1" w:themeShade="7F"/>
    </w:rPr>
  </w:style>
  <w:style w:type="character" w:customStyle="1" w:styleId="Pealkiri6Mrk">
    <w:name w:val="Pealkiri 6 Märk"/>
    <w:basedOn w:val="Liguvaikefont"/>
    <w:link w:val="Pealkiri6"/>
    <w:uiPriority w:val="9"/>
    <w:semiHidden/>
    <w:rsid w:val="00FC693F"/>
    <w:rPr>
      <w:rFonts w:asciiTheme="majorHAnsi" w:eastAsiaTheme="majorEastAsia" w:hAnsiTheme="majorHAnsi" w:cstheme="majorBidi"/>
      <w:i/>
      <w:iCs/>
      <w:color w:val="243F60" w:themeColor="accent1" w:themeShade="7F"/>
    </w:rPr>
  </w:style>
  <w:style w:type="character" w:customStyle="1" w:styleId="Pealkiri7Mrk">
    <w:name w:val="Pealkiri 7 Märk"/>
    <w:basedOn w:val="Liguvaikefont"/>
    <w:link w:val="Pealkiri7"/>
    <w:uiPriority w:val="9"/>
    <w:semiHidden/>
    <w:rsid w:val="00FC693F"/>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link w:val="Pealkiri8"/>
    <w:uiPriority w:val="9"/>
    <w:semiHidden/>
    <w:rsid w:val="00FC693F"/>
    <w:rPr>
      <w:rFonts w:asciiTheme="majorHAnsi" w:eastAsiaTheme="majorEastAsia" w:hAnsiTheme="majorHAnsi" w:cstheme="majorBidi"/>
      <w:color w:val="4F81BD" w:themeColor="accent1"/>
      <w:sz w:val="20"/>
      <w:szCs w:val="20"/>
    </w:rPr>
  </w:style>
  <w:style w:type="character" w:customStyle="1" w:styleId="Pealkiri9Mrk">
    <w:name w:val="Pealkiri 9 Märk"/>
    <w:basedOn w:val="Liguvaikefont"/>
    <w:link w:val="Pealkiri9"/>
    <w:uiPriority w:val="9"/>
    <w:semiHidden/>
    <w:rsid w:val="00FC693F"/>
    <w:rPr>
      <w:rFonts w:asciiTheme="majorHAnsi" w:eastAsiaTheme="majorEastAsia" w:hAnsiTheme="majorHAnsi" w:cstheme="majorBidi"/>
      <w:i/>
      <w:iCs/>
      <w:color w:val="404040" w:themeColor="text1" w:themeTint="BF"/>
      <w:sz w:val="20"/>
      <w:szCs w:val="20"/>
    </w:rPr>
  </w:style>
  <w:style w:type="paragraph" w:styleId="Pealdis">
    <w:name w:val="caption"/>
    <w:basedOn w:val="Normaallaad"/>
    <w:next w:val="Normaallaad"/>
    <w:uiPriority w:val="35"/>
    <w:semiHidden/>
    <w:unhideWhenUsed/>
    <w:qFormat/>
    <w:rsid w:val="00FC693F"/>
    <w:pPr>
      <w:spacing w:line="240" w:lineRule="auto"/>
    </w:pPr>
    <w:rPr>
      <w:b/>
      <w:bCs/>
      <w:color w:val="4F81BD" w:themeColor="accent1"/>
      <w:sz w:val="18"/>
      <w:szCs w:val="18"/>
    </w:rPr>
  </w:style>
  <w:style w:type="character" w:styleId="Tugev">
    <w:name w:val="Strong"/>
    <w:basedOn w:val="Liguvaikefont"/>
    <w:uiPriority w:val="22"/>
    <w:qFormat/>
    <w:rsid w:val="00FC693F"/>
    <w:rPr>
      <w:b/>
      <w:bCs/>
    </w:rPr>
  </w:style>
  <w:style w:type="character" w:styleId="Rhutus">
    <w:name w:val="Emphasis"/>
    <w:basedOn w:val="Liguvaikefont"/>
    <w:uiPriority w:val="20"/>
    <w:qFormat/>
    <w:rsid w:val="00FC693F"/>
    <w:rPr>
      <w:i/>
      <w:iCs/>
    </w:rPr>
  </w:style>
  <w:style w:type="paragraph" w:styleId="Selgeltmrgatavtsitaat">
    <w:name w:val="Intense Quote"/>
    <w:basedOn w:val="Normaallaad"/>
    <w:next w:val="Normaallaad"/>
    <w:link w:val="SelgeltmrgatavtsitaatMr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elgeltmrgatavtsitaatMrk">
    <w:name w:val="Selgelt märgatav tsitaat Märk"/>
    <w:basedOn w:val="Liguvaikefont"/>
    <w:link w:val="Selgeltmrgatavtsitaat"/>
    <w:uiPriority w:val="30"/>
    <w:rsid w:val="00FC693F"/>
    <w:rPr>
      <w:b/>
      <w:bCs/>
      <w:i/>
      <w:iCs/>
      <w:color w:val="4F81BD" w:themeColor="accent1"/>
    </w:rPr>
  </w:style>
  <w:style w:type="character" w:styleId="Vaevumrgatavrhutus">
    <w:name w:val="Subtle Emphasis"/>
    <w:basedOn w:val="Liguvaikefont"/>
    <w:uiPriority w:val="19"/>
    <w:qFormat/>
    <w:rsid w:val="00FC693F"/>
    <w:rPr>
      <w:i/>
      <w:iCs/>
      <w:color w:val="808080" w:themeColor="text1" w:themeTint="7F"/>
    </w:rPr>
  </w:style>
  <w:style w:type="character" w:styleId="Selgeltmrgatavrhutus">
    <w:name w:val="Intense Emphasis"/>
    <w:basedOn w:val="Liguvaikefont"/>
    <w:uiPriority w:val="21"/>
    <w:qFormat/>
    <w:rsid w:val="00FC693F"/>
    <w:rPr>
      <w:b/>
      <w:bCs/>
      <w:i/>
      <w:iCs/>
      <w:color w:val="4F81BD" w:themeColor="accent1"/>
    </w:rPr>
  </w:style>
  <w:style w:type="character" w:styleId="Vaevumrgatavviide">
    <w:name w:val="Subtle Reference"/>
    <w:basedOn w:val="Liguvaikefont"/>
    <w:uiPriority w:val="31"/>
    <w:qFormat/>
    <w:rsid w:val="00FC693F"/>
    <w:rPr>
      <w:smallCaps/>
      <w:color w:val="C0504D" w:themeColor="accent2"/>
      <w:u w:val="single"/>
    </w:rPr>
  </w:style>
  <w:style w:type="character" w:styleId="Selgeltmrgatavviide">
    <w:name w:val="Intense Reference"/>
    <w:basedOn w:val="Liguvaikefont"/>
    <w:uiPriority w:val="32"/>
    <w:qFormat/>
    <w:rsid w:val="00FC693F"/>
    <w:rPr>
      <w:b/>
      <w:bCs/>
      <w:smallCaps/>
      <w:color w:val="C0504D" w:themeColor="accent2"/>
      <w:spacing w:val="5"/>
      <w:u w:val="single"/>
    </w:rPr>
  </w:style>
  <w:style w:type="character" w:styleId="Raamatupealkiri">
    <w:name w:val="Book Title"/>
    <w:basedOn w:val="Liguvaikefont"/>
    <w:uiPriority w:val="33"/>
    <w:qFormat/>
    <w:rsid w:val="00FC693F"/>
    <w:rPr>
      <w:b/>
      <w:bCs/>
      <w:smallCaps/>
      <w:spacing w:val="5"/>
    </w:rPr>
  </w:style>
  <w:style w:type="paragraph" w:styleId="Sisukorrapealkiri">
    <w:name w:val="TOC Heading"/>
    <w:basedOn w:val="Pealkiri1"/>
    <w:next w:val="Normaallaad"/>
    <w:uiPriority w:val="39"/>
    <w:semiHidden/>
    <w:unhideWhenUsed/>
    <w:qFormat/>
    <w:rsid w:val="00FC693F"/>
    <w:pPr>
      <w:outlineLvl w:val="9"/>
    </w:pPr>
  </w:style>
  <w:style w:type="table" w:styleId="Kontuurtabel">
    <w:name w:val="Table Grid"/>
    <w:basedOn w:val="Normaal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varjustus">
    <w:name w:val="Light Shading"/>
    <w:basedOn w:val="Normaal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eloend">
    <w:name w:val="Light List"/>
    <w:basedOn w:val="Normaal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koordinaatvrk">
    <w:name w:val="Light Grid"/>
    <w:basedOn w:val="Normaal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eskminevarjustus1">
    <w:name w:val="Medium Shading 1"/>
    <w:basedOn w:val="Normaal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loend1">
    <w:name w:val="Medium List 1"/>
    <w:basedOn w:val="Normaal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koordinaatvrk1">
    <w:name w:val="Medium Grid 1"/>
    <w:basedOn w:val="Normaal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eloend">
    <w:name w:val="Dark List"/>
    <w:basedOn w:val="Normaal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vilinevarjustus">
    <w:name w:val="Colorful Shading"/>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vilineloend">
    <w:name w:val="Colorful List"/>
    <w:basedOn w:val="Normaal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koordinaatvrk">
    <w:name w:val="Colorful Grid"/>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aariviide">
    <w:name w:val="annotation reference"/>
    <w:basedOn w:val="Liguvaikefont"/>
    <w:uiPriority w:val="99"/>
    <w:semiHidden/>
    <w:unhideWhenUsed/>
    <w:rsid w:val="00EB4791"/>
    <w:rPr>
      <w:sz w:val="16"/>
      <w:szCs w:val="16"/>
    </w:rPr>
  </w:style>
  <w:style w:type="paragraph" w:styleId="Kommentaaritekst">
    <w:name w:val="annotation text"/>
    <w:basedOn w:val="Normaallaad"/>
    <w:link w:val="KommentaaritekstMrk"/>
    <w:uiPriority w:val="99"/>
    <w:unhideWhenUsed/>
    <w:rsid w:val="00EB4791"/>
    <w:pPr>
      <w:spacing w:line="240" w:lineRule="auto"/>
    </w:pPr>
    <w:rPr>
      <w:sz w:val="20"/>
      <w:szCs w:val="20"/>
    </w:rPr>
  </w:style>
  <w:style w:type="character" w:customStyle="1" w:styleId="KommentaaritekstMrk">
    <w:name w:val="Kommentaari tekst Märk"/>
    <w:basedOn w:val="Liguvaikefont"/>
    <w:link w:val="Kommentaaritekst"/>
    <w:uiPriority w:val="99"/>
    <w:rsid w:val="00EB4791"/>
    <w:rPr>
      <w:sz w:val="20"/>
      <w:szCs w:val="20"/>
    </w:rPr>
  </w:style>
  <w:style w:type="paragraph" w:styleId="Kommentaariteema">
    <w:name w:val="annotation subject"/>
    <w:basedOn w:val="Kommentaaritekst"/>
    <w:next w:val="Kommentaaritekst"/>
    <w:link w:val="KommentaariteemaMrk"/>
    <w:uiPriority w:val="99"/>
    <w:semiHidden/>
    <w:unhideWhenUsed/>
    <w:rsid w:val="00EB4791"/>
    <w:rPr>
      <w:b/>
      <w:bCs/>
    </w:rPr>
  </w:style>
  <w:style w:type="character" w:customStyle="1" w:styleId="KommentaariteemaMrk">
    <w:name w:val="Kommentaari teema Märk"/>
    <w:basedOn w:val="KommentaaritekstMrk"/>
    <w:link w:val="Kommentaariteema"/>
    <w:uiPriority w:val="99"/>
    <w:semiHidden/>
    <w:rsid w:val="00EB4791"/>
    <w:rPr>
      <w:b/>
      <w:bCs/>
      <w:sz w:val="20"/>
      <w:szCs w:val="20"/>
    </w:rPr>
  </w:style>
  <w:style w:type="paragraph" w:styleId="Allmrkusetekst">
    <w:name w:val="footnote text"/>
    <w:basedOn w:val="Normaallaad"/>
    <w:link w:val="AllmrkusetekstMrk"/>
    <w:uiPriority w:val="99"/>
    <w:semiHidden/>
    <w:unhideWhenUsed/>
    <w:rsid w:val="00590ABA"/>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90ABA"/>
    <w:rPr>
      <w:sz w:val="20"/>
      <w:szCs w:val="20"/>
    </w:rPr>
  </w:style>
  <w:style w:type="character" w:styleId="Allmrkuseviide">
    <w:name w:val="footnote reference"/>
    <w:basedOn w:val="Liguvaikefont"/>
    <w:uiPriority w:val="99"/>
    <w:semiHidden/>
    <w:unhideWhenUsed/>
    <w:rsid w:val="00590ABA"/>
    <w:rPr>
      <w:vertAlign w:val="superscript"/>
    </w:rPr>
  </w:style>
  <w:style w:type="paragraph" w:customStyle="1" w:styleId="paragraph">
    <w:name w:val="paragraph"/>
    <w:basedOn w:val="Normaallaad"/>
    <w:rsid w:val="008E4C36"/>
    <w:pPr>
      <w:spacing w:before="100" w:beforeAutospacing="1" w:after="100" w:afterAutospacing="1" w:line="240" w:lineRule="auto"/>
    </w:pPr>
    <w:rPr>
      <w:rFonts w:eastAsia="Times New Roman" w:cs="Times New Roman"/>
      <w:szCs w:val="24"/>
      <w:lang w:val="et-EE" w:eastAsia="et-EE"/>
    </w:rPr>
  </w:style>
  <w:style w:type="character" w:customStyle="1" w:styleId="normaltextrun">
    <w:name w:val="normaltextrun"/>
    <w:basedOn w:val="Liguvaikefont"/>
    <w:rsid w:val="008E4C36"/>
  </w:style>
  <w:style w:type="character" w:customStyle="1" w:styleId="eop">
    <w:name w:val="eop"/>
    <w:basedOn w:val="Liguvaikefont"/>
    <w:rsid w:val="008E4C36"/>
  </w:style>
  <w:style w:type="character" w:customStyle="1" w:styleId="tyhik">
    <w:name w:val="tyhik"/>
    <w:basedOn w:val="Liguvaikefont"/>
    <w:rsid w:val="00213AE9"/>
  </w:style>
  <w:style w:type="character" w:customStyle="1" w:styleId="mm">
    <w:name w:val="mm"/>
    <w:basedOn w:val="Liguvaikefont"/>
    <w:rsid w:val="00213AE9"/>
  </w:style>
  <w:style w:type="character" w:styleId="Hperlink">
    <w:name w:val="Hyperlink"/>
    <w:basedOn w:val="Liguvaikefont"/>
    <w:uiPriority w:val="99"/>
    <w:unhideWhenUsed/>
    <w:rsid w:val="00213AE9"/>
    <w:rPr>
      <w:color w:val="0000FF"/>
      <w:u w:val="single"/>
    </w:rPr>
  </w:style>
  <w:style w:type="character" w:styleId="Lahendamatamainimine">
    <w:name w:val="Unresolved Mention"/>
    <w:basedOn w:val="Liguvaikefont"/>
    <w:uiPriority w:val="99"/>
    <w:semiHidden/>
    <w:unhideWhenUsed/>
    <w:rsid w:val="00835796"/>
    <w:rPr>
      <w:color w:val="605E5C"/>
      <w:shd w:val="clear" w:color="auto" w:fill="E1DFDD"/>
    </w:rPr>
  </w:style>
  <w:style w:type="character" w:styleId="Klastatudhperlink">
    <w:name w:val="FollowedHyperlink"/>
    <w:basedOn w:val="Liguvaikefont"/>
    <w:uiPriority w:val="99"/>
    <w:semiHidden/>
    <w:unhideWhenUsed/>
    <w:rsid w:val="00835796"/>
    <w:rPr>
      <w:color w:val="800080" w:themeColor="followedHyperlink"/>
      <w:u w:val="single"/>
    </w:rPr>
  </w:style>
  <w:style w:type="character" w:styleId="Kohatitetekst">
    <w:name w:val="Placeholder Text"/>
    <w:basedOn w:val="Liguvaikefont"/>
    <w:uiPriority w:val="99"/>
    <w:semiHidden/>
    <w:rsid w:val="00FC79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180082">
      <w:bodyDiv w:val="1"/>
      <w:marLeft w:val="0"/>
      <w:marRight w:val="0"/>
      <w:marTop w:val="0"/>
      <w:marBottom w:val="0"/>
      <w:divBdr>
        <w:top w:val="none" w:sz="0" w:space="0" w:color="auto"/>
        <w:left w:val="none" w:sz="0" w:space="0" w:color="auto"/>
        <w:bottom w:val="none" w:sz="0" w:space="0" w:color="auto"/>
        <w:right w:val="none" w:sz="0" w:space="0" w:color="auto"/>
      </w:divBdr>
    </w:div>
    <w:div w:id="1140613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3XC00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3EBE023BF9C34BB62A80050EA21CD9" ma:contentTypeVersion="20" ma:contentTypeDescription="Create a new document." ma:contentTypeScope="" ma:versionID="b65601ad787398f3a863c5a7400cbd39">
  <xsd:schema xmlns:xsd="http://www.w3.org/2001/XMLSchema" xmlns:xs="http://www.w3.org/2001/XMLSchema" xmlns:p="http://schemas.microsoft.com/office/2006/metadata/properties" xmlns:ns2="3ef563e4-a684-4eea-bca7-75b3817198a1" xmlns:ns3="23825f18-a025-4d7c-842d-029e8d8147a0" targetNamespace="http://schemas.microsoft.com/office/2006/metadata/properties" ma:root="true" ma:fieldsID="95347bd070c4114e518ee55b4dc572e6" ns2:_="" ns3:_="">
    <xsd:import namespace="3ef563e4-a684-4eea-bca7-75b3817198a1"/>
    <xsd:import namespace="23825f18-a025-4d7c-842d-029e8d8147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2:Jrknr" minOccurs="0"/>
                <xsd:element ref="ns2:MediaServiceObjectDetectorVersions" minOccurs="0"/>
                <xsd:element ref="ns2:MediaServiceSearchProperties" minOccurs="0"/>
                <xsd:element ref="ns2:_x0032_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563e4-a684-4eea-bca7-75b381719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78271f-27e5-43dd-9024-7121501f8189" ma:termSetId="09814cd3-568e-fe90-9814-8d621ff8fb84" ma:anchorId="fba54fb3-c3e1-fe81-a776-ca4b69148c4d" ma:open="true" ma:isKeyword="false">
      <xsd:complexType>
        <xsd:sequence>
          <xsd:element ref="pc:Terms" minOccurs="0" maxOccurs="1"/>
        </xsd:sequence>
      </xsd:complexType>
    </xsd:element>
    <xsd:element name="Jrknr" ma:index="23" nillable="true" ma:displayName="Jrk nr" ma:default="1" ma:format="Dropdown" ma:indexed="true" ma:internalName="Jrknr" ma:percentage="FALSE">
      <xsd:simpleType>
        <xsd:restriction base="dms:Number">
          <xsd:minInclusive value="1"/>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025" ma:index="26" nillable="true" ma:displayName="2025" ma:internalName="_x0032_025">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825f18-a025-4d7c-842d-029e8d8147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563e4-a684-4eea-bca7-75b3817198a1">
      <Terms xmlns="http://schemas.microsoft.com/office/infopath/2007/PartnerControls"/>
    </lcf76f155ced4ddcb4097134ff3c332f>
    <_x0032_025 xmlns="3ef563e4-a684-4eea-bca7-75b3817198a1" xsi:nil="true"/>
    <Jrknr xmlns="3ef563e4-a684-4eea-bca7-75b3817198a1">1</Jrkn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BC81E-CBA6-49D0-90D7-A88C7BF97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563e4-a684-4eea-bca7-75b3817198a1"/>
    <ds:schemaRef ds:uri="23825f18-a025-4d7c-842d-029e8d814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FA92658-CBF6-4DA4-8AE5-53AF355B7488}">
  <ds:schemaRefs>
    <ds:schemaRef ds:uri="http://schemas.microsoft.com/office/2006/metadata/properties"/>
    <ds:schemaRef ds:uri="http://schemas.microsoft.com/office/infopath/2007/PartnerControls"/>
    <ds:schemaRef ds:uri="3ef563e4-a684-4eea-bca7-75b3817198a1"/>
  </ds:schemaRefs>
</ds:datastoreItem>
</file>

<file path=customXml/itemProps4.xml><?xml version="1.0" encoding="utf-8"?>
<ds:datastoreItem xmlns:ds="http://schemas.openxmlformats.org/officeDocument/2006/customXml" ds:itemID="{1713D769-C67F-4E2D-AE18-F7BE9BE19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4</Pages>
  <Words>695</Words>
  <Characters>4033</Characters>
  <Application>Microsoft Office Word</Application>
  <DocSecurity>0</DocSecurity>
  <Lines>33</Lines>
  <Paragraphs>9</Paragraphs>
  <ScaleCrop>false</ScaleCrop>
  <Manager/>
  <Company/>
  <LinksUpToDate>false</LinksUpToDate>
  <CharactersWithSpaces>4719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Eleanor Pruvli</cp:lastModifiedBy>
  <cp:revision>164</cp:revision>
  <dcterms:created xsi:type="dcterms:W3CDTF">2025-10-06T23:12:00Z</dcterms:created>
  <dcterms:modified xsi:type="dcterms:W3CDTF">2026-04-08T15:45:00Z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0x010100583EBE023BF9C34BB62A80050EA21CD9</vt:lpwstr>
  </property>
  <property fmtid="{D5CDD505-2E9C-101B-9397-08002B2CF9AE}" pid="3" name="MediaServiceImageTags">
    <vt:lpwstr/>
  </property>
</Properties>
</file>